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بحث نفس الامر او ما يسمى بمناط صدق القضية القضية تعين ذهني ما عندنا قضية في الخارج قضايا المتشكلة من موضوع او محمول او من مقدم وتالي بالشرطية هذه تعينات ذهنية لماذا? لانها حاكية مرئوية تحيل الى ما هو خارج الذهن اذا خذها قاعدة كل ما هو خارج الدين هو نفس الامر ومناط الصدق مناط صدق القضية فنعرف صدق القضية اذا طابقت هذا نفس الامر ونفس الامر بحث عميق والمحقق التونسي ملتفت اليه في زمانه وتعمق مع الزمن لان البحوث تعمقت ولا زالت تتعمق الانسان دائما بتطور الحكمة الالهية خلقته في هذه النشأة يصل الى كمالته بالجهد العمل والكد هذا هو الابتلاء حتى نتكامل والله تعالى لم يعطنا الكمال دفعة واحدة كالملائكة يعطينا الكمال بالتدرج حتى تتحدد المسؤولية ويتحدد التكليف اذا القضايا تعينات ذهنية تحكي ما هو خارج الدين اذا طابقت هذا الخارج الذي يسمى نفس الامر كانت صادقة والا كانت كاذبة يعني ليس لها هوية القضايا الادراكية الان نفس الامر اه له دوائر وصلت الى اه خمس دوائر دائرة الوجود دائرة اولى ودائرة حيثيات الوجود حيثيات الوجود في دائرة اه بدائرة الوجود هادي الدائرة الثانية بعد الوجود حيثية الوجود في الدين كما يدعون هم الدائرة الثالثة وانا لا ارى حيثيات في الدين. حيثيات كلها خارج الدين ثم دائرة الماهية ان الماهية لها احكام خاصة غير الوجود ودائن في الاعدام هذه الدعائية ثبوتات الاعتبارية اذا القضايا لا تحكي الواقع على وتيرة واحدة في تعدد في الدوائر التي هي مناط صدق القضايا يعني نفس الأمر نعم فالقضية تكون صحيحة اذا طابقت الواقع وتكون كاذبة يعني ليست قضية في الحقيقة يصدق عليها القضية بالمجاز فتكون كاذبة. نعم يقول المحقق الطوسي اعيد المتن واذا حاكم الذهن هنا نكتة جميلة اذا الكذب والصدق والصحة والخطأ على مستوى القضايا له علاقة بالحكم يقول اذا حاكم الدين يعني انتقلنا من مبدأ الهوية الى مبدأ الجوهرية. تشكلت القضايا يعني حاكمنا ربطنا بين المحمول والموضوع هذا هو الحكم  هنا يأتي الصدق او عدم الصدق الحكم هو عملية ذهنية عملية ذهنية تربط بين امرين بين الموضوع والمحمول لمناسبة بينهما هذا هو اذا الحكم عملية اكشن عملية ذي نتاج هذه العملية هي القضية يعني الحكم كعملية بافق الدين عملية يعني فعل يمارسه الذهن نتاج هذه الفعالية هي القضية تعين الحكم هو القضية الحكم نتاجه ما هو القضية تعينه ما هو القضية. اذا حكم دائما يأتي بالقضية. لماذا؟ عندك انت المحمول كمفردة لوحدها والموضوع كمفردة لوحدها هذه العملية ماذا تفعل? تربط المحمول بالموضوع. الانسان عالم الله حي الحديد يتمدد بالحرارة التفاحة حمراء قضايا متعددة مفردات متبعثرة يعني كثرة وحدناها بملاك خاص يعني مناسبة خاصة اذا تمت هذه العملية جاءت القضية. الانسان عالم تفاحة حمراء. الله حي وهكذا فما جيدا هذه واذا حكم الان فهمنا الحكم الذهن الجهاز الادراكي على الامور الخارجية يعني يتعامل مع الامر الخارجي بمثلها بما يناسبها يعني اذا كنت في الخارج الحكم يكون كذلك يعني المحمول يكون في الخارج وجب التطابق في صحيحه ليس في كواذبه لان الكوادب لا مطابقة عليها فيها وجب التطابق في صحيحه. يعني القضية يجب ان تطابق الخارج. والا اذا لم تطابق فلا تكون صحيحة. تكون من الكواذب جيد والصحيح ما معناه? ويكون صحيحه صحيح الحكم باعتباره مطابقة هذا الحكم يعني القضية. الحكم لا يطابق الحكم عملية في افق الدين. يعني نتاجه القضية باعتبار مطابقته بوصفه تعين في قضية من القضايا لما في نفس الامر. يعني ما هو خارج الدين من دوائر خمسة كما ذكرناها لماذا? يقول آآ ويكون صحيحه باعتبار مطابقة الحكم بوصفه تعين في قضية لما في نفس الامر واذا لم يكن مطابق يقول لامكان تصور الكذا والكوادب نقول انا الله قضية كذبة فهذه ليس لها مطابق واقعي نفس امري ياتي العلامة الحلي يقول الاحكام الذهنية بينا ما هو الحكم وقال الذهنية الحكم عملية في الذهن. نعم. ما عندنا حكم في الخارج نعم خليني افيدك فائدة. تقول الانسان عالم حكم بالمجاز لان الحكم هو وصف للعملية للنشاط بالمجاز من سره الى الانسان عالم اجعل الانسان عالم بين قوسين معقول اولي الحكم معقول ثاني. اذا الحكم مفهوم ثاني الا انه المفهوم الثاني منطقي نعم الاحكام الذهنية قد تؤخذ بالقياس الى ما في الخارج وقد تؤخذ لا بهذا الاعتبار. كيف يعني اما انها مطابق في الخارج او لا? وقد تؤخذ لها بهذا الاعتبار كيف? فاذا حكم الدين على الاشياء الخارجية باشياء خارجية مثلها كقولنا الانسان حيوان في الخارج وجب ان يكون مطابقا هذا هذه القضية للحكم المتجلي في هذه القضية انسان حيوان لما في الخارج نعم الدائرة يجب ان تكون في الخارج حتى يكون الحكم الذهني حقا. حقا يعني مطابق للواقع والا كان باطلا باطلا يعني اصلا الزيف ليس قضية الحكم الباطل هو اه الحكم الذي يفضي بنا الى جمع بين الوجود والعدم يعني العدم في متن الوجود والوجود في متن العدم. يعني اجتماع النقيض. فقضية زائفة ليست قضية اصلا ليست قضية اصلا اه والا كان باطلا اذا تحت كان باطنا اكتب هذه القضية تفضي بنا الى اجتماع الناقضين الى جمع الوجود والعدم. من يكشف ذلك مبدأ السبب الكافي نعم مثاله فقط بسيط جدا وساذج. انا الله انا الله حكمت بالانا انا موضوع الله محمول. مثلا مثال لأنه سهل جدا فهذه قضية تعينت يعني حكمنا مارسنا عملية ذهنية ربطنا بين الانا انا انا انا الضعيف انا المحلول انا الممكن انا المخلوق في النشأة المادية الله الدعوة دعوة زائفة كاذبة. كيف نعرف انها كاذبة يأتي مبدأ السبب الكافي يأتي ويتأمل في الموضوع انا محدود من جميع الجهات ضعيف من جميع الجهات. والله لا متناهي في الذات والكمالات. لا مناسبة بين الموضوع والمحمول. يعني هذا الموضوع الانا محدود لا محدود. متناهي في غاية التناهي واللاتناهي. اجتماع الهند نقيضين اذا كل القظايا التي تفظي بنا الى اجتماع الناقظين يعني تجعل الوجود والعدم اه في سلة واحدة في متن واحد هادي قضايا زائفة. فاذا انا الله ليست قضية قضية لها مطابق خارجي ابدا. قضية زائفة يعني ليست قضية مطلقا. وان حكم على اشياء يعني حكم على الخارج ثم وان حكم على اشياء خارجية بامور معقولة كقولنا الانسان ممكن الانسان خارج لهما صديق في الخارج طه خالد بلال ليلى ممكن الانسان مو هنا في بحث جدا عميق انا طرحت على الطلاب  اه لا لم اجد من عرف هذا الطرح عمقه ولجماله قلنا في العلوم عندنا</w:t>
      </w:r>
    </w:p>
    <w:p>
      <w:r>
        <w:t>نوعان من القضايا قضايا ادراكية وقضايا معيارية القضايا الادراكية تحكي نفس الامر يعني فيه كاشفية مثلا المرآة فيها صور شجرة طير شمس مرآة تعكس الواقع الخارجي فهذه الصور في الدين هي القضايا الادراكية لماذا? لان خاصية الكاشفية فيها في نوع قضايا ليست لها خاصية الكاشفية لا تكشف بل هي النور الذي جعل المرآة تكشف هذا النور الذي جعل هذه الاشياء في الخارج آآ في المرآة تعينت في المرآة حتى تصل الى الكاشفية هذه القضايا المعيارية منها مبدأ التناقض اذا ما فككنا بين القظيتين العلوم تكون مشوشة وتبقى مشوشة المنطق ليست قضايا ادراكية عندي انا قضايا معيارية. الفلسفة ليست قضايا ادراكية قضايا معيارية فيزياء قضايا ادراكية. الفلك قضايا ادراكية. وو من امور المهم هذا بحث عميق جدا ومهم لانه قال الانسان ممكن الانسان حيوان ناطق والحقيقة خارجية الإمكان حيثية بإمكان حيثية يعني ليس لها متن خارجي اذا قلت الانسان اه الانسان عالم على رؤيتهم القديمة مبنى المشاء العلم عرظوا واقعية خارجية الإنسان جوهر واقعي يا خليجي. عرض العلم كعرض على الجوهر. واقعية خارجية. الانسان عالم عندنا جوهر وهو الانسان وعندنا العرظ وهو علم وعرض العلم على الانسان فتنور الانسان صار يكشف الاشياء هذه مفهومة جدا لها مطابق خارجي فتكون صادقة اما حمل الحيثيات التي ليس لها ماتن في الخارج كيف هل تشبه القضية الاولى? لا هنا عندنا موضوع كالانسان وعندنا ممكن حيثية ليست لها استقلالي تعقلية يعني العقل الذي وصل اليها العاقل وصل اليها في متن الانسان يعني وجود ربطي ليس لها متن مستقل كيف تكون المطابقة اه كيف تقول المطابقة? يعني المتن الخارجي والحيثية عقلية عقلية يعني ليس في العاقل يعني تعقل هي في متن الانسان لكن تعقل بالعاقل. فتأتي المطابقة يعني اذا جينا الى الخارج نريد نكشف هذه الواقعية نجد فقط الانسان الإنسان هو متحيث الإنسان متعين اذا نجد الحيثيات بامكان لا نجدها لان ليس لها متن خارجي. فتحيلوا كيف يضعون لها نفس الامر نقول سهلة جدا. نفس الامر هو ذلك التعين. ذلك التعين. نعم. كونه يعقل. هذه مسألة اخرى. هذه مرتبطة بالادراك. ليس لها مرتبطة ليس لها علاقة بالمطابقة. الانسان ممكن كمفرد عندك الانسان له مصداق خارجي ليلى الإمكان ليس له مصداق خارجي ليس له مثل مستقل وإنما هو الإنسان اذا كان لا يقتضي الوجود ولا يقتضي العداء او حكم على الامور الذهنية باحكام ذهنية كقولنا الانسان مقابل للامتناع الإمكان وليس الإنسان الإمكان مقابل يمكن الإمكان ما هو لا يقتضى لا يقتضي الوجود ولا يقتضي العدم والامتناع يقتضي العدم يعني العدم ذاتي للموضوع اذا لا اقتضاء واقتضاء يقابل يقابل يقابل بامتياز الإمكان ما هو? كون الطبيعة لا تقتضي الوجود ولا تقتضي العدم. الإمتناع ما هو كون الطبيعة تقتضي العدم. لأنه امتناع اذا اقتضت العدم لا تقتضي الوجود. يعني يمتنع عنها الوجود. نعم لم تجب مطابقته لما في الخارج. لماذا? لان الامكان حيثية ليس لها متن خارجي. الامتناع حيثية اتعس ليس لها مطابق خارجي. اذا لها مطابق نفس امري اذ ليس في الخارج امكان وامتناع متقابلان ولا في الخارج انسان ممكن راهم انسان ممكن ما عندنا يعني هذه الحيثيات هذه حيثيات كلها وجودات ربطية لا متن لها نعم. اذا يجب ان نوسع نفس الامر من دائرة الامور الخارجية التي نعاينها جوهر وعرض الى دوائر اخرى. فوسعوا دائرة الحيثيات الخارجية ودائرة الحيثيات الذهنية الإنسان كل الإنسان نوع من الحيوان جنس هذه المفاهيم المنطقية. يقولون تعرض المفاهيم ولا تعرف الطبيعة يعني الطبيعة بما هي في الذهن المعقولة الثانية المنطقية فحيثيات خارجية حيثيات ذهنية ثم المائية ثم الأعدام الثبوتات الادعائية خمس مراتب كما جاءت في نهاية الحكمة اذا تقرر هذا فنقول الحكم الصحيح يعني غير الكوادب. خرج الكوادب. لان الكواكب الصلاة ليست قضايا لانها تفضي الى اجتماع النقيضين في هذين القسمين لا يمكن ان يكون باعتبار مطابقته لما في الخارج. يعني في قولنا الانسان ممكن كمثال والامكان مقابل للامتناع هذا معنى في هذه القسمة لا يمكن ان يكون باعتبار مطابقته لما في الخارج ليش? لماذا? لان هذه المحمولات ليس لها مطابق في الخارج كالاعراض والجواهر ابدا لما تقدم تعليم لما تقدم منا الحكم ليس مأخوذا بالقياس للخارج. ليست لها مثول مستقلة ولا باعتباري مطابقته لما في الذهن لان هذه الحيثيات ليست حيثيات ذهنية الانسان ليس ممكنا بوصفه في الدين الإمكان اه الإمكان وصفو للإنسان لطبيعة الإنسان لا ذهنية ولا نعم لان الذهن قد يتصور الكواذيب. قضايا الكواكب كما قلت لكم انا اله هذه كاذبة زيف فان قد نتصور كون الانسان واجبا. يعني انا اله. انسان واجب يعني انا اله مع ان الانسان ممكن الانسان واجب يعني ضروري الوجود وهو لا يقتضي الوجود يعني الوجود ليس ضروريا له فنقع في مبدأ التناقض. الوجود ضروري له والوجود ليس ضروريا له اجتماع النقيضين فلو كان صدق الحكم باعتبار مطابقة الحكم لما في الدين لكان الحكم بوجوب الانسان صادقا  يعني باعتبار هذا هذا التركيب الانسان واجب الانسان واجب هنا العلامة الحلي والانسان يتأدب مع الكبار وعلماءنا تعبوا لوصول هذه الامانة العلمية الينا. الى هنا هنا وقع في اشتباه الانسان ممكن او الانسان واجب اه ليست قضية آآ ذهنية ذهنية بالتواجد تقول انسان ممكن او حتى الكوازب الانسان واجب مرتبتها الوجودية في في البنية الذهنية اما حكاية القضايا لا تكون ابدا في الدين اذا يجب ان نفكك بنيويا بين امرين التفاحة في المرآة تواجدها اي في المرآة ولها بعد اخر ما هو غير تواجدي بعد ادراكي توصلك الى الخارج. اذا التفاحة وظيفتها في المرآة توصلك الى التفاحة الخارجية. يعني التفاح التفاحة خارج المرآة لا اقول خارجيا حتى نوسع البحث التفاحة المرآتية لها لحظات. اللي حاض كونها مرآتية لا تكون تفاحة لي حاض الادراك تكون تفاحة الادراك يعني توصلك الى التفاحة الخارجية يعني تكشف لك التفاحة الخارجية اما باعتبارها في الدين فهي مصقولة زجاج مصقولة حديد مصقول المسها هل تجد التفاحة الى يوم القيامة لا تجد التفاحة. اذا لمس الزجاج او لمست الحديد المصقول الحديد المصقول فالقضايا لها بعنان بعد تواجدي في الدين هناك لا معنى للمطابقة وعدم المطابقة باعتبار الكاشفية تكون مطابقة وعدم المطابقة. يا شيخنا العزيز انظر الكلام هنا. فانا قد نتصور كون الانسان واجبا مع انه ممكن يعني الإنسان واجب قضية زائفة. فلو كان صدق الحكم باعتبار مطابقته لما في الذهن ما عندنا كيانات في الدين حتى تطابق او لا تطابق عندنا اه قضايا كاشفة قضايا كاشفة لكان الحكم بوجوب الانسان صادقا يعني اذا ركزنا على التواجد الانسان واجب القضية زائفة. باطل البلان والمحض لماذا? لان الكاشفية غير متحققة. اذا انتفت انتفت اه انتفى كونها قضية ثم يقول على من حلي اذا نظرنا اليها كتواجد ذهني تكون صادقة. هناك لا تكون قضية في التواجد الذهني</w:t>
      </w:r>
    </w:p>
    <w:p>
      <w:r>
        <w:t>تكون شأنا من شؤونات النفس التابعة للنفس لانها في افق الذهن تابعة للنفس واقعية خارجية ما عندها علاقة القضية. لان لان له صورة ذهنية مطابقة لهذا الحكم صورة ذهنية يعني مطابقة للحكم انا لا افهمها يعني الانسان واجبون مرة ننظر اليه كشأن نفسي يعني حقيقة ذهنية مرة ككاشف كاشف زيف اما كشأن نفسي هذا هناك ما في حكاية شأن نفسي بل يكون باعتبار مطابقته لما في نفس الامر اذا اذا قلنا الانسان واجبون ليس له مطابق فهو زيف. ولا تنظر اليه كشأن نفسي. هناك شأن نفسي واقعية خارجية لا علاقة لها بالقضايا وعدم القضايا مع الاسف الشديد انا ابين المسألة انها دقيقة انا الان نفسه عندي مرتبة تسمى الإدراك قسي خيالي ذاكرة وهمي عقلي الارقى هو العقل بالعقل اسست القضية. الإنسان واجبه. زيف في زيف الانسان واجب ككيان ذهني له لحظات لحظر الكاشفية ما في كاشفية. لماذا? لانه يجمع بين بين الوجود والعدم. زيف في زيف وكلحاظ الشأن النفسي اذا بقينا في النفس يعني في الشأن النفسي شأن نفسي تابع للنفس ما هناك لا قضايا ولا حكاية ولا حتى تكون صادقة او ليست صادقة. هذا التفكيك الجميل لم يكن واضحا في ذلك الزمان. ولهذا العلامة الحلي لم يصل اليه رحمة الله عليه. قالوا وقد يعني وقد كان في بعض اوقات استفادة من المحقق الطوسي رحمه الله. جرت هذه النكتة عن نفس الامر نعم وسألت المحقق التونسي عن معنى قولهم ان الصادق في الاحكام الذهنية هو باعتبار مطابقته لما في نفس الامر يعني البحث عن نفس الامر وكتب رسالة عن نفس الامر الاعلامي رحمة الله عليه. والمعقول من نفس الامر اما الثبوت الذهني الثبوت الديني كتب تحتها الثبوت الديني لا يقصد ان في الدين فيه واقعية له. ثبوت ديني يعني الواقعيات التي لها ثبوت ادعائي اه الدين يدعي لها ثبوت خرطي ثبوت ادعائي. هذا الثبوت الدعائي في الدين. لا في مرتبته في نص الامر نعم. يعني اذا قلت شريك الباري عدم القضية صادقة اين تذهب تذهب الى دائرة نفس الأمر؟ تعطيه هوية خرطي نحكي الموضوع ثم تعطيه المحمول عدم لان العدم عدم نعم في دائرتي العدم تقول ما عندنا عدم في الخرج? نقول نعم ثبوت ادعائي. هذا الثبوت الادعائي الذي يقع في مقابل الوجود يسميه الثبوت الذهني. لماذا يأتي بالقائد الذهني? لان الذهن يعتبره بالادعاء. ليس انه في الدين. يعني هنا القيد ثبوت الذهنية ليس القيد قيد محلي. بالقيد الدعائي. يعني الدين يدعي. هذا ثبوت الخلطي الذي يقع في مقابل الواقع الخارجي وقد منع كل منهما ها هنا نعم ان الصادق في الاحكام الذهنية. الاحكام الذهنية عن القضايا هو باعتبار مطابقته اه هذه الاحكام الذهنية لما فيه نفس الامر يعني كل ما خرج عن دائرة الذهن وهو نفس الامر وليس على دائرة واحدة دوائر متعددة والمعقول من من نفس الامر يعني ما هو نفس الامر اما الثبوت الادعائي واما الثبوت الخارجي. الخارجي هنا في مقابل الادعاء ليس الخارجي فوق الارض وقد منع كل منهما ها هنا يعني بين ان المطابق اه في الثبوت الذهني ما هو? وفي الثبوت الخارجي ما هو? قال رحمه الله المراد بنفس الامر هو العقل الفعال. هذا مبنى المحقق التونسي مناط وصدق القضية ما هو؟ عند السيد العلامي هاد الخمس دوائر التي بينتها عند المحقق التونسي العقل الفعال مبنى جديد ورائع جدا اذا قاربناه مشائيا نقع في الاشتباه الاشتباه الكبير كما وقع فيه صاح من نهاية الحكمة ومن استشكل على المحقق الطوسي اذا قاربناه اشراقيا يتضح المسألة تتضح المسألة رائعة جدا الا ان المبنى ناقص في حد ذاته تبين المسألة الفهم المشائي لهذا المبنى ان القضية نذهب الى العقل الفعال هناك نجد الملاط نجد مم ما تحكيه القضية. فاذا طابقت كانت صادقة واذا لم تطابق  كاذبا. يعني هذا العقل مخلوق وله مفاهيم شأنه شأن الانسان فاذا وجدنا هذه القضية الحديد يتمدد بالحرارة مثلا وجدناها في عقل هذا العقل الفعال كقضية علم حصول يعني ما يعلمه هو نحن نعلمه هو في الخارج ونحن في افق الذهن فالقضية تكون صادقة. اشكلوا عليه يقول هذه المعقولات والمفاهيم عند العقل الفعال بدورها تحتاج الى مناط صدق فاذا قلت عقل فعال اخر له قضايا في دينه يلزم التسلسل. فالمبنى زيف من اساسه هذه المقاربة المشائية ومقاربة سقيفة ضعيفة المقاربة الإشراقية العقل الفعال عنده وجود منبسط في كل ما يتشأن في هذه النشأة كل الخلق هناك موجود بنحو الاندكاك والانبساط يعني الانبساط الوجودي لانبساط الوجود كل موجود هناك بنحو الشدة والقوة والان بساط اذا ليس علما حصوليا وانما هو حقيقة وجودية فقط الاشكال على المحقق التونسي جيد كل القضايا التي في ذهننا مطابقة في هذا العقل باعتباره منبسط له كل الكمالات حتى هذه الكمالات الدانية جميل  اه مثال حسي مثال حلسي حسي مثلا امريكا عندها آآ منجزات كثيرة ان هوليوود عندها كذا عندها واشنطن عندها الكونجرس عندها عندها انت تريد تذهب الى امريكا امريكا هي العقل الفعال تقولي لي بتذهب الى امريكا? يقولون في امريكا في واشنطن فتعاين واشنطن في امريكا اذن صحيح واشنطن موجودة في امريكا يقولون في امريكا فيها والديزني والديزني هذه محل الترفيه الكبير المشهور المعروف. تروح الى واد ديزني صحيح موجود يقولون في امريكا هوليوود كذب خرطي كله لا تروح تشوف هوليود كبيرة ضخمة. مؤسسات ضخمة سينمائية. اماكن للتمثيل عظيمة جدا نقول والله صادقة. العقل الفعال بدون تشبيه طبعا شأنه شأن امريكا والصور واشنطن في امريكا هوليود في امريكا قضايا نحن نعلمها ما شفناها ما عايناها. تروح تسافر لامريكا ترى لا واقعية كلها في هذه الامريكية. امريكا المنبسطة وتعاينها حقيقة? اه تقول صحيح واشنطن موجودة في امريكا. هوليوود موجودة في امريكا. والديزني موجودة في امريكا. هذه قبة الكونجرس صحيح موجود في امريكا. هذا مثال تقريبي لما يريده المحقق التونسي الاشكال عليه ما هو? الاشكال عليه القضايا التي تحكي الواجب تعالى اللي هو ارقى من العقل الفعال اين المطابق? في العقل الفعال وهو مخلوق لا يمكن نكمل البحث ان شاء الله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