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نفس الامر وهو مشكل لا يمكن لهذا المتن المختصر وشرح العلامة المختصر ان يفي بهذا الموضوع العميق وهذا لا ينتمي الى اه الى لا علم الكلام والى الفلسفة ينتمي الى ميتافيزيقية الدين. مناط صدق القضايا نحن حكمنا وربطنا بين الموضوع المحمول تعينت القضية في الدين اما ان تكون صادقة او هي زيف ليست قضية ادراكية مطلقا. لان معيار مبدأ التناقض يرفضها مطلقا يرفضها مطلق فتبقى القضايا الادراكية قضايا الادراكية كيف نعرف انها صادقة ومطابقة للواقع يجب ان يكون هناك مطابق نفس الامر نفس الامر ما هو المحقق الطوسي هنا يثير حلا جميلا وهذا الحل قرأ بقراءة مشائية قرأ قراءة اشراقية. المحقق التوصي اشراقي وليس مشائيا. لانه تأثر بشيخ الاشراق كثيرا وتبنى الحكمة الاشراقية وان كان في شروحه للاشارات هذا التجريد يتكلم بلسان المشائي نعم اما في حقيقته فهو اشراق بامتياز نعم لان الفلسفة الاشراقية تجاوزت الفلسفة المشائية بدرجات  هذا العقل مخلوق مخلوق وله مفاهيم علم حصولي مثلي ومثلك فقضيتي انا الحديد يتمدد بالحرارة اذهب الى هذا العقل الفعال اذا وجدت عنده هذه القضية لان هو مجرد علمه معصوم لا يشوبه الخطأ والكدور علمي انا الحديد ديال تمدد الحرارة كعلم عقلي الفعال لانه على مبناهم هو الذي افاض علي باذن الله هذا العلم اذا علمي جاء من العقل الفعال كما هو كما هو في عقل فعال فالقضية تكون صادقة والا كانت زيفا كاذبا اشكل على هذه القراءة قالوا هذه القضايا في ذهن العقل الفعال الشريف الكريم كذلك هي تحتاج الى مطابق مطابقها اي عقل فعال اخر كذلك معقولاته قضايا تحتاج الى مطابق نقع في التسلسل الزيف والبطلة اذا المبنى كله زيف لماذا قرأنا هذا المبنى في البراديجم المشائي هذه مصطلح امريكي ما ما يسمى عندنا في الحوزة المبنى مباني مباني مباني مباني المشاة مباني الاشراق يعني عبارة عن دائرة مغلقة لها مبانيها الخاصة في فهم الوجود واذا انغلقت وعجزت عن فهم الوجود يعني في امور في الوجود هي لا يمكن ان تجيب فينبثق طراديق من جديد ترجم العرب كلمة بالانموذج في مقابل النموذج الأنموذج  ابن همزة الانموذج نعم فقرأوا اه هذا المبنى بالبراديق بالمشائي يجب ان يقرأ الاشراق النموذج الاشراقي. النموذج الاشراقي ما هو عقل منبسط عقل ملأ ملأ ما سوى الله تعالى جميل يعني كل الحقائق فيك ما مثلت لكم بامريكا امريكا قارة فيها منشآت كثيرة جدا فالانسان سمع بها له صور او رآها في في التلفاز لكن لم يعاينه في الخارج لا يعرف ان هذه الصور التي رآها في في الشاشة وفي التلفاز وقرأ عنها لها مطابق ام لا? يدخل امريكا بفيزا يبدأ يعاين اولا واشنطن يروح الى الدار البيضاء نعم الدار البيضاء موجودة فلها مطابق هذا قبة الكابيتول قبة آآ الكونجرس نعم موجودة فهذه الصورة لها مطابق حقيقي يذهب الى البنتاجون نعم يجده بشكل خماسي تونتاكون يعني خماسي بناية خماسية شكله نعم له مطابق ثم هذه هذا الانجاز الضخم آآ نعم له مطابق ثم هوليوود فهذا العقل هكذا حقيقة وجودية منبسطة لا نهاية لها فيها كل هذه الحقائق بنحو الاندكاك في هذا العقل هناك تجد مطابق لهذه القضايا. ليس كما فهم المشة. المشة فهم ان العقل فعال له علم حصولي. الاشراق يقول حقائق كما في امريكا الدار البيضاء حقيقة الكابيتول حقيقة بنتاجون حقيقة والديزنيا حقيقة هوليود حقيقة حقائق خارجية في متن هذا العقل العقل الفعال نعم اذا بحث وجودي وليس بحثا حصوليا يا المستشكل على المحقق الطوسي النقص في مبنى المحقق التونسي نعم القضايا التي تحكي المخلوقات جيد. وجدناها كل كلها في العقل الفعال. جميل رائع جدا. لكن القضايا التي تحكي الله تعالى نجدها في العقل الفعال ام نجدها في صقع الربوبية اه اذا هذه القضايا تصير ليست لها مطابق المحقق الطوسي. انت ضيقت نفس الامر. هذا هو الاشكال على المبنى نعم الحل ما هو? الحل آآ كما في نهاية الحكمة فقال رحمه الله المراد بنفس الامر هو العقل الفعال. من المحقق الطوسي العقل الفعال اشراقي ليس العقل الفعال المشائي. فكل صورة سورة مفردة الانسان مثلا الذهب مثلا اوحك فكل صورة او حكما ثابت في الدين يعني قضايا في الدين. مطابقة للسور المنتقشة. صور حقيقية خارجية منتقشة. صور هنا المشاف فهي ما هو فهمها صور علمية. علم حصولي الاشراق يريدون من الصور يعني الحقائق للصور المنتقشة منتقشة في العقل فعال فهذا الحكم ماذا يكون? الصورة والحكم صادقون. واذا لم يطابق ما في العقل الفعال لاشراق من صور فهو كاذب. ذهبت الى امريكا لا اثر لهوليود فتقول هذه هوليود التي دوخت الناس بافلامها الرائعة كلها صنعت في غرفة لا هوليوود ولا كاليفورنيا ولا يحزنون فتكون هذه الصور عن هوليود في دينك تكون كاذبة مثلا حتى اقرب المسألة للطالب العزيز نعم لانهم استدلوا على ثبوته نعم ثبوت العقل الفعال بالفرق بين النسيان والسهو فان السهو هو زوال الصورة المعقولة عن الجوهر العاقل يعني تروح ذهول زوال الصورة المعقولة الصورة المعقولة يعني في الذهن يعني المفاهيم عن الجوهر العاقل يعني النفس العاقلة وارتسامها في الحافظ لها يعني في الحافظة والنسيان هو زوالها عنهما معا. يعني اه الزوال عن الجوهر العاقل وعن الحافظة. وهذا يأتي في الصور المحسوسة يعني سيأتي بيانه ان شاء الله في صور محسوسة ظاهرا في المقولات العاشرة. هذا البحث يأتي في المقولات العشر اما المعقولة فان سبب سبب النسيان هو زوال الاستعداد بزوال المفيد للعلم. يعني انت ما عندك استعداد فالعقل الفعال المفيد للعلم لا يفيض. نعم في باب التصورات والتصديقات يعني انت الآن في تتحرك علميا تريد تفهم مسألة اصولية كلامية فلسفية عرفانية مثلا الترتب النعيم رحمة الله عليه فانت تتحرك يعني تهيئ استعدادك اذا جاءت السورة من على الاقل فعل فهمت المطلوب والا لم تفهم المطلق نعم فان سبب النسيان ما هو? هو زوال الاستعداد الاستعداد بزوال المفيد للعلم من المفيد للعلم هو العقل الفعال في باب التصورات والتصديقات نعم لان العلم ينقسم الى وتصديق وهاتان الحالتان يعني من النسيان والصوم قد تعرضان في الاحكام الكاذبة فلم يأت فيه بمقنع. يقول هنا آآ يعني على منحه لم يقتنع بكلامي استاذه المحقق الطوسي يقول وهاتان الحالتان يعني النسيان والسوء قد تعرضان في الاحكام الكاذبة اصلا الاحكام الكاذبة ليست قضايا حتى تنسى او يسهى عنها يا عالم الحين نعم فلم يأتي بمقنع يعني لم لم اقتنع انا بجواب المحقق التوصي وهذا البحث ليس من هذا المقام احسنت اذا لماذا افضتم في خلوه في محله نعم انا اضع فيه</w:t>
      </w:r>
    </w:p>
    <w:p>
      <w:r>
        <w:t>لية الذهن ميتافيزيقية الذهن ما معناه اولا نبين معنى المفاهيم المفاهيم بالمعنى العام يعني التصورات والتصديقات. يعني القضايا والمفردات معناها فقط البعد التصوري ثم مناشئ المفاهيم ثم حاكويت هذه المفاهيم. مفاهم يعني صور التصديقات والتصورات حكاويتها ثم صدق هذه المفاهيم صدق يعني يدخل نفس الامر. هناك تفصيل المجموع يسمى ميتافيزيقية الدين وهذا البحث ليس من هذا المقام وان من جر الكلام اليه وهو بحث شريف والله بحث شريف. نعم لا يوجد في الكتب. ذلك الزمان. الان لا فيه دراسات بالحوزة ما شاء الله عن نفس الأمر خصوصا باللغة الفارسية لماذا? لأنه هو ملاك العلم الحصولي كيف نعرف القضية الادراكية من القضية الزائفة ببركة نفس الامر. الان توسع انا اعطيكم خلاصة وان شاء الله في محله نفسر البحث اجتهاديا نعم لان المحقق الطوسي اشار اليه باختصار نحن اشرنا باختصار ما عندنا خرج الدين الى الوجود ننطلق من هذه النقطة خارج الوجود آآ خارج الذهن ما عندنا الا الوجود جيد ثم نخترع دائرة بالاختراع الثبوت الاختراعي هو العدم اذا كم دائرة تشكلت عندنا? دائرتان القضية اللي تحت تحكي الوجود صادقة. القضايا التي تحكي هذا العدم ثبوتات الدعاية صادقة القضية التي تحكم الجمع بين الدائرتين زائفة انتهى الامر. ليست قضية ادراكية ثم نأتي الى الوجود. الوجود ليس على وتيرة واحدة. متن الوجود قضايا حيثيات الوجود قضايا حيثيات الوجود عندك حيثيات اذا كان في افق الخارج المفاهيم الثانية فلسفية اذا كان في افق الدين مفاهيم منطقية واذا كان محدودا وجودا محدودا تأتي المهية وجود حيثيات خارجية حيثيات دينية ما هي الدائرة الإدعائية والخرطية خمسة كل قضية طابقت دائرة من هذه الدوائر تكون قد طابقت نفس الامر فتكون صادقة نعم المسألة الثامنة والثلاثون ها في كيفية حمل الوجود والعدم على الماهية على الطبائع. تقول الانسان موجود الانسان معدوم كيف نعم يتكلم عن الهلية البسيطة والهليل مركبا الانسان موجود او تقول الانسان عالم اصل بالفارسية العربي يقول العالم ينوجد عالما او الانسان كائن عالما. نعم قال ثم الوجود والعدم. اولا ما معنى الوجود ومعنى العدم? الوجود هو التحقق. العدم هو رفع التحقق. انتهى الامر نعم اياك ان تجعل العدم كيان حقيقي خطأ يجب ان تجعله تجعل له كيانا ادعائيا خرطيا ثم الوجود والعدم قد يحملان وقد يربط بهما المحمولات يحمل انا نكتب الهدية البسيطة يربط بهما المحمولات الاهلية المركبة يعني اما الوجود انسان اه الانسان آآ وجود فالوجود يكون محمولا او العدم الانسان معدوم مرة لا تقول انسان كاتبة الفارسية يعني في اصل رابط بالعربي يقول انسان اه ينوجد عالما كائن عالما وهكذا هذه الكينونة الرابطة نعم فتقسيم الليل هل هي البسيطة ولا هي المراكبة? يعني الوجود المحمول وآآ الوجود الرابط بباب القضايا هنا في باب القضايا باب الحامل اقول اعلم ان الوجود بمعناه التحقق والعدم رفع التحقق قد يحملان على المهية كما يقال لماذا قال قد قد يعني ممكن الخلق ما موجود نعم كما يقال الانسان معدوم. ما معنى الانسان معدوم? يعني الانسان حقيقة تلبست بالعدم. لا مرفوع الوجود الإنسان موجود ما معنى يعني ثبوت الإنسان وقد يجعلان رابطا. كقولنا الانسان يوجد كاتبا. يعني نحمل الكتابة على الانسان هذا المركبة والانسان تعدم عنه الكتابة. يعني مرة ان نكون في ثبوت الشيء مرة نكون في ثبوت شيء لشيء القاعدة الفرعية وهي قاعدة بنيوية تجري فقط في الهليات المركبة. مؤداها ما هو بوت شيء لشيء يعني كم شيء عندنا? شيئان موضوعه محمول في الهدية البسيطة الإنسان موجود عندنا فقط شي واحد ثبوت الإنسان ليس ثبوت شيء لشيء الهدية المركبة قاعدة بنيوية يعني لا يمكن التدليل عليها ليست قضية ادراكية بنيوية يعني هكذا بنية الدين اللي محكوم بالمعايير الإلهية الخالدة اذا عين موظوعا وحمل عليه محمولا القاضي القضية الفرعية  تفتي بوجود الموضوع ضرورة. المحمول لا ليس بالضرورة. قد يكون ظروري وقد لا يكون ظروريا. ثم تعين الظرف تقول احذر اذا كان الموضوع في افق الذيل المحمول يكون في افق الدين اذا كان المحمول اه الموضوع في افق الخارج المحمول يجب ان يكون في الخارج. اذا كان الموضوع في نفس الامر بشكل اعم فالمحمول يكون في نفس الامر بشكل عام نعم اذا للبحث في الهدية البسيطة والهلية المركبة فها هنا المحمول هو الكتابة والوجود والعدم رابطتان بهذا الوجود الرابط يسمى احداهما رابطة الثبوت تقول الانسان كاتب والوصل عطف تفسيري والاخرى رابطة السلب والفصل. يعني التفكيك اذا هذا هو هل هي المركبة والهلية البسيطة? افهم جيد الهدية البسيطة لا تشتبه الانسان وجود ليس ثبوت الوجود للانسان. ما عندنا اثنانية. عندنا وحدة وهو الوجود المتحقق. يعني الانسان المتحقق هذا التفكيك فقط تفكيك بنيويوي نأتي الان الى الحمل. قال والحمل هنا يعرف الحمل يستدعي اتحاد الطرفين يعني الموضوع المحمول من وجه وتغايرهما من اخر جهة الاتحاد وجيهة انفصال الحبل قلت لكم عملية ذهنية تربط بين الموضوع المحمول اذا فيه كثرة الموضوع في جهة يعني الانسان في هويته انسان انسان العلم علم علم لا علاقة فيه للانسان في دائرة هويته بالعلم في دائرة هويته. هنا جهة الاختلاف ما هو ملاك هذا الاختلاف هو مبنى الهوية ثم الانسان يدرس فيتعين بالعلم فنقول الانسان عالم. يعني تأتي جهة الاتحاد جيت الاختلاف تعين هوية الموضوع لوحده وهوية المحمول لوحده. جهة الاتحاد ماذا تقول? تقول العلم في دائرة الانسان. ليس في دائرة هويتي فماذا يفيد? يفيده ناعتيا ناعتيا فيأتي الربط اللغات الغير العربية عند هذا الربط انسان كاتبها الفرنسية اه نفس الشيء العربية لانها تبنى على الحث تقول انسان كاتبون. لا تقل انسانيا نواجد كاتبا نعم كما قال اه علامة الحين للانسان يوجد كاتبا ان او ينوجد كاتبا نعم. يقول والحمل يستدعي يعني عملية العملية هادي العملية الذهنية. تستدعي اتحاد الطرفين نعم من وجه يعني العلم هنا في دائرة الانسان وتغايرهما من من من جهة اخرى يعني الانسان في دائرة هويته والعلم في دائرة هويته اذا من خصوصيات الحمل ان يكون هناك جهة اتحاد وجهة اختلاف نعم ولهذا يعرف بهذه الخاصية الحمل هو جهة اتحاد جهة اشتراك لا ليس هكذا الحمل عملية ذهنية تربط بين الموضوع والمحمول لمناسبة ما. المناسبة تعطي جهة الاتحاد يربط يعني فيه اسبقية يعني قبل الربط فيه هوية انسانية هو هوية هي العلم فاي كثرة جيت الاختلاف نعم نعم وجهة الاتحاد قد تكون احده احدهما وقد تكون ثالثا هذا اه كذلك بحث جميل جدا نحن عندنا قاعدة بنيوية في البرهان آآ المحمولات يجب ان تكون اه من باب باب باب البرهان اه الذاتي باب البرهان تأتي باب البرهان له قسمان اما المكونات الذات جنس وفصل للطبيعة. فلا تحتاج الى عملية استدلال. تحصينه للحاصل. الانسان ما هو حيوان ناطق فبالظرورة تقول انسان حيوان والانسان هو ناطق. قضايا التحليل</w:t>
      </w:r>
    </w:p>
    <w:p>
      <w:r>
        <w:t>لي لماذا? لان الانسان في متن آآ الناطق في متن الانسان والحيوانية في متن الانسان مرة لا يكون المحمول من الخارج ليس في متن الذات لا من صدق جنسها ولا من لفصلها ولا في مبدأ الهوية الانسان هو انسان. نخرج ونأتي بمحمول. هذا المحمول قد يناسب الموضوع يكون عرضيا ذاتيا. وقد لا يناسب يكون عرضا غريبا فتكون القضية زيف في زيف نعم اذا المرة الموضوع يولد المحمول من داخله مرة لا يولده بملاك خارج عن ذاته اقول لما ذكر ان الوجود الذي هو التحقق والعدم الذي هو رفع التحقق قد يحملان وقد يكونان رابطة بين الموضوع والمحمول اذا عندنا صنخان من الوجود الوجود المحمول الانسان وجود وعندنا وجود رابط الانسان يوجد كاتبا عالما بالفارسي انسان كاتباست انسان علي ماس هذا اصل يربط بين الموضوع والمحمول نعم ويكونان رابطان بين الموضوع والمحمول شرع في تحقيق معنى الحمل قلنا الحمل عملية ذهنية عملية ذهنية تربط بين الموضوع والمحمول لمناسبة. وهذه المناسبة يجب ان تكون تكوينية. يعني يقتضيها الموضوع لذاته اما ان يكون هذا المحمول في متن الموضوع قضية ذات باب ساغوجي لا تحتاج الى الاستدلال قضية تحليلية ضرورية بديهية. مرة يكون الذاتي لا يحتاج الى ماذا? الى بحث علمي حتى نكتشف المناسبة. نعم. وتقريره ان اذا حملنا وصفا يعني محمولا على موصوف على موضوع لو قال محمول على موضوع كان افضل. فلسنا نعني به ان ذات المحمول هي ذات المحمول بعينها لماذا انا قلت المحمول من الموضوع? لا اقول الوصف والموصوف لان حمل الوصف على الموصوف ليس من القضايا وانما ما هي من التركيبات التركيبات التصورية التفاحة الحمراء التفاحة اللذيذة صفة وموصوف جملة لم تنعقد بعد لا يصح السكوت عليها. اذا لمت تشكلت القضية. اذا الدقة ان نقول ان اذا حملنا محمولا على موظوع فلسنا نعني به انه ذات الموضوع نقول انسان وانسان لا الانسان الانسان في مبدأ الهوية والقضايا في مبدأ الجوهرية. يعني نأتي الى محمولات خارج الهوية. نعم. فلسنا نعني به ذات الموضوع هي ذات المحمول بعينها. لا هذا مبدأ الهوية. تحصيل العلم حاصل. يعني تقول الف باء. ماذا تقصد من باء? هو الف لا لان ما اذا كان الف قضية تصير الف الف تحصين حاصل مبدأ الهوية فانه لا يبقى حمل هناك ما في حمل مدى الهوية ولا وضع لا موظوع ولا محمول الا في الالفاظ المترادفة اكتب في التحصيل الحاصل ليس في الالفاظ هنا نتكلم عن المعاني شيخنا العزيز الانسان انسان الماء ماء معاني ليس في الالفاظ وهو باطل باطل يعني هذا ليس حملا وانما هو آآ مبدأ الهوية الانسان ليس حملا فقط بيان للهوية في دائرتها نعم ولان قولنا الانسان حيوان حبل صادق وليس الانسان والحيوان مترادفين. نعم اختلاف مفهومي ولا نعني به ان الذات الموضوع مباينة لذات المحمول نافين الشيئين المتباينين كالانسان والفرس يمتنع حمل احدهما على الاخر. بل نأتي بمحمول يناسب الموضوع يقتضيه الموضوع بل نعني به ان الموضوع وان الموضوع والمحمول بينهما اتحاد مين جا? ملاك الاتحاد هي المناسبة يعني المحمول يجب ان يكون من صنخ الموضوع اما في داخله قضايا بديهية تحصيل حاصل بابي ساغوج ام لا يكون من طبيعته تقتضيه طبيعته وغيره وغيره بل نعني به ان الموضوع المحمول بينهما اتحاد من وجهين وتغاير من وجه يجب ان يكون الحمل هكذا. يعني في مبدأ الجوهرية. يعني نخرج من مبدأ الهوية ونأتي الى مبدأ الجوهرية. المحمول غير الموضوع. لسنا في دائرة مبدئية تحصيل الحاصول. الانسان عالم. الانسان كاتبون. الانسان نائمون الانسان حي لاحظت المحمولات كلها ليست في مبدأ الهوية نعم. فاذا قلنا الظاحك كاذبون. الظاحك كاذبون ما قلنا الظاحك ظاحك وما قلنا الكاتب كاتب فيه تباين مفهوم عانينا به ان الشيء الذي يقال له الظاحك هو الشيء الذي يقال له الكاتب. فجهة الاتحاد هي الشيء واجهة التغاير هو هي الضحك والكتابة اكتب هنا بحث بنيوي ابينه ان شاء الله في الحلقة القادمة لان الوقت انتهى اذا الحمل فمها جيدة مسألة بنيوية لا يمكن الاستدلال عليها البنياويات لا يستند عليها وانما تحتاج الى تحليل فقط كما يقول آآ الاصوليون ارجعك الى المرتكزات  المرتكزات يعني هذا الضياء الذي يغمر الحقيقة الانسانية ويجعلها تتحرك في الطريق السوي. معرفيا وسلوكيا جيد هذه الاضاءة هي الحكمة الخالدة لا مخلوقة ولا لا مخلوقة شأن الهي عندنا الانسان كاتب ما معنى هذا الكلام ما معنى الانسان كاتب يشير الى مطلب غني جدا وراقي جدا وعميق في هذه العبارة ويخلي الطالب في غموض تام. غموض تام هذا البحث فيه شيخ ايراني صديقي عزيز نحن نتباحث اكثر من عشر سنوات بحوث خارج عن دائرة الحوزة لعلوم اخرى علوم غربية ونأتي ونتباحث اه فيها كل جمعة له مقالة في جزئين في عددين في مجلة ايرانية تسمى القضية اللابتية القضية اللابتية هذه القضية التي نسيتها في القضايا التي ابتكرت في سياق غير منطقي اذا تتذكرون قلنا القضية اه القضية الحقيقية القضية الموجبة سليمة المحمول مترددة المحمول تحت تركيبية والتحليلية. القضية الاصولية في العلم الاجمالي  اه هذه القضية نسيتها القضية اللابتية وابتكرت في سياق فلسفي فعجبتني المقالة ما قال اه غنية وجميلة ترجمتها الى اللغة العربية الى الان لم تطبع الى الان لم تطبع اتصلت بي موالية من بغداد قتل شيخنا العزيز عندي ماجستير عن صدر المتألهين فيما تستطيع ان تخدمني وتساعدني قلت لها هذه القضية سويها ماجستير. ارسلت لها هذه الترجمة وحصلت على الترجمة على الماجستير والحمد لله. المقالة لم تطبع الى الان فيها هذا البحث هناك بالتفصيل وبطريقة طريقة اجتهادية نفصله في الحصة القادمة ان شاء الله.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