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اذا سمعتم هذا الدرس وكان هناك اشكال يمكن لكم في المستقبل ان شاء الله الاتصال بنا من خلال الواتساب او التيليجرام. انا افضل التيليجرام افضل ابين لكم ما هو غامض بالنسبة اليكم او انا لا قدر الله لم اوصل المطلب كما يجب. انا احاول هنا ان اثير المسائل بنحو الاجتهاد وعمق البحث عن الطالبة ان شاء الله يحيط بهذه المسائل ويصير محققا. نعم مطالب ثقيلة جدا والثقيل هو الذي ينتج الثقيل والمجتهد هنا المحقق التونسي يتكلم عن الحمل الحمل بحث بنيوي ما قبل المعرفة حقيقته ما هو الحمل عملية ذهنية اكشن عملية ذهنية شفت النجار وهو يقطع الخشب الحمل مثل النجار ويقطع الخشب لكن عمليا اين في افق الذهن عملية. يعني النفس تعمل في دائرة عقلها ماذا تعمل تأتي الى كثرة وتربط بين هذه الكثرة الانسان والعلم كثرة ام لا? كثرة هنا قال الكاتب ضاحك كاتب الكتابة والضحك كثرة العقل ببركة مبدأ السبب الكافي يكتسب المناسبة والتوافق بين مفردتين متباينتين تقول لي ملاك التباين ما هو شيخنا العزيز? مبدأ الهوية لا يمكن ان يكون العلم في هوية الانسان. الانسان وما هو? الانسان انسان. العلم وهو العلم علم الظاحك ما هو? ظاحكون. الكاتب ما هو? كاتب مبدأ الهوية يعطيك الكثرة ثم حتى ننتقل الى مبدأ الجوهرية اذا اردنا ان ننتقل الى مبدأ الجوهرية يجب ان يتحقق الحكم لان مبدأ الجوهرية به تتعين القضايا والقضايا لا نصل اليها الا بهذه العملية. يعني نقول الانسان عالمون نربط بين الانسان والعين لمناسبة. كانت هذه المناسبة كما في الواقع الخارجي القضية تكون صادقة لم تكن كما في الخلق عالم الخلق القضية تكون زيف كاذبة لا معنى لها انتهى الامر اذن الذهن يأتي ويربط بين الموضوع والمحمول لمناسبة ما مرة يربط بين محمول ووضوء هوية المحمول في داخل الموضوع هذا الذات باب الصاغور تقول الانسان حيوان من اين خرجت الحيوان? من قلب الانسان. من هويته لماذا? لانني انسان حيوان ناطق يقول انسان ناطق بديهية ظرورية تحصيل حاصل هذا باب مرة لا تأتي بمحمول لا يمكن استلاله استخراجه من متن الموضوع اذا كان هذا المحمول يناسب الموضوع فالقضية تكون صادقة لا يعني عرض عرظ غريب محمول غريب تقول تكون القضية كاذبة نعم اذا تشكلت القضايا ببركة الحمل لان الحمل عملية تتعين في قضية يعني نتاجها قضية يعني انا اذا مارست هذه العملية في ذهني ربطت بين الانسان والعلم النتاج ما هو? الانسان عالم القضية. حين ان اقول صادقة ام كاذبة الانسان عالم يعني في بعض مصادقه على الاقل يعني بعض الانسان لا يهمنا هنا السور ومولا الحامد اذا الكتابة بالنسبة الى الانسان تناسبه او لا تناسبه هذا هو الأمر اذن الحمل فيه جيت اتحاد ببركة المناسبة وفيه جهة اختلاف ببركة مبدأ الهوية مبدأ الهوية العلم غير الإنسان والإنسان غير العلم ثم نربط بينهما بهذا العملية التي تسمى الحكم ما هو نتاج هذا الربط والحكم الانسان عالم الانسان عالم ثم مؤدى هذه القضية ما هو وليس على وتيرة واحدة بحث عميق جدا وهو انواع القضية وكيف نحللها المهم كنا في دائرة الوجود الحقيقي او في دائرة الثبوت الإدعائي قرطي يعني دائرة الاعدام  القضايا دائما يعني القضايا العلمية اكتب القضايا العلمية القضايا العلمية يعني القضايا التي ليست علمية لا تهمنا هنا دائما متشكلة من عقدين عقد الوضع وعقد الحمل هادي مهمة جدا بالنسبة اليكم بما انها هي تحكي الواقع الخارجي يعني القضايا لها علاقة بالواقع الخارجي عقد الوضع هو صدق عنوان الموضوع على المصاديق تقول الانسان عالم عنوان الموضوع هو الانسان يصدق على طه يصدق على بلال على ليلى على زينب صدق العنوان الموضوعي على المصادق يسمى عقد الوضع هويتهما هو جملة ناقصة تركيب ناقص بلسان لغوي  لا يصح السكوت عليه طه الانسان يبقى نقص تركيب وصفي طه الانسان عالم التركيب التام يعني يجب ان يأتي المحمول حتى يتم التركيب اذا بقينا على الصدق عنوان الموضوع على المصداق طه الإنسان تركيب وصفي صفة وموصوف جملة ناقصة هذا يسمى العقد الوضع اذا جاء سيدنا المحمول العلم تقول طه الانسان عالم جاءت الجملة التامة يصح السكوت عليها بمقاربة لغوية يعني انعقدت القضية العلمية بالمقاربة المنطقية تم عقد الحمل. عقد الحمل ما هو? اتصاف المصداق بعنوان المحمول طه عالم لكن طه لا يتصف بعنوان المحمول الا اذا اندرج تحت عنوان الموضوع. يعني المحمول يسري اليه من خلال الموظوع. هذا يسمى عقد الحمل. اتصاف المصداق بعنوان محمود بمروره بعنوان الموضوع يسمى عقد الحمل. اذا كم عندنا? عندنا عقدا? عقد الوضع صفة وموصوف. جملة ناقصة وعقد الحمل اه تركيب جملي تام تركيب قضوي تام عام نعم خذ مثال انسان عالم عندنا مصادق طه المتعنون بالانسان. يعني طه الانسان. صفة وهو موصوف عالم تمت الجملة اذا صدق عنوان الموضوع ولا هو الإنسان في مثالنا على طه عقد يوظع صدق العالم على طه من خلال اندراجه على اندراجي تحت الموضوع عقد الحمد. فكل القضايا العلمية لها عقدان عقد الوضع عقدا حامل نعم نأتي الان الى مثالنا يقول  فان الشيئين ارجعوا الى فوق فان الشيئين اي المتباينين كالانسان والفرس مبدأه الهوية الانسانية انسان انسان. مبدأ الهوية الفرنسية فرس فرس. يمتلئ حمل احدهما على الاخر. لا مناسبة بين الامرين بل نعلي به ان الموضوع والمحمول بينهما اتحاد بينهما مناسبة نعم التي تصحح الحمل من وجه وتغاير من وجه قلت لكم العلم اقولها والانسان مقولة لان بين العلم والانسان مناسبة قلنا الانسان عالم جيت اتحادي وجيت اختلاف. فاذا قلنا الظاحك كاتب الظاحك عنوان عرضي يعرظ ماذا انسان والكاتب عنوان عرضي يعرض الانسان اذا المصداق الذي يعرظه الظاحك والكاتب غير الظاحك والكاتب وهو الإنسان يختلف على الضحك والكاتب عانينا به ان الشيء يعني الانسان الذي يقال له ضاحك يعني يصدق عليه عنوان الضحك هو الشيء الذي يقال له الكاتب يعني الظاحك يصدق على الانسان عقد وضع. الكاتب يصدق على الانسان عقد حمل. فجهة الاتحاد هي الشيء. يعني الانسان هو الذي وحد بين الظاحك والكاتب. وجيت التغاير هي الظحك والكتابة. لان الظحك مقولة والكتابة مقولة  اذا عرفت هذا فاعلم ان جيل الاتحاد قد تكون امرا مغايرا كقولنا الظاحك كاتب. جهة الاتحاد هو الانسان. يعني الضحك هو الكاتب اجتمع في مصداق غير الضحك والكاتب. من هو? يعني غير الضحك والكتابة وهو الانسان. مغايرا للموضوع والمحمول كما في هذا المثال. يعني الظاحك كاتب الإنسان لا هو ضحك ولا هو كتابة فإن الشيء الذي يقال له ضحك يعني الشيء الإنسان الذي يقال له يعني يحمل عليه ضاحك ويحمل عليه كاتب هو الإنسان وهو غير الموضوع يعني غير الضحك والمحمول يعني الكتابة وقد تكون احدى</w:t>
      </w:r>
    </w:p>
    <w:p>
      <w:r>
        <w:t>احدهما كقولنا الانسان ضاحك الإنسان ضاحك الإنسان يتجلى في طه طه ما هو انسان والظاحك يصدق عليه بصدق الانسان عليه وقد تكون احدهما كيقول الانسان ضاحك والظاحك انسان يعني مرة يكون المحمول من الموضوع لا يمثلان الشيء اه الذي يصدقان عليه. مرة لا يكون العنوان هو الشيء الإنسان هو طه نعم قال والتغاير هنا اشكال اشكال خطير اشكال ذكره كما في الحاشية هنا ذكره اه ان الشوارق للهيجة احد التلاميذ الصدر المتألهين له شرح شرح التجريد نعم اصحاب الشوارق كتاب طبعت اجزاء منه ما وصلوا الى الالهيات بالمعنى الاخص لا ادري مفقود ام لا? مؤسسة الشيخ الصبحاني الامام الصادق تكفلت بطبعه ظاهرا ثلاث مجلدات قال اجبت هذه الالهيات نعم كلها موجودة انا الكتاب ما عندي مع الاسف والتغاير يعني التغاير بين الموضوع والمحمول لا يستدعي قيام احدهما بالاخر. هنا يقول جواب جواب شك يورد على الحمل الايجابي مطلقا. طبعا الحمل الإيجابي الحمل السلبي مجازا يسمى حملا والتغايل يعني بين الموضوع والمحمول لا يستدعي هذا التغاير قيام احدهما بالاخر. يعني لا يستدعي ذلك. ولا اعتبار عدم القائم في القيام لو استدعاه طبعا اذا استدعاه اشكال تعرفون انتم الاشكالات ما هي وظيفتها هي تعمق تعمق البحث اكثر. تعمق البحث اكثر و تفتق ذهن الطالب تنفتح امامه زوايا متعددة ويترقى. الاشكالات ضرورية جدا في الدرس وفي الحوار والمباحثة اقول الان العلامة الحلي يبين المسألة اه مفصلة وانا اشير الى نكات اذا استدعى الامر ذلك. اقول لما ذكر ان المحمول مغاير الموضوع اصل الحبل هو هذا. جيت اتحاد وجيت اختلاف جيت تغاير من وجه طبعا تغير من وجه لان فيه اتحاد من وجه. صدق عليه مطلق التغاير نعم ببركة مبدأ الهوية وصدق التغاير وصدق التغاير لا يستدعي قيام احدهما بالاخر قيام العرض بمحله يعني قيام العرب كالبياض الجوهر  هنا كثير من من الطلاب يشتبهون بين علاقة العرظ والجوهر وعلاقة المحمول والموظوع. خلينا نستغل الفرصة نبين هذه النكتة الجميلة ومسألة كذلك بنيوية. كيف بنيوية يعني اختلاف بين عروض العرض والجوهر وعروض المحمول على الموضوع اختلاف بنيوي. يعني في ذات البنية لا يمكن التدليل عليها كيف دائما العرظ في عروضه على الجوف في عالم الخلق. في عالم الوجود وعروض المحمول على الموضوع في دار في الفهم هذا هو الاختلاف البنيوي البياض فيه السكر بياض ديني يعني السكر يصير بياضا اذا عرظه البياظ في الليل لا البياضي العرض يعني البياض كعرض يعرض السكر في واقعه الخارجي. اذا الجوهر واقعي يا خارجي العرض واقعية خارجية اما المحمول? لا المحمول لا تقول السكر بياضه. يستحيل يستحيل بالحمل تأتي عملية جديدة تأتي الى البياض تعطيه خاصية تصحح الحمد ما هي هذه الخاصية تقول آآ آآ السكر من مقولة الجوهر سكر سكر جوهر والبياظ عرظ بياظ بياظ ما العلاقة بين الجوهر والعرب مقولتان متباينتان بتمام الذات كيف يصح هذا الهم لا تقول السكر كجوهر بياض الى الجوهر لا يكون عرضا والعراض لا يكون جوهرا فالعقل البشري وهو يتأمل في هذه الظاهرة الغريبة والعجيبة فاكتشف بعدا اخر في التكوين. وهو الوجود الرابط الوجود الناعت يعني البياض يعرض على الجوهر ليس بعربيته ومن بناعيتيته بنعية الابيضية الاب يضيع. ولهذا تقول السكر ابيظ. لا تقل السكر بياظ عند اللغويين هنا الاشتقاق تقول السكر البياض يعني الجوهر هو العرض? لا تقول السكر ابيض ذهبت الى الاشتقاق يعني الى البعد الناعت تكتشف حقيقة تكوينية عطاوها مصطلحا يفصلها عن كل المصطلحات الوجود الرابط او الوجود النهائي لا ادري من اول من اطلق هذا المصطلح سيد الدشتكي هذا العالم الكبير في شراز العالم الموالي الكبير اه هذا صاحب شرح ترحل للصحيفة السجادية المدني المدني من احفاده ولعل قبيلة في العراق المدني تنسب الى السيد الدشتاكي في شيراز عالم نحرير وله ابتكارات علمية والجميل عنده مناظرة شديدة جدا في هذا التجريد مع الديواني ومعروفة هذه المناظرة فسيد الدشتكي يعلق على التجريد والدوني ردوا عليه وصلوا الى الامامة الدشتكي يعلق والدواني يرد والدواني كان اشعريا لا ادري مذهب الفقه كان شافعي او حنفي لا ادري لكن المذهب الاعقبي كان اه اشعريا فهذا الحوار مع السيد الدشتاكي في الامام العميق جعل الدواني يستبصر يصير اماميا فزار العراق واراد ان يكتب كتابا عن الائمة فلم يكتب بهذا الكتاب كتبا كتاب الزوراء على اسم بغداد كتاب رسالة صغيرة وشرحها كذلك مطبوعة الكتاب المتن والشرح والتعليقات المطبوعة في ايران رسالة هناك ابتكر شيئا رائعا هناك قال المعلول وجود رابط للعلة يعني لا هوية له في حقيقته. يعني المخلوقات لا هوية لها امام الله. وجودات رابطة. فتلقف صدر المتألين هذا الايبتكار وعمقه التعميق الذي لا يمكن الدولي ان يعمقه  تأسس في الفلسفة هذه هذه الثنائية تأسست هذه الثنائية الموجود اما مستقل او رابط هذا الموجود اما واجب او ممكن تبخر لانه على اصول المهوية فجاء ثنائية جديدة قضية حملية مترددة المحمول الوجود اما مستقل يعني الله تعالى باللسان الديني والوجود الرابط وهو كل المخلوقات هذه فقط اه سانحة جاءت وبينت بينتها لكم ببركة هذا المتن التجريد وهذه الحوارات بين الديوان والدشتكي على متن على متن التجريد لم تطبع مع الاسف الشديد الى يومنا هذا في علمي بعلم انها لم تطبع اذا هذه البحوث قيمة جدا. الاشكال هو هذا الموضوع في القضية والمحمول انتم بنيتم على بنيتم على التغاير تقول الانسان عالم اذا جئنا الى الحمل وحملنا العلم على الانسان اه اذا كان هو متصفا بالعين فجاء العلم تحصين للحاصل واذا لم يكن متصفا به يعني متصف بالعدم. هذه المغالطة هنا المغالطة سابين متصف بالعدم فيأتي القيام يقع في يقول الانسان قائم او الانسان عالم يأتي القيام يقع في في متن اللا قيام اجتماع النقيضين يأتي العلم يقع في متن لا علم اجتماع النقيضين يستحيل الحمل فاذا كان الانسان متلبس بالعلم فجاء العلم تحصيل للحصر ايه يلزم اجتماع النقيضين تحصيل الحصر ما هو? يعني عالم ولا ليس بعالم واذا كان متلبس باللا علم والعلم يأتي اجتماع نقيدا فالحمل يستحيل هذا جواب على هذه الاشكالية هذه الاشكالية قال والتغاير بين الموضوع والمحمول لا يستدعي قيام احدهما بالاخر. لا يستطيع ان يكون المحمول قائم بذاك والا يلزم تحصيل الحاصل وتقول اذا اذا لم يكن القيام او العلم قائما بالانسان حتى لا نقع في التحصيل الحاصل يعني ماذا يحتل في مكانه في مكانه ماذا يستقر في مكانه? تقول الراقية او اللاعب فجاء العلم اجتمع مع اللعب او القيام مع اجتماعا نقيبا هذا الإشكالية اين? هو اذا فهم ارتفاع العلم عن متن الانسان يعني اللا علم يستقر لا الانسان هنا يجب ان نفهم الامكان جيدا. الامكان يعني الانسان لا يقتضي لا العلم ولا لا علم. الامكان الخاص. لا يقتضي الوجود ولا يقتضي العدم. يعني اذا كان الوجود مرفوعا عن الطبيعة الانسانية بما هي انسانية. لا يعني ان العدم مستقر. لا اتضاع</w:t>
      </w:r>
    </w:p>
    <w:p>
      <w:r>
        <w:t>لا الوجود ولا العدم. نعم يجب ان نفهم المسألة هكذا. والتغاير بين الموضوع المحمول لا يستدعي قيام احدهما بالاخر حتى يلزم التحصيل الحاصل. ولا يستعيد كذلك كذلك آآ قيام المعاق والنقيض ولا اعتبار عدم القائد. لا القيام ولا اللا قيام بل اللا اقتضاء بل اللائقة اقتضاء. لاحظتوا المغالطة? اي المغالطة يعني في بعد ثالث لم يراعى نعم تقول شيخنا الانسان اما ان يكون عالما او اما ان يكون لاعنا ما عالما ما عنده رواسط بين الامرين اما ان يكون موجودا واما ان يكون معدوما. نقول نعم في مبدأ الجوهرية نعم. اما في مبدأ الهوية لا يقتضي الوجود ولا يقتضي العدم نعم فاذا لم يقتضي الوجود لا يعني ان العدم مستقر فيه. لا حتى العدم لا يقتضيه هذا هو الإمكان الخاص يجب ان نفهمه جيدا هذه الامور كلها بنيوية عميقة جدا. انا عندي الفلسفة والمنطق كذلك ليست علوما ادراكيا وانما هي علوم بنيوية فقط تحتاج الى ارجاع الانسان الى مرتكزاته العقلية العقلية ليس العقل جزئي ها كتير من الناس تغالط لأ هي داك الظياء الالهي اذا رجع الى ذلك ذلك يجد الضوء. اذا وجد الضوء مسلطا فلا يحتج الى ضوء اخر يسلط الضوء هناك يفنى في الحقيقة نعم. قال والتغاير بين الموضوع والمحمول لا يستدعي قيام احدهما اخر. يعني اذا كان الانسان يحمل عليه العلم لا يعني ان الانسان قام به العلم حتى يلزم التحصيل اصل ولا اعتبار عدم القائم حتى يأتي اجتماع الناقضين. يقول الانسان متلبس باللا علم ثم حمل عليه العلم فاللا علم العلم يجتمعان وهذا محال في القيام لو استدعاه لو استدعاه يعني لو كان يستدعيه نسبه اقول لما ذكر المصنف الماتن ان المحمول اغاير الموضوع من وجه وهذا هو معنى الحمد. صدق عليه مطلق التغاير مطلق التغاير. وصدق التغايب وصدق التغاير لا يستدعي قيام احدهما بالاخر. قيام العرض بمحله. فان نقول الانسان حيوان وليست الحيوان هي قائمة بالانسان. لماذا? لانه او اذا حملنا حينها الحيوان على الانسان يلزم تحصيل حاصل. ثم لو فرضنا ان التغاير مع الحمل يقتضي قيام قيام احدهما بالاخر. لكن لا يلزم من كون المحمول قائما بالموضوع. كون الموضوع في نفسه مأخوذا باعتبار القائم فانه حينئذ اعتبار زائد على نفس المحمول والموضوع لا يستدعي مجرد القيام كلمات عميقة جدا ومبهمة لبابها هذا فما جيدا اذا حملت محمولا على موظوع افهم جيدا ان هذا الموضوع لا يستدعي المحمول ولا نقيض المحمول. يعني اذا حملت العلم لا يعني ان العلم تلبى تقيد به الانسان. يلزم تحصيل الحصى. ولا اذا حملت عليه العلم انه تقيد باللا علم. الأول يلزم تحصيل الحاصل الثاني يلزم اجتماع النقيضين. لا. الموضوع لبشرط. يعني لا يقتضي المحمول ولا نقيض المحمول. في حد ذاته هذا هو المعنى فنخرج من اشكالية تحصيل الحاصل واجتماع الناقضين. قال واثبات الوجود للمهيئة لا يستدعي وجودها اولا. تطبيق على المهيات في الوجود يعني الانسان وجوده اذا حاملنا الوجود وكانت اما هي الانسانية موجودة اولا يلزم تحصيل الحاصل. كانت متلبسة بالعدم يلزم اجتماع النقيضين. نقول في حال مبدا لهوية خارج عن دائرة حكومة مبدأ التناقض. الهوية عن الانسان الماء الفلكي الشمس لا تقتضي لا المحمول ولا الموظوع فاذا اقتضت المحمول يأتي وتتلبس اذا اقتضت اللامحمول تأتي او تلبس به لم تكن قبلا واولا متلبسا بالمحمول ولا بنقيض محمول وهذا هو الإمكان الخاص. هذا هو الإمكان الخاص اذا طبقنا على الوجود والعدم يسمى الامكان الماهوي خصصنا لمكان الخاص فقط بالوجود والعدم يسمى الإمكان المهوي. فالإمكان المهوي احد مصادق الإمكان الخاص قال واثبات الوجود والمهية لا يستدعي وجودها اولا والا يلزم التحصيل الحاصل. اقول ان الحكماء اتفقوا على ان الموصوف بالصفة الثبوتية يجب ان يكون ثابتا. نعم. هذا وقد اورد على هذا ان الوجود ثابت للمهيئة فيجب ان يكون المهي ثابتة اولا حتى يتحقق لها ثبوت اخر ويتسلسل او تحصيل الليل حاصل خليوه ان شاء الله في الحصة القادمة لأنه بحث جميل ويجرنا الى القاعدة الفرعية ان ثبوت الوجود للانسان ليس من صنخ ثبوت شيء لشيء حتى يستدعي هذا الشيء ان يكون ثابت من قبل فيلزم التسلسل والدور وتحصيل حاصل او يكون متلبسا بالعدام. لا ابدا يأتي ان شاء الله بالتفصيل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