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هذه النقطة قال المحقق الطوسي واثبات الوجود للمهية لا يستدعي وجودها اولا قلنا ان اللحم قد يتجلى في الهدية البسيطة حمل الوجود العام على الموضوع تقول الانسان موجود والماء موجود الشجر موجود الشمس موجود ومعناه ثبوت الطبيعة ثبوت الموضوع. ليس تموت شيء لشيء لا ابدا ثبوت الطبيعة انتهى الأمر يعني الطبيعة متحققة وعندنا كذلك نوع اخر من الحمل حمل غير الوجود. تقول الانسان عالم الانسان كاتب والانسان نائم هذه الهدية المركبة في الهلية المركبة حمل المحمولات على الموضوعات يستدعي وجود الموضوع في الرتبة السابقة. وهذه هي القضية الفرعية. القاعدة الفرعية ثبوت شيء لشيء فرع ثبوت مثبت له لا الثابت بالضرورة. في الظرف الذي يثبت فيه الموضوع قاعدة بنيوية بينها بالتفصيل العلماء يقولون هذه القاعدة لا تجري في الآليات البسيطة الانسان موجود لا تجري فيه القاعدة لماذا? لاننا ثبوت شيء ليس ثبوت شيء لشيء يريد يبين هذه المسألة هل الطبيعة الانسانية مثلا اذا عرظ عليه الوجود تستدعي ان تكون موجودة من قبل نقول لا هذا خروج تخصصي يعني الهدية البسيطة خارج تخصصا موضوعا عن الهلية المركبة نعم هل هي المركبة تجري فقط في الموضوع بعد الوجود تقول الانسان عالم ثبوت العلم للانسان فرع ثبوت الإنسان واضحة جدا. اما في طبائع الذي يعرض عليه الوجود يعرض عليه الوجود يعني تحقق الطبيعة نعم مسألة سهلة جدا وحال فيها العلماء الفخر الرازي راح الى الاستثناء يعني هذه قاعدة عقلية يستثني منها اه ان يستثني منها الهدية البسيطة. يعني كل كل القضايا سواء كانت هلية بسيطة او هلية مركبة كلها تستدعي الموضوع فقط اه في الالية البسيطة يقول استثناء والاستثناء تعرفون انتم لا يجري في الامور العقلية لا يمكن الاستثناء في الامور العقلية من الاوصاف الذاتية اذا نقول لا تجري خروج تخصصي ليس خروج تخصيصي كما يدعي الفقر الدواني ذهب الى الاستلزام. نعم. اذا ثبت المحمول للموضوع العلمي للموضوع في تلازم بين الامرين لكن هذا لا يحل مشكلة. المشكلة اين اذا حملنا الوجود على الانسان هل يكون الانسان وجود قبل هذا الوجود يلزم التسلسل والدور نحن نقول الاستلزام كما قال الدولي لا يحل المشكل. المهم هذه الأمور لا ندخل فيها نحن نريد نبين القاعدة القضايا التي من سلخ التي يحمل على موضوعها الوجود العام او الوجود المحمولي الانسان موجود الشجر موجود والشمس موجود هذه اليات بسيطة خارج تخصص عن الهيئة المركبة الهلية المركبة المحمول يحتاج الى الموضوع يستدعي الموضوع اقعد ليس في دائرة الوجود ذات الوجود لا. الانسان موجود يعني ثبوت للانسان ليس ثبوت شيء لشيء قال واثبات الوجود للمهيا يعني عروض الوجود للمهية المهية بالحمل شائعة انسان ما الشمس بقر لا يستدعي وجودها اولا ابدا. والا لا نقع في التسلسل والدور. اقول ان الحكماء اتفقوا على ان الموصوف بالصفة الثبوتية يجب ان يكون ثابتا فقد اورد على هذا ان الوجود ثابت للماء فيجب ان تكون الماهية. يعني الانسان شمس بقر ثابتة اولا حتى يتحقق لها الثبوت اخر وهو الوجود ويتسلسل نعم اذا كانت الما هي موجودة قبل الوجود المحمول تقول الانسان موجود واحمل عليه الوجود وهو موجود. الزم كم موجود يلزم وجودين وجود ثاني كذلك الأول معارض على المالية وهي موجودة يلزم التسلسل  يعني اينما يكون الوجود ينبسط في وجود اخر وهكذا يتسلسل والجواب ما تقدم فيما حققناه. تكلمنا عن فرق بين الهلية البسيطة والهلية المركبة والقاعدة الفرعية تجريف الهلية المركبة والجواب ما تقدم فيما حققناه اولا بان الوجود ليس ظهور للماهيات. الماهيات بالحمل شاع انسان الشمس ما ذهب ليس عروضه للمهيات عروض السواد للمحل. يعطي الأمثلة للعرض والجوهر نعم الجوهر له هوية مستقلة ثم يعرضه السواد فيستدعي الجوهرية ان تكون موجودة بل زيادة الوجود. انما هي في التصور. في التصور اكتب يعني في التحليل والتعقل نعم يعني الثنائية دائما في التعقل. ما معنى? انا الان عندي انسان يتمثل في طه ادخل في هويتي يكتشف الحيثيات العدم هذا الاكتشاف العقلي في دائرة الانسان اعزله قالوا جا جانبا يعني ثنائية ثم نحمله مرة ثانية اقول الانسان موجود  هي في التصور والتعاقد يعني في التحليل الذهني لا في الوجود الخارجي في الوجوه الخارجي ابدا عندنا حقيقة واحدة متعينة بطاردية العلم قال وسلب الوجود عن المالية لا يقتضي تميزها وثبوتها حمل الوجود على الماهية لا يستدعي وجودها وكذلك اذا سلبنا سلبنا الوجود عن عن المهيا كالانسان لا يعني انها موجودة ثم عرض عليها السلب لا اذا قلت الانسان ليس بموجود يعني رفع الانسان دفعة واحدة نعم ليس الانسان اه ثابت ثم رفعنا عنه الوجود لا رفع الوجود عن الانسانية يعني رفع الانسان. والسلب الوجود عن الماهية لا يقتضي تميزها وثبوتها في الرتبة السابقة. بل يقتضي نفيها لا اثم اثبت نفيها يعني بل نفيها يعني رفع الانسان لا اثباتنا فيها يعني ليس اه حمل العدم على على الانسان هادي نقطة جدا دقيقة كثير لا يلتفت اليها. يعني اذا رفعنا الوجود عن الانسان يعني جاء العدم واحتل مكانه لا فيتلبس الانسان بالعدم. لا لا لا الانسان ليس بموجب يعني رفع الانسان يعني سلب وليس ثبوت السالب وثبوتها في الدين وان كان لازما لكنه ليس شرطا. ما عندنا ما هي في الدين. ما هذا الانسان في الدين مفهوم الإنسان مفهوم الانسان مفهوم الانسان يشير الى الطبيعة الانسانية ثم هذه الطبيعة الانسانية تنوجد قهرا في الافراد ادارة الوجود تنوجد في الافراد اما هي كطبيعة طبيعة انسانية لا علاقة لها لا بالخارج ولا بالدين في الخارج مفهوم الانسان اه في الخارج طهى وليلى وخالد وبلال في الدين مفهوم الانسان اذا اذا حملنا الانسان آآ الوجود على الانسان او سلبنا عنه الوجود طبعا هذا الحمل في الدين سلمنا لكن اذا قلنا الانسان وجود يعني فيه ثنائية فيه الطبيعة الانسانية وفيه المحمول هذه الثنائية هذا يستدعي ان الانسان في الدين ابدا مفهوم الانسان في الذهن يعني آآ طبيعته الفهمية طبيعة الفهم لان النظم الذهني فهميات وليس واقعيات نعم  هذا معناه كلامي المحقق التوصي وثبوتها يعني ثبوت الماء يعني الإنسان والماء والذهب في الذهن كموضوع في قضية في الذهن يعني كموقوع موضوع في قضية يعني كفهم وان كان لازما هذا حتمي الانسان يعني تحمل الوجود على ماذا? على الانسان نأتي الى طه نكتشف طبيعته الانسانية نتعقلها ونتعقل كذلك تحققها. كم تعقل تعقل هذا التعقل الديني ثنائية فيه نية حتى نفهم ان هذه المهي ثابتة نعم  نعم الثنائية الذهنية لا تستدعي ثنائية الوجوه ودياء</w:t>
      </w:r>
    </w:p>
    <w:p>
      <w:r>
        <w:t>وثبوت الماهية يعني الانسان الشجر الماء في الدين كموضوع في القضية يحمل عليها الوجود وان كان لازما طبعا هذا ضروري لتشكل القضايا لكن ليس شرطا ان تكون هناك ثنائية خارجية. اقول سلب الوجود على الانسان الشجر البقر لا يقتضي ان تكون المهية يعني الانسان الشجر البقر متميز عن غيرها وثابتة في نفسها ابدا. فان التميز صفة غير المهية وكذلك الثبوت والمسلوب عنه هو نفس المهيئة. ليس الماهية مع غيرها يعني الانسان ليس بموجود يعني الماهية مرتفعة عن دار التحقق بل سلب الوجود يقتضي نفي الماهية. نعم نفي الانسان. يعني رفع الانسان لا بمعنى ان تكون المهيا متحققة ويثبت لها النفي. لا لا لا. يعني الانسان له هوية تحققية ثم يعدم لا ابدا يتسلل اليه العدم. لا ليس هكذا. رفع الوجود وبالتالي القضايا السالبة يجب ان تفهمها هكذا الإنسان ليس بموجود يعني مسلوب التحقق ليس متصف بالعدم الله تعالى ليس بجسم ما عندنا الله تعالى في الواقع والجسم ثم سلبنا الجسم على الله تعالى لا لا لا يعني الله تعالى بعيدا عن الجسمية مسلوب عنه الجسمية مطلقا يعني لا تتسلل الى دائرة ذاته المقدسة لا يقال المسلوب عنه الوجود موجود في الذهن موجود في الدين كفهم حتى تنعقد القضية ونفهم هذا لا يعني ان الانسان موجود في الدين السرب يقتضي الثبوت. يخلط بين البنية الدينية والبنية الخارجية لاننا نقول يعني هذا الذي يستشكل نرد عليه اننا لا نريد بذلك انه مسلوب عن الوجود عند كونه موجود في الدين. موجود في الدين هذا عنوان عنوان فهمي فان كونه موجودا في الدين يعني الانسان مثلا صفة مغايرة له والمسلوب عنه هو الموصول فقط المسلوب عنه والموجودية لا باعتبار كونه موصوف بهذه الصفة او غيرها وان كان بحيث تلزم هذه الصفة او غيره اذا نحن في البنية الذهنية نتعامل مع الثنائية. الانسان اه ليس بموجود الانسان ليس بعالم كم عندنا الطبيعة متعينة في عنوان موضوعي والا كيف افهم هل هذا يستدعي عمل وجود ان الانسان موجود في الدين? لا الانسان اصلا لا ينوجد في الدين ابدا الذي ينواجد في الدين هو مفهوم الانسان يعني ف منى للطبيعة الانسانية فهمونا للحيوان النطق ينعقد كموضوع ثم اما تأتي المحمولات الايجابية او السلب. نقول الانسان ليس بموجود ما معناه يعني الانسان في دائرة طبيعته غير موجود في الخارج. انتهى الامر نعم لا يقال المسلوب عن الوجود موجود في الدين. يجب ان تنعقد القضية. انقول الانسان ليس بجسم الانسان ليس شجر الانسان ليس نائم انعقاد القضايا كشفية. يعني اذا قلت الانسان ليس بموجود يعني الانسان كعنوان ذهني في البنية الذهنية يحيلني الى طبيعة ليس بموجود يعني ليس لها التحقق الخاء ريجي انتهى الامر ما عنده علاقة بالدين لا نلتفت الى الدين ابدا التفاحة في المرآة لا يحق لك ان تقول موجودة تفاحة في المرآة لا يقول لك ان لا يحق لك ان تقول موجودة تفاحة في المرآة تحيل الى التفاحة الخارجية هي الموجودة تفاحة في المرآة اه هاوية بدون هوية يعني هوية بدون هوية المحكي والا انت واذا عندك تفاحة على المنضدة وانكشفت في المرآة يصير عندك في التكوين تفاحة واذا كان عندك كيلو يصير لك كيلوين. لا التفاحة في المرآة لها فقط الكاشفية. اذا الطبائع في الدين لها فقط الكشفية ايصالية فانت اذا توهمت ان التفاحة في المرآة التفاحة تؤكل وتشمر رائحتها انت مشتبه اذا لمست المرآة لا تجد الا الزجاج او حديد مصقول. لا تشتبه الطبائع الذهنية طبائع كاشفة لا تجد الهوية الخارجية فيها فإذا قلت الإنسان موجود او الإنسان ليس بموجود عند انعقاد القضية في البنية الذهنية لا يعني ان الانسان موجود في الذهن عنوانه موجود في الذهن عنوانه الفهمي وعنوان الفهمي لا علاقة له بالوجود وعدم الوجود. يحكي فقط الطبيعة التي تناسبه لا يقال المسلوب عنه الوجود موجود في الدين. نعم موجود في الدين ولكن كعنوان كعنوان كاشف ليس كحقيقة انسانية او شجرية. فالسلب يقتضي الثبوت نعم ثبوت عنواني وليس ثبوتا حقيقيا. ما عندك شجرة في الدين والا اثمرت شجرة في مرتبتها الوجودية الخاصة بها لاننا نقول انا لا نريد بذلك انه مسلوب عن الوجود عند كونه موجودا في الدين. في الدين عنوان ديني ضروري جدا لانعقاد القضية. فان كون الطبيعة الانسانية مثلا موجودا في الذهن باي صفة صفة عنوان صفة كشفية صفة معرفية صفة مغايرة له نعم مغايرة للطابعة الانسانية يعني له مرتبة ذهنية وليس مرتبة خارجية واين تبرز الاثار والمسلوب عنه هو الموصوف فقط لا باعتبار كونه موصوف بهذه الصفة او غيرها. وان كان بحيث تلزمه هذه الصفة وغيرها نعم في الواقع الخارجي يقول الانسان عالم. هنا في ثنائية ليس العنوان الديني والعالم ما يحكيه العنوان الذهني اذا رأيت التفاحة في المرآة تقول التفاحة صفراء الاصفرار ليس للتفاحة الذهنية التفاحة الذهنية والتفاحة المرآتية لا فرق. المثال دقيق جدا. اذا الاصفرار للتفاحة التي تحكيها التفاح المرئية اين تجدها? خارج المرآة. ابحث عنها على المنظدة في يد الطفل الصغير في السلة تجد هناك صفراء لذيذة. لا تخلطون بين احكام البنية الدينية واحكام البنية الخاء ري جي. هذا المستشكل يخلط في البنية ولا في تصوري لو اخرجنا من العلوم الامور البنيوية ونترك العموم لوحدها على صفائها والامور الدنيوية ندرسها مستقلة الطالب ذهنه يتقوى كما فعل الشيخ صادق العريجاني استاذنا في عالم الاصول هو مجتهد من الطراز الاول في علم الاصول  وجد كثير من القواعد تدرس في علم الاصول لا تمت بصلة الى عملية الاستنباط وانما هي خلفيات للقواعد التي لها مدخلية بالاستنباط الحكم الشرعي او الوظيفة العملية فقالوا لماذا نبقيها في الاصول فاخرجها في علم جديد سماه فلسفة علم الاصول. هناك تدرس والنقد والتحليل والتركيب ما شاء الله ونبقي الاصول فقط بالقواعد التي لها علاقة مستقيم اه مستقيمة او مباشرة بعملية الاستنباط ففي الفلسفة كذلك في العقيدة كذلك يجب ان نفعل هذا الامر اذا البنية الذهنية غير البنية الخارجية اننا نأتي الى الانسان الخارجي اجده عالما هل عندنا متنان في الخرج? انسان العلم لا ابدا عندنا الانسان فقط في طه والعلم حيثية له كاشفية له فيأتي الدين يركز على الانسان فقط طه الانسان. يخرج الطبيعة الانسانية لوحدها العقل يعني نحن الان في دائرة البنية الذهنية عندنا الطبيعة الانسانية والعلم يخرج لوحده مع ان المصداق واحد ما يشكل هذه الثنائية هذي الكثرة انسان علم ثم بالحكم يربط بين الموضوع والمحمول حتما اذا تشكل في القضية الموظوع موجود موجود في افق الظل كعنوان كشفي كعنوان معرفي وليس حقيقة انسانية الحقيقة الانسانية في الخارج تجدها في طه وفي ليلى نعم قال والحمل والوضع يعني المحمول والموضوع وعملية الحمل يعني الربط بين المحمول والموضوع من المعقولة الثانية يعني المعقولة الثانية المنطقية الان</w:t>
      </w:r>
    </w:p>
    <w:p>
      <w:r>
        <w:t>من في فرق بين المعقولة الثانية فلسفية والمنطقية المنطقية تعرض الطبائع اذا كانت في افق الذهن كما يقولون الإنسان متى يصدق على كافر طه يعني يصدق على الكافرين ان طه مشخص يمثل نفسه فقط يقولون اذا حلت هذه الطبيعة في افق الفهم تعرضها مواصفات هذه المواصفات تعقل في المرتبة الثانية. نقول الانسان كلي انسان نوع وهكذا هذه المواصفات التي تعقل بعد الانسان في افق الذهن معقولة الثانية لتمييزها عن المعقولات الفلسفية التي تحكي حيثيات خارجية سموها معقولات ثانية منطقية لانها تحكي حيثية في افق الذهن فمفهوم الإنسان الكلي ما معناه? يعني الطبيعة الإنسانية اذا حلت في دائرة العموم تصدق على الكافرين مجردة هذا هو معنى فالحمل يعني الموضوع والمحمول وعملية الحل كلها معقولات ثانية تقول في هذه القضية مثلا الانسان عالم الإنسان موضوع والعالم محمول خذ الانسان موظوع. من تعقل في المرتبة الاولى الانسان. من تعقل في المرتبة الثانية? الموضوع. فالموضوعية عرظت الانسان في الخارج? ابدا في افق تشكيل القضايا يعني في افق الذهن فالموضوعية معقول ثاني منطقي العالم محمول العالم علما في الرتبة الثانية يعني معقول اولي كعارض على مبنى المشة والمحمولية معقول ثاني منطقي. وهكذا جميع المحمولات المنطقية القضية الذاتي العرضي الجنس الفصل النوع القياس البرهان المغالطة نعم القسمة المقسم القصيم هذه المحمولات التي تدرس في الحقل المنطقي كلها تعرض الموضوعات الذهنية نعم والحمل والوضع من المعقولات الثانية يقالان بالتشكيك وليس الموصوفية ثبوتية والا تسلسل  اه هنا في في الحاشية يقول اه الحمل والوضع يعني كون الشيء محمولا او كون شي موضوعا هو نعم الموضوع والمحمول نعم ما اقول بالتشكيك هذه قاعدة كل الحيثيات سواء كانت منطقية يعني المعقولة الثانية او فلسفية دائما تصدق بالتشكيك هذه قاعدة قلنا وتعرض عدة مقولات وليست الموصوف هي ثبوتية والا تتسلسل الموصوفية كذلك تحليليا يعني عندنا الانسان والعلم موصوفية الانسان بالعلم يعني الاعلامية. ما عند كيان مستقل لو كانت عندها مكان مستقل فهي موصوفية فتتصل بالموصوفية الزم التسلسل قلنا الحيثيات اذا تمكنت تسلسلت قاعدة تجري في جميع المباحث العلمية اقول الحمل والوضع من الامور المعقولة نعم ما معنى الامور المعقولة يعني ليس لها متنة ومستقل ببركة العقل نصل اليها ببركة العاق نصل اليها. معقولة يعني ليست موجودة في الذهن افهموا جيدا موجودة في طبائعها لكن تعقل بالعقل اذا قال اه من الامور المعقولة يعني يصل اليها العقل. ليست انها في الذهن وليس في الخارج حمل ولا وضع. نعم بل الثابت في الخارج هو الإنسان والكتابة واما صدق الكاتب على الانسان فهو امر عقلي لماذا? لان الانسان يأتي الى طه يجده انسان وعالما في حقيقة واحدة يفككه الى انسان ويفككه الى العلم ثم يحمل عملية الحل هذه كلها عملية ماذا? عملية عقلية عملية عقلية هذا الكثرة والتوحيد عملية التكثير والتوحيد عملية عقلية نعم فهو امر عقلي امر عقلي يعني ببركة العقل يحدث هذا الامر ولهذا حكمنا بان الحمل والوضع من المعقولات الثانية يكتب المنطقية وياي يقالان بالتشكيك فان استحقاق بعض المعاني للحمل الاولي من البعض الاخر وكذا الوضع نعم آآ في المعقولات الثانية الخارجية. يعني التي يعبر عنها بالفلسفية. انا اعبر عنها بالخارجية يعني المعقولات اما مهوية او الثانية ثانية اما خارجية او ذهنية خارجية اما فلسفية فلكية فيزيائية حتى العلوم الاعتبارية. اصولية وكذا وكذا لاستصحاب حجة باعتبار ان موضوع علم الاصول والحجة عكس القضية. الحجة استصحاب الحجة خبر واحد حجة معقول اولي اه الاستصحاب معقول ثاني معقول ثاني اصولي نعم  فالذي الذي يصدق عليه التشكيك هو المعقولات الخارجية اما المعقولات الثانية انا لم افهم معنى التشكيك فيها. يعني انت الان تقول الانسان عالم فكك الانسان لوحده والعالم لوحده اجعل الانس لوحده ثم احمل عليه عنوان منطقي موضوع العالم محمول يعني الموضوع اذا صدق على الانسان يصدق على التشكيك الشدة والضعف في المحمولية انا لا افهم هذه المسألة لماذا العلماء الحل قال هذه المعقولات الثانية يعني الموضوعية والمحمولية بالتشكيك هو يتصور ان كل المعقولات معقولات فلسفية لم تكن مميزة ذاك الزمان انذاك. يعني المعقول المنطقي والمعقول فلسفي لم يفكك بينهما العلماء في ذلك الزمان. انا لا اتصور ان هناك تشكيك في المحمولات المنطقية ابدا نعم في المحمولات الخارجي الان فيه تشكيك لان هناك دائر في الوجود نعم فاذا قلنا الجسم اسود اين ذهب? ذهب الى الواقع الخارجي فقد حكمنا على الجسم بانه موصوف بالسواد والموصوفية امر اعتباري نعم. يعني هذا يعني اه  كون الجسم اسود اه امر اعتباري ذهني لا خارجي حقيقي. ذهني يكتب تحتها يدرك بالذهن والا لا معنى ان يكون الجسم في الخارج والسواد في الخارج والموصوفية في الدين اي هذا بالله عليك هذا معقول لا دين يعني اه انتزاعي ليس لهم متن خارجي نعم مستقل عن الجسم والسواد لان الموصوفية لو كانت وجودية يعني لها متن مستقل لازم التسلسل. هذه القاعدة جارية. قلنا كل الحيثيات وآآ ما يصل اليه الذهن بالادعاء يجري فيه التسلسل اذا تمتنع واستقل وبيان الملازمة انه لو كانت خارجية لك انت عرضا قائما بالمحل فاتصاف محلها بها يستدعي موصوفية اخرى فننقل الكلام اليها ويتسلسل معه تخيل عندك نتا الجسم وعندك السواد. وعندك موصوفية الجسم بالسواد متن ثالث. كم متن الجسم متن؟ والسواد متن والموصوف فيها متن نأتي الى السواد متن فيكون اسود واسود واسود يتسلسل الموصوفية تكون مستقلة فهي ما دامت هي موصوفية لها محل هذا المحل هو الموصوفية فله محل موصوفية وهكذا نقع في التسلسل. هذه قاعدة جارية اكتشفها شيخ الاشراق وآآ اه المحقق الطوسي استثمرها في الحقل الفلسفي والعقدي بامتياز مع المسألة التاسعة والثلاثون تأتي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