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اقول لكم شيئا قبل الدخول في اصل المتن طريقتي لا يعتاد عليها الطالب الا بعد مرور وقت فاذا اعتاد على منهجيته في التحليل والتركيب وبيان المطالب تسهل عليه الامور كثيرا فقط يصبر حتى يألف منهجيتي في التدريس وصلنا الى المسألة التاسعة والثلاثون في انقسام الوجود الى ما بالذات والى ما بالعرض هذه المسألة مرت علينا بالتفصيل والعجيب ان المحقق الطوسي عقد انها مسألة كاملة. شيء جميل جدا اذا جئنا الى الواقع الخارجي على مبنى المشاة اما ذات مقدسة واجب الوجود واما جواهر عقل ونفس وجسم ومادة وصورة. كما يقولون واما اعراض الاعراض تسعى كم كيف اضافة ملكية يعني ان يفعل الا ينفع الاضافة والوضع الوضعة نعم الوضع اين والمتى هذه الأعراض التسعة المشهورة وهي استقرائية وسيأتي ان شاء الله بحثها بالتفصيل في الجواهر والاعراض قبل الدخول في الالهيات بالمعنى الاخص اذا عندنا ذات مقدسة فوق المقولة. وعندنا مقولتان مقولة الجوهر يعني ما هي? قائمة بنفسها وعندنا مقولة العرض يعني ما هي قائمة به غيره هذه هي الواقعيات هذه هي المتون متن الواقع هذا هو كل ما يعرظ هذه المتون الذات المقدسة والجوهر باقسامه لا يهمني هنا المصادق والعرض كل ما يعرض هذه المتون الثلاثة يعني الواقعيات التي لها مات واقعي كلها حيثيات سماها الشيخ جوادي امولي لتمييزها الوجود الربطي هنا المحققة التوصية يعطيها الوجود بالعرظ الوجود بالعرظ مبهم خليها وجود ربطي يعني ما معناه يعني ليس لها متن مستقل تنوجد في متن اخر مندكة في وجود ربط. وجود ربط. اشارة الى هذا المطلب نعم الحيثيات كلها وجودات ربطية لا متن واقعي لها وكذلك الاعدام والاعدام فصمنا فيها الحديث مثال فقط الله تعالى واحد ام لا? واحد بالوحدة الحقة الحقيقية ليس بالوحدة العددية هنا عندك كم متن واحد هو الذات المقدسة؟ والوحدة اين? وجود ربطي. نسميه الوجود بالعرظ يعني هو الذات بنحو يعني الذات اذا لم تكن متكاثرة بنحو غير متكثرة هي الوحدة فالوحدة لا تنتظر منها ان تكون لها متن مستقل ثم تلتصق بالذات المقدسة وكذلك الجسم كجوهر له وحده طبعا وحدة عددية هذه الوحدة ليست مستقلة عن الجسم ثم تعرضه ابدا وهكذا مواصفات الاعراض قال المحقق الطوسي ثم الوجود الوجود يعني كل ما في دائرة التحقق ليس الوجود بمعنى الصدراء لا لا لا الوجود عندها يختلف. يختلف لم يكن معروفا في ذلك الزمان. ثم الوجود يعني الوجود كل ما هو متحقق. اما تحقق متن او تحقق اتكائي اتكائي يعني وجود ربطي. قد يكون بالذات وقد يكون بالعرض. جيد ابهام في ابهام. ما معنى بالذات? وما معنى بالعرب? اقول الموجود الدقيق هو الموجود ليس الوجود. اما ان يكون له حصول مستقل في الاعيان يعني مات المستقل وقلنا مصديقه هو الذات المقدسة والجواهر والاعراض او لا يكون دائرة بين النفي والاثبات والاول هو الموجود بالذات سواء كان جوهرا او عرضا او زد حتى الذات المقدسة فان العرض يعني الكم والكيف والجدا والوظع والاين وان يفعل وان لا يفعل والاظافة فان العرض وان كان لا يوجد الا بمحله لكنه موجود حقيقة عند ما هي فان وجود العرب مثلا كالبياض ليس هو بعينه وجود المحل. نعم المحل جوهر ما هي قائمة بنفسها? العرظ ما هي قائمة بغيرها? ماهيتان ولهذا نقسم الموجود الى واجب او ممكن ممكن اما جوهر واما عراظ اذ قد يوجد المحل بدون العرض عندنا الجسم بدون بياض. اذا البياض يعرضه ثم يوجد ذلك العرض في ذلك العرض في كالجسم اذا حل في حل فيه السواد بعد ان لم يكن. طبعا هذا بحث مشائي. مشائي. هذا كله في الحكمة متعالية الصدراء لا معنى له وان شاء الله اذا وفقكم الله تعالى اه ادرس الحكمة المتعالية ولكن ليس بالطريقة التي تدرس بها ادرسوا الحكمة المتعالية كما ارادها الملا صدرا الطالب يدرس عشر سنوات الفلسفة ولا يميز بين الحكمة المتعالية والمشة مع الاسف الشديد اه فان وجود العرب كالسواد ليس هو بعينه وجود المحل يعني الجسم اذ قد يوجد المحل للجسم بدون العرض ثم يوجد ذلك العرض في كلديس فهم عرفي للواقعيات اذا حل فيه السواد بعد ان لم يكن متسودا والثاني هو الوجود بالعرظ كاعدام الملكات ذهب فقط الى الامور العدمية والامور الاعتبارية الذهنية اكتب تحتها خط اعتبارية ذهنية كم لفظ لفظان? ايه اعتبارية ذهنية? اعتبارية يعني تجعل لها متنا مستقلا بالادعاء بالخرطي يعني فعالية عقلية بالاعتبار يعني الادعاء ادعاء الخرطي الذهنية يعني بنشاط ذهني وليس انها في الدين نعم يعني انت تأتي الى الذات المقدسة واحدة ام كثيرة لا تقل واحدة بالوحدة الحقة الحقيقية. تنزع الوحدة عينها يعني انت ترى الوحدة في صميم الذات المقدسة فتفصلها عن الذات المقدسة بالحقيقة مستحيل بالادعاء هذا الادعاء من مارسه الذهن? فنقول اعتبار ذهني لا يعني انه في الدين وحدة في الدين يعني الوحدة الالهية في دينك او وحدة الجسم في ذهنك ابدا. فالذهن مفعول وحدة وليس الوحدة  نعم ولهذا يقول والثاني هو الموجود بالعرظ كعدم الملكات هذا قسم. والامور الاعتبارية الذهنية نحن سميناها تبعا للشيخ جوادي اموري الوجود الربطي يعني تلك الحقائق التي تندك في المتون وليس لها متن حقيقي وهي حيثيات تعينات لا هوية لها استقلالية. التي لا تحقق لها في الاعيان. هنا اصاب اكتب لا تحقق لها في الاعيان مطلقا ام مستقل? نعم يجب ان تكتب هكذا. لا تحقق لها في الاعيان مستقلا والا هي متحققة في متونها. والله تعالى واحد بالحقيقة ويقال انها موجودة في الاعيان بالعرب يعني وجودات ربطية وجودات ربطية يعني الذات المقدسة واحدة الوحدة ليس لها ماتن مستقل ثم تعرض الذات المقدسة الذات الالهية ابدا الذاتية هي بنحو ما هو هذا النحو ليست كثيرة قال واما الوجود في الكتابة والعبارة فمجازي موجود في الكتابة يعني ان تكتب عبارة اه في الكتابة والعبارة يعني في الكلام فمجازي مجاز يعني اعتبار جعلي هنا مجاز يعني جعلي الإنسان يجعلها ليست حقائق اقول للشيء وجود في الاعيان كالشجر جسم ووجود في الاذهان كمفهوم الشجر وقد سبق البحث فيهما ووجود في العبارة ووجود في الكتابة والذهن يدل على ما في العين والعبارة تدل على الامر الذهني نعم والدين يدل على ما في العين يعني الدين دائما كاشف لما في العين يعني في الخارج والعبارة تدل على الامر الديني والكتابة تدل على العبارة لكون الوجودان نعم لكن هنا الوجودان تعرف الوجودان آآ اه بالرافع اذا لكن تكون مخففة. ما تقول لكن الوجودان خطأ. لكن الوجودين اذا خففتها تقول لكن</w:t>
      </w:r>
    </w:p>
    <w:p>
      <w:r>
        <w:t>الوجودان الاولان حقيقيا يعني الوجود الذهني والواقعي ما معناه? يعني لا يمكن ارادة الانسان ان تتدخل فيهما لا يمكن ان يمسهما الجعل الجعل الانساني يقول انا اجعل الشجرة في في الوقع الخارجي. من انت هادي خاصية لله تعالى هو يجعل المخلوقات وانا اجعل الصورة واحدثها من ديني ابدا صورة تابعة لحكومة الخارج. اما العبارة الانسان يكتب بالفرنسي باللغة الفرنسية او باللغة الانجليزية او بالعربية هذا بجعل جاعلين. وكذلك اللفظ نعم لكن الوجودان الاولان يعني المتن والذهني حقيقيان والباقيان يعني الكتب والقول مجازيا. اذ لا يحكم العقل بان الشيء موجود في اللفظ والكتابة لكن لما دل عليه حكم على سبيل المجاز يعني الجعل انه موجود فيهما. جعل يعني تابعة للارادة الان سانية. اذا الترتيب المنطقي هكذا واقعية متنية في الوجود الخارجي ثم الذهن يصل الى حقيقتها هذا الوجود الذهني ثم يضع لفظا بالادعاء اللفظ موظوع يعني بالجعل هو يجعل هذا اللفظ يلصقه بالمعنى في الخيال فيأنس الإنسان باللفظ اكثر من المعنى نعم مع ان الاصل هو المعنى. اذا اللفظ جعلي ثم الكلام كذلك او العبارة جعل  مسألة سهلة جدا لا تحتاج الى تطويل فهذه العبارة الاخيرة اما الوجود في الكتابة والعبارة فمجازي عرضي المالد. حتى لو حذفته من المثل لا يتأثر المسألة المسألة الاربعون في ان المعدوم لا يعاد هذه خرافة كلامية كبيرة المتكلم في بدو مقاربته لموضوعات العقيدة كان يتحرك بذهنه عرفيا الموت ما معناه? انتقال الانسان من نشأة تحكمها قوانين هذه القوانين تتجلى في عالم المادة ثم اذا انفصلت الروح المادية العنصري تتشائم في نشأة اخرى تسمى البرزخية تقع في قوس الصعود بي جسم برزخ يناسب تلك النشأة تلك النشأة  اقول شيخنا انت تخرج ما هو هذا الجسم البرزخي? هو هذا الجسم. نحن ننتقل بي هناك وقل لا تتعجل. انت الان في الرؤيا ترى نفسك تمارس كثيرا من الامور فهل هناك جسم بهذا الثقل في دائرة خيالك المتصل هذا عالم المثال المتصل? لا ابدا. نشأة اخرى حتى في خيالك المتصل فكيف في الخيار المنفصل الحقيقي في قوس الصعود جسم البرزخي. المهم الجسم موجود. جسم دنيوي برزخي اخروي موجود. لا تقلق نحن نؤمن بالمعادن الجسماني. لكن كل جسم يخضع لقانون اه خاص بنشأته فانتقال من نشأ الى نشأ اشتدادية تكاملية اما التكامل النوراني او التكامل الظلماني. الشياطين يتكاملون اه ظلمانية يتقعرون في الظلمة والمؤمنون يتكاملون في النورانية. انتهى الامر. نشأة اخرى المتكلم البدوي اراد ان يقارب هذه المسألة كيف يتم العود? ما في عود في ترقي فيرى ان الانسان اختفى من دار الوجود يعني دخل في سلة العدم اللاشئية ثم تأتي القدرة الالهية تخرجه وتنشلهم اللاشئية الى شيئية فيعادوا المعدوم فقط فقط بداهة العقل بالله عليك. مسألة ليست استدلالية بنيوية. العدم شيء التي يعد هل العدم شيء حتى يعد فهم بدوي للمعهد كان المعدوم لا يعد. قال والمعدوم لا يعاد لامتناع الاشارة اليه سالبة بانتفاء الموضوع. لا يشار الى العدم حتى يعاد فلا يصح الحكم عليه بصحة العود لانه لا شيء فكيف تصف بالعود فيعاد اقول ذهب جماعة من الحكماء والمتكلمين الى ان المعدوم لا يعد. يعني عقلاء المتكلمين وتقريبا هم الامامية وذهب اخرون منهم الى انهم ممكن ان يعاد والحق الاول هنا على من حل يفتي بالحطانية ان المعدوم لا يعاد لماذا لا سلب بنتي فالموضوع صار ما عندنا عدم واستدل المصنف رحمه الله يعني المحقق الطوسي عليه على هذه المسألة ان المعدوم لا يعاد بوجوه الاول ان المعدوم لا تبقى له هوية ولا يتميز عن غيره. معدوم. انت تقول معدوم. سنة العدم. يعني اللاشيء هي المطلقة فلا يصح ان يحكم عليه بحكم ما من الاحكام. من باب سلب من انتفاء الموضوع نعم فلا يمكن الحكم عليه بصحة العود من مصادق الحكم يعني وهذا ينتقض بامتناء الحكم عليه بامتناء العود فانه حكم ما والتحقيق هنا ان الحكم يستدعي الحضور الذهني الى الوجود الخارجي. وهذا ينتقض هنا اه نقف وقفة ثم نبينها اذا واضح لماذا المعدوم لا يعاد اذن المتكلم صادر على امر مستحيل فجعل الذي يخرج من هذه النشأة في سلة العدم. فاعطاه كينونة عدمية حقيقية ها والعدم لا شيء يعاد او لا يعاد لا لا ما عنده حكم مطلقا من باب السلبة بانكفاء الموضوع ثم يأتي الخلط البنيوي. الكلام اين? الكلام في الواقع الخارجي هل للمعدوم هوية حتى نصفه بالعود وحقق التنسيق لا هوية له فلا يتصف باي وصف منها العود سلب بنتي في هالموظوع هذا المستشكل يقول العلامة وهذا ينتقض بامتناع الحكم عليه بامتناع العود فإنه حكم ما. اذا قلت اه المعدوم لا يعاد فقط حكمت علي هذا خاص بالبنية الذهنية ما عنده علاقة بالخارج. كيف يعني انا اتي بالادعاء اعطيه كيان خرطيا هذا الكيان الخرطي في متنه ما هو العدا فنجده لا هوية له وبالتالي لا يتصف باي وصف. فنقول اه لا يعدم لا يسلم عليه لا يرى كل السلبيات سلبيات تليق به لانه لا شيء لا شيء نعم وهذا ينتقض يعني هذا الكلام بامتناع الحكم عليه بامتناع العول فانه حكم ما انتم قلتم لا يمكن ان يعاد يعني العود يستحيل والتحقيق هنا كيف نحل هذه الاشكالية انتم تقولون لا يحكم عليه باي حكم وحكمتم عليه بانه لا يعاد والتحقيق هنا ان الحكم يستدعي الحضور الذهني الحضور الذهني يعني نأتي الى العدم نعطيه هوية ثبوتية ادعائية خرطية فيأكله اه عنوان ذهني وهل عدم? فلنقل لا يعاد لا يسلم عليه وو نعم والتحقيق هنا ان الحكم يستدعي الحضور الديني الحضور الذي يكتب يعني الادعاء الخرطي ويعطي للعدم هوية خرطية ثم يتعقلها ها يسلب عنها الاحكام. لا الوجود الخارجي. يعني ليس عندنا عدم متن حقيقي مع ادعائي فقط ثم اذا تحقق هذا الادعاء الخرطي فتعطي للعدم هوية خرطية فيتشكل الموضوع في الدين فاسلب عنه كل شيء من باب سالبة بانتفاء الموضوع. نعم. العدم لا يتزوج صحيح عدم لا شيء نعم قال ولو اعيدا تخلل العدم بين الشيء ونفسه تقعر في الرد تقعر في الرد المتكلم كيف يرى المسألة؟ الانسان في هذه النشأة وجود ام لا؟ وجود. ثم يختفي في سلة العدم ثم يعاد الوجود فهذا الوجود ينقطع عن الوجود ثم يستمر. نسأل المتكلم لوجود السابق والوجود المعاد اللاحق. حقيقة واحدة? يقول نعم حقيقة واحدة. انسان في هذه النشأ هو الانسان في الاخرة يعني وجوده هنا ووجوده هنا كيف يخرقه العذاب كيف يأتي العدم ويخرق هذا الوجود ويفصله الى شقين? اليس يلزم ان الوجود يقبل العدم? مبدأ التناقض? اذا المسألة بنيوية. اقول هذا الوجه الثاني من الوجود دل على امتناع اعادة المعدوم وتقرير الوجه الثاني ان الشيء بعد عدمه نفي محض كلام جميل من العلامة يعني في سلة العدم مطلقا. يعني لا هوية له مطلقا. مرفوع الهوية مطلقا. وعدم صرف. نعم. واعادته انما تكون بوجود عينه. يعني وجوده يعاد. عينه</w:t>
      </w:r>
    </w:p>
    <w:p>
      <w:r>
        <w:t>الذي هو المبتدأ يعني الاول هو الثاني بعينه في الحقيقة نعم ما المانع? حقيقة واحدة اخترقها العدم. يعني الوجود قبل العدم فيلزم ماذا? تخللا تخلل العدم بين الشيء ونفسه. بين الحقيقة ونفسها وتخلل النفي بين الشين واحد ونفسه غير معقول يلزم اجتماع ان النقيضين. يعني شيء متحقق فيأتي العدم يرفع يعني العدم يتناغم مع الوجود يشترك مع الوجود في متن واحد وهذه هي البنية الذهنية المرفوضة. اجتماعا ما قطاعين نعم. قال ولم يبق فرق بينه وبين المبتدأ اقول هذا هو الوجه الثالث وتقريره ان المعدوم لو اعيد لم يبقى فر قم بينه وبين المبتدأ حقيقة واحدة هو المعد هو المعاد انت تقول اعادة الانسان الذي انعدم دخل في سلة العدم دعنا اذا فرضنا سوادين احدهما معاذ والاخر مبتدأ يعني السواد اختفى ثم ظهره وهو نعم والاخر مبتدأ وجد معا لم يقع بينهما افتراق في المهيا ولا المحل ولا غير ذلك من المميزات الا الا اه كون احدهما كان موجودا ثم علم والاخر لم يسبق عدمه وجوده يعني الأول ليس مسبوق بالعدم والثاني مسبوق بالعدم والا حقيقة واحدة لكن هذا الفرق باطن لامتناع تحقق المهي في العدم لا معنى لتحقق المال في العدم. اذا كانت المهي معدومة يعني مسلوبة للوجود فلا يمكن الحكم على المهي بانها هي حالة العدم نعم واذا لم يبق فرط بينهما لم يكن احدهما اولى من الاخر بالاعادة او الابتداء جدا كلام فاخر اذا عندنا زيد دخل في سلة العدم اماته الله تعالى اين? في البرزخ? لا في العدم تفت هويته ثم اعيده وهو هو زيد اعيد نعم هو هو بجميع شخوصاته صاحب المال يقول نعم هو اعادة المعدوم هو هو بكل شخوصة اسألكم سؤال بما يتميز الاول عن الثاني والثاني عن الاول ما في تميز اذا حقيقة منبسطة لم ينعدم. وهذا الذي يقول به الحكيم. انتقل فقط الى نشأة اخرى ارقى وهي النشأة البرزخية ثم النشأة الاخروية تقول لا الثاني يتميز لماذا? انه مسبوق بالعدم الاول ليس مسبوق بالعدم والعدم لا يميز لا شيء حتى يميز نعم نعيد العبارة ولم يبقى فرق بينه بينه وبين المعاد وبين المبتدأ. هنا حقيقة واحدة اقول هذا هو الوجه الثالث وتقريره ان المعدوم لو اعيد يعني زيد هو هو يعاد بكل شخصاته لم يبق فرق بين المعاذ وبين المبتدأ يعني الذي اعلن في الرتبة السابقة فان اذا فرضنا سواد دين سوادين او زيد وزيت احدهما معاذ والاخر مبتدأ ووجد معا لم يقع بينهما افتراق في ولا المحل ولا غير ذلك من المميزات يعني الشخوصات الا كون احدهما يعني احد السودين كان موجودا ثم علم والاخر لم يسبق عدمه وجود نعم يعني الاول لم يسبقه عدم الثاني لا سبقه عدم ثم الوجلة مرة ثانية لكن هذا الفرق باطل لماذا? لامتناع تحقق المهي في العدم ما هي لا تتحقق في العدم ابدا انعدم لا شيء فلا يمكن الحكم عليها بانها هي حالة العدم. واذا لم يبقى فرق بين الاول والمعاد يعني المبتدأ والثاني الذي يعاد لم يكن احدهما اولى من الاخر بالاعادة او الابتداء. هذا ترجيحهم بلا مرجح نعم اذا قلت لا والثاني المعادي تميز بمسبوقية بالعدم مسبوقية بالعدم لا شيء امر عدم قال وصدق المتقابل المتقابلان علي دفعا اقول هذا وجه رابع هذه المسألة ان شئتم الدقة على ضيق المتن الان يجب ان تدرس في تاريخ علم الكلام وليس في المتون التي تربي المجتهد يعلن المجتهد كيف في العقيدة مثلا او في الفلسفة او في علم الاصول فيه مجموعة من الموضوعات عميقة وراقية له باب الاصول او له باب العقيدة والفلسفة يتعلمها يتعلمها الطالب بنحو الاجتهاد في مسائل يراجعها في تاريخ العلم لأنه يكون اقوى حينها اذا راجع في تاريخ العلم يعرف زيفها سريعا لانه مجتهد. اما ان تضيع وقت وقت الطالب فين متن التدريسي الذي يصنع فيه شخصيته العلمية والاجتهادية هذا في تصوري انا في خلل يجب ان تخرج الى تاريخ علم الكلام. نعم   قال وصدق المتقابلان عليه دفعة واحدة. يعني عندنا زيدون دخل في العدم عند المتكلم يعني متوفي متوفي عند هذا المتكلم يعني دخل في سلة العدم ثم يعد حقيقة واحدة? نعم حقيقة واحدة حقيقة واحدة زيد هو زيد الذي يعد اذا هذا يصدق عليه انه اعيد وهذا يصدق انه ليس بمعد. حقيقة واحدة يصدق عليها عنوانا متقابلا. تقبل ايها المتكلم يقول لها كيف نقبل انا؟ تقول انت بشرط انه انت بنيت هذا المبنى انه يعاد بكل شخصاته بكل شخوصاته اقول هذا وجه رابع وهو انه لو اعيد المعدوم زيت انتفى واعيد لصدق المتقابلا على الشيء الواحد دفعة واحدة. يعني هذا يعاد هذا معاد وهذا ليس بمعاد. تقابل ام لا? تقابل اما تقابل ملكة وعدمه او تقابل التظاد او تقابل التناقض لا يهم والتالي باطل. فالمقدم مثله قياس استثنائي شرطية هذه الشرطية لو اعيد المعدوم لصدق المتقابلين على اي شيء على الشيء الواحد دفعة واحدة هذه الشرطية اه وبالتالي باطل هذه البنية المعرفية في القياس الاستثنائي الإتصالي يعني صاحب الشرطية الاتصالية اما تثبت المقدم او تبطل التالي. هنا بطل التالي يعني يصدق على شيء واحد معاد ولا معاد مستحيل. نعم المقدم مثله هذا هو وجه البطلان. بيان الشرطية الركن الثاني المعرفي لا ينشطي انه لو اعيد لاعيد ما مع جميع شخوصاته عمل خط تحت هذا الامر يعني حقيقة واحدة في جميع الشخوصات حتى الزمن حتى الزمن نعم مبتدأ معادا وهو محال. اه انا طويت  لانه لو اعيد لو اعيد مع جميع شخوصاته. ومن بعض المشخصات الزمن فيلزم جواز الاعادة على الزمان فيكون مبتدأ معادا وهو محال. يعني صادق عليه ان معاذ وليس معاذ مبتدأ لانهما متقابلان يعني المعاد واللامعاد لا يصدقان على ذات واحدة هذا اشكال كبير قال ويلزم التسلسل في الزمان ان شاء الله يأتي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