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لا زلنا معكم في مسألة اعادة المعدو وانا في نظري ان هذه المسألة ناشئة من فهم خاطئ لبعض المتكلمين لمسألة المعهد فهم عرفي جعلوه دينا جعلوه عقيدا وان وهو ان الموت وعدم الدخول في افق العدم ثم تأتي القدرة الالهية تنشل الانسان تخرج الانسان من كتم العدم وتعيده الى الحياة الى دار الوجود وهذا اشتباه كبير لان العدم لا شيء حتى ندخل فيه الإنسان ونخرجه مرة ثانية الى الحياة والى الوجود. المعاد بالمعنى الصحيح هو الترقي من نشأة مادية لها قوانينها الخاصة الى نشأة برزخية تقع توصي الصعود والتكامل لها قوانينها خاصة لا ندري كم يبقى الانسان هناك ثم يترقى الى نشأة اخروية بقوانينها الخاصة كذلك اذا في نظري ان هذه المسألة يجب ان تدرج الان في تاريخ علم الكلام وليس في المتون التدريسية او الدرسية قال ويلزم التسلسل في الزمن انت عندك الإنسان عاش مدة ستين سنة ثمانين سنة وفقا لهذه الرؤية البائسة دخل في كتم العدم. انتفى هويته صارت عدما ماهيته صارت عذابا ثم يعيده الله تعالى جيد دعنا من في العدم. بتكلم عن النشأة الاولى في هذه الحياة قبل الموت له زمان ثم ان وجد في زمان المفروض يكون هذا الزمان حقيقة واحدة حتى يتحقق العود بتمامه وكل هذا لا يمكن لان الزمان حقيقة متصرفة متصرمة لا تعود ابدا ثم يقول المحقق التونسي اذا بنينا على هذه المسألة اعادة المعدوم يلزم التسلسل في الزمنيات. لماذا عندنا هذا الزمان ثم اعاذنا الهوية بزمان بزمن يعني زمان  هذا الزمان يجب ان ينوجد في زمان اخر كذلك ونقع في التسلسل في الزمنيات هذه اللوازم البائسة والباطلة ناشئة من هذا الفهم البائس ان الانسان بعد الموت يدخل في كتم العدم هويته ينتفي عنها الوجود مطلقا ثم اعذناه في الزمان المبنى ما هو? هو هو يعد بكل شخوصاته فالزمن الثاني هو الزمن الأول والزمان الاول وهو كذلك مسبوق بزمان لان عند المتكلم كل مخلوق حال حادث بالحدوث الزماني. فهو مسبوق بزمن فنقع في زمنيات متعددة متسلسلة والتسلسل كما تعلمون هو عدم استقرار الوجود لان الوجود يتسلسل ولا يستقر ولا يتشخص اقول هذا دليل على امتناع اعادة الزمان على مبنى من يقول باعادة المعدوم وتقرير الدليل انه لو اعيد الزمان لكان وجوده ثانيا مغايرا لوجوده اولا الزمان الاول عاش في هذه الدنيا ستين سنة سبعين سنة ثمانين سنة ثم دخل في افق العدم ثم اعادته القدرة الالهية حتى من هذا الزمن متصرم الزمن الأول في الحياة ثم يأتي زمان هذا الزمان حادث مخلوق لأن هو من شخوصات الإنسان المعاد فيكون مسبوق بزمان وذلك الزمان كذلك مسبوق بزمان لانه مخلوق حادث فنقع في التسلسل يقول وتقرير الدليل انه لو اعيد الزمان اعيد الزمان لكان اه لو اعيد الزمان لكان وجوده ثانيا مغاير لوجوده اولا. نعم هذا زمن جديد حادث بعد عدم زمانه والمغايرة ليست بالمهية ابدا هوية الانسان والاولى هي هوية الانسان الثانية على قوله ولا بالوجود يعني بالتحقق لان التحقق حقيقة واحدة ولا صفة الوجود بل بالقبلية والبعدية هذا هو التغير يعني الزمان الدنيا سابق والزمان الذي يحشر فيه الانسان مرة ثانية اه بعد بعديها وقبليها بعد وقبل الزمان في الحياة قبل والزمان الذي ياتي بعد. يعني اذا المغايرة بالقبلية والبعدية فيكون للزمان زمان اخر يوجد فيه. تارة ويعدم اخرى. وذلك يلزم التسلسل انا الان اعيش في الزمن عشت مثلا سبعين سنة توفاني الله. ما معنى التوفي في هذه الرؤية البائسة؟ يعني دخول في افق العدم. الهوية تصير ماذا لا شيء يرفع عنها الوجود مطلقا ثم اعادني الله تعالى حتما اعادني في زمن اذا عندي من الزمان الحياة وزمان العود ومسبوقية الزمن مسبوقية الزمن زمن العود لان كل حادث عند المتكلم مسبوق بزمن. اذا عندنا زمن الحياة. وزمن السابق قبل العود. وزمن العود فيأتي التسلسل في زمان واحد مع الاسف الشديد نعم فيكون للزمان زمان اخر يوجد فيه تارة بعدم اه وبعدم اخرى وذلك يلزم التسلسل. زمن الحياة. زمان قبل العود. زمان بعد العود واذا آآ ركزت على الخلق الارظي هذه النشأة الان مسبوق بزمن سابق لان المتكلم يقول كل حادث مسبوق بزمن اذا عندنا الزمان قبل الخلق الارضي هذه النشأة النشأة الارضية زمان قبلي زمان الخلق زمن الإفناء والاعدام ثم زمان الخلق مرة ثانية تسلسلات في الزمن نعم وذلك يلزم التسلسل. واضحة جدا لاحظت اعيد المسألة وهي تافهة الى اننا نحن مجبورون على بيان بيان المد الانسان غير مخلوق بعد المتكلم كيف يتصور عملية الخلق زمان في فراغ خلقي اذا في زمان قبلي خلق الله تعالى الانسان في زمان خاص من مشخصات هذا الانسان. اذا عندنا زمان سابق وزمان في هذه النشأة الدنيوية التي عاشها الانسان مثلا سبعين سنة. ثم يختفي يدخل في افق العدم يعني يموت ثم يعيده الله تعالى في زمان رابع. لماذا الرابع? القبلي والخلق والاثناء. لماذا? لانه اعيد بعد عدم حادث يعني يجب ان يكون مسبوق بالزمن ثم زمان الخلق الثاني يعني الربع اربعة اربع انبساطات زمنية وهذا هو التسلسل قال والحكم بامتناع العود لامر لازم قد تقول لماذا يمتنع اعادة المعدوم. السر اين? هوية العدم المعدوم هويته وعدم لا شيء حتى تتعلق به القدرة. اقول هذا جواب عن استدلال من ذهب الى امكان اعادة المعدوم وتقرير الدليل الذي ابطله المحقق التونسي بهذا الكلام ان الشيء بعد العدم ان ان استحال وجوده لماهيته او لشيء من لوازمها وجب امتناع مثله الذي هو الوجود المبتدأ يتفنن هذا المتكلم في جواز اعادة المعلوم. يقول انظر انا ابين لك عدم استحالة اعادة المعلوم. جميل. بين كيف يقول الانسان خلق خلق عنده ماهية وعنده تحقق مهية موجودة سبقه زمان ثم تحقق. ثم اثناه الله تعالى ثم يريد ان يعيده الى نشأة اخرى النشأة الاخروية المتكلم لا يفقه النشأة البرزخية كمتكلم كعقلاني لان هذه الامور جاء بها الدين البرزخ السعودي موجود في الروايات قبل اخر وفي الايات المباركة المهم اعيد سواء كان في نشأ البرزخية او النشأة الاخروية لماذا يستحيل المستدل يقول لماذا يستحيل يقول اما للماهية يعني هويته تمنع الاعادة او لازم للمهي لا ينفك وبجيد ماذا تريد ان ترتب على هذا يقول اذا كان كانت لاستحالة استحالة العود لماهيته فالاستحالة تكون في الخلق الاول. لان الملاك واحد الظابطة واحدة. ما هي المهيئة? اذا استحال العود لمايته كيف خلق في الاول فالاستحالة كذلك في الخلقة الاولى وهذا كلام صحيح</w:t>
      </w:r>
    </w:p>
    <w:p>
      <w:r>
        <w:t>هذا كلام صحيح يعني هذا الاستدلال الى حد الان سليم واذا كان لي لازم من لوازم المالية تعرفون انتم اللازم لا ينفك. اذا كذلك في البدء الأول استحال الخلق اذا اذا كانت الماهية ليست هي ملاك الاستحالة واللازم الذي لا ينفك عن الماهية ليس هو ضابط الاستحالة. يبقى المنفك والمنفك من طبيعته يأتي ويذهب فننتظر انه يذهب يعني ينفك عن الهوية ثم نعيدها. انتهى الامر هذا دليل المتكلم يفهم جيد يعقل يعرف يستدل اقول هذا جواب عن استدلال من ذهب الى امكان اعادة المعدوم اعادة المعدوم ممكن عنده. كيف استدل? وتقرير الدليل المتكلم الذي يؤمن بان المعدوم يعد ان الشيء يعني الانسان مثلا بعد العدم يعني بعدما يدخل في افق العدم يميته الله ان استحال وجوده يعني اعادته الى الوجود لماهيته على الشق الاول او لشيء من لوازم المالية لا ينفك عنها ابدا. جيد ما هو التالي الباطن? وجب امتناع وجب امتناع مثله الذي هو الوجود المبتدأ فالخلق الاول كذلك يستحيل لماذا? لان المانع هو الماية اذا كان المنع هو مانع الايجاد المرة المرة الثانية  في المرة الاولى لا يمكن ان ينوجد يعني لا يمكن ان يخلقه الله تعالى لمهيته او لازمه لان اللازم لا ينفك عن ما هي نعم وجب امتناع مثله الذي هو الوجود المبتدأ يعني في اول الخلق وان كان لامر غير لازم يعني بل ينفك لا يلازم المهي ولا يصاحبها بل لعارض لعارض ان يأتي ويذهب فعند زوال ذلك العرض يزول الامتناع فيعيده الله تعالى وانتهى الامر وتقليل الجواب ان الشيء بعد العدم ممتنع الوجود المقيد ببعدية العدم هو هوية هوية هوية عدم والعدم لا يقبل الوجود ابدا. نعم وذلك الامتناع لازم للمهية الموصوفة بالعدم بعد الوجود. انما هي الموصوفة بالعدم اه دقق جيدا ما عندنا الذات وتتصف بالعدم معناه الماهية في متنها عدم يعني نحكم عليها بالعدم. فتكون نقول العدم عدم فالانسان بعدما ينتفي من هذه النشأة يموت موظوعه يكون العدم. محموله ماذا يكون? يكون العدم. فنقول عدم الانسان عدم. هذا ما معنى الموصوفية ليس انا الانسان له كيان ثم يوصف المعدومية. وتقرير الجواب ان الشيء بعد العدم يعني بعدما يثنيه الله تعالى ممتنع الوجود. لماذا يمتنع الوجود? المقيد ببعدية العدم. وذلك الامتناع يعني الوجود الذي يأتي بعد العدم يعني يعيده الله تعالى بعد العدم والله تعالى يخلق الانسان يفنيه يدخله في العدم فيعيده بعد عدم وذلك الامتناع لماذا? لازم للمهي الموصوفة بالعدد. الموصوفة بالعدد اكتب تحتها مثلا عدم الانسان عدمون عدم الانسان عدم عدم الجن الفلاني عدم بعد الوجود. الامتناع لازم المهي الموصوفة بالعدم بعد الوجود. كانت في متن العدم ثم تنوجد. يعني الوجود الوجود يحمل على العدو والعدم يقبل الوجود هذا غير معقول وهذه هي الاستحالة. صريحة مبنى التناقض مسألة اه عربية عراظية في المتن فتدخل في تاريخ علم الكلام لا يمكن ان تدخل في المتون الاساسية المتن الاساسية فلسفتها ما هو? صنع العقل الاجتهادي في العقائد في الاصول في الفقه في التفسير وهذه المثل التي تصنع العقل الاجتهادي لا تحتاج الى هذه الجزئيات التي تضيع وقت الطالب فتدخل الان في تاريخ علم الكلام من يريد ان يطالع علم الكلام يجد هناك مسألة اه اعادة المعدوم عند المتكلمين فمسألة عربية المسألة الحادية والاربعون في قسمة الموجود الى الواجب والممكن هذه مسألة الذاتية عاضدة خادمة لان على اساس هذه المسألة نثبت واجب الوجود في الالهيات بالمعنى الاخص قال وقسمة الموجود الى الواجب والممكن ظرورية وردت على الوجود يعني عرضت على الوجود هذه القسمة نقول الموجود اما لا يحتاج الى علة واما ان يحتاج الى علة. الواجب هو الذي لا يحتاج الممكن هو الذي يحتاج نعم من حيث وقابل للتقييد وعدمه. نعم يتقيد اه للتقييد وعدمه. يعني عندنا وجود يقتضي الوجود لذاته وجود الوجود وجود لا يقتضي الوجود لذاته الا اقتضاء هذا قيد قيد عدم فيأتي الممكن اذا واجب الوجود وجود يقتضي الوجود بذاته اما الممكن لا يقتضي الوجود لذاته. اقول العقل يحكم حكما ضروريا. يعني هذه المسألة ليست مسألة اه استدلالية لانها تندرج تحت القسمة والقسمة من اقسام التصورات. يعني التصور ناتي وننظمه كيف ننظمه? نقسمه الى اقسامه. لماذا? حتى نفهم كل اه قسم في دائرته. لا نخلط به من الأقسام العقل يحكم حكما ضروريا لان الموجود اما ان يكون مستغنيا عن غيره. ملاك التقسيم الاستغناء وعدم الاستغناء او يكون محتاجا غير اه مستغني والأول واجب والثاني ممكن وهذه قسمة ضرورية يعني تدور بين النفي والإدماث لا يفتقر فيها الى برهان اصلا لا معنى للبرهان في القسمة القسمة تندرج الى تندرج في باب التصورات والتصورات نتعامل مع المفردات لا نتعامل مع القضايا حتى يأتي الاستدلال وليست القسمة واردة على مطلق الوجود من حيث هو وجود مطلق بان الشيء من حيث وذلك شيء يستحيل ان ينقسم الى متباينين وما غير ذلك الشيء واذا اعتبرت قسمته فلا يوقف مع هذه الحيثيات بل يؤخذ الشيب الى تقيد بشرط مع تجويز التقيد ويقسم اه فتنضاف الى مفهومه مفهومات اخرى ويصير مفهومه مع كل واحد من تلك المفهومات قسمان. هذه العبارة مع اه مع هذه الاطالة اشار الى قانون القسمة قانون القسمة عندنا معنى عام يسمى الا بشرط الا بشرط المقسمي الذي شرط المقسم اه هو المعنى العام ثم يجب ان نأتي بملاك القسمة ضابطة القسمة. يعني العقل يقول على اي اساس افرزت المقصد الى قسم هو واجب الوجود وقسم له ممكن الوجود. هذه هي الضابطة. قسمة بدون ضابطة غير عقلانية اذن المسألة بنيوية جيد هنا نقسم الموجود اللي هو بشرط المقسمي الاطلاق ونأتي بالضابطة الاستغناء وعدم الاستغناء الاستغناء في التعين بالوجود او عدم الاستغناء بالتعين في الوجود فنفرز واجب الواجب. الواجب الوجود يكون قسما لهذا المعنى المطلق. الموجودية المطلقة ونفرز الممكن الذي هو قسم كذا هو قسم كذلك من هذا المعنى العام الموجود المطلق الواجب يصير قسيما للممكن والممكن يصير قسيما للواجب. اذا كيف تتم عملية القسمة? نأتي الى المعنى العام ونخرجه من الاطلاق الى التقيد. سيرورة هذا المطلق مقيدة اه حتى يتعين في القسم. اذا القسم ما هو? هو المطلق بنحو والموجود بنحو يعني اذا كان الموجود بنحو الاستغناء واجب الوجود اذا كان بنحو لا استغناء هو الممكن فيسري في الاقسام يقوم الاقسام نعم نعم هذا بيان لهذه المسألة فقط مسألة جميلة تنتمي الى حيثيات القسمة يقول وليست القسمة واردة على مطلق الوجود من حيث هو وجود مطلق. لا القسمة دائما تأتي اه بقيود يعني يجب ان يخرج الاطلاق من اطلاقه الى القيد. نعم. فان الشيء من حيث هو ذلك الشيء يستحيل ان ينقسم الى متباه ينين هما اه غير ذلك الشيء اه هذا كلام راجع الى</w:t>
      </w:r>
    </w:p>
    <w:p>
      <w:r>
        <w:t>اه الفهم الكثروي يعني اصالة المهيئة في الفهم الوحدوي على باب اصالة الوجود هذا المعنى يختلف تماما يعني كيف? اننا حقيقة واحدة تسري في مرتبة واجب الوجود في مرتبة اه ممكنة الوجود وهي وهي حاضرة في في المرتبتين هنا يقول لا يقول لا يمكن ان تكون حقيقة واحدة مطلقة هي متواجدة في القسم الأول الذي يضاده او يناقضه وهو القسم الثاني هذا مبني على الكثرة يعني الا بشرط المقسمي لا يكون حاضرا في الاقسام وهذا مبني على حاكمية الكثرة على الوحدة ضع هذه النقطة بنيوية سجلها كحاشية تنفعك في الدراسات العليا حتى في علم الاصول. لان هذه القسمة موجودة في علم الاصول في الفلسفة في الاخلاق في كل العلوم في العرفان كذلك فان الشيء من حيث هو ذلك الشيء يستحيل ان ينقسم الى متباينين. من المتباينان? واجب الوجود يباين ممكن الوجود نعم الى متباين هما غير ذلك الشيء يعني نعم واجب الوجود غير المقسم يعني القسم غير المقسم نعم واذا اعتبرت قسمته فلا يؤخذ مع هذه الحيثية بل يؤخذ الشيء بلا تقيد بشرط بلا تقيد بشرط مع تجويز التقيد. يعني كيف؟ يعني هذا العنوان المطلق كمقسم اه في هويته هو مطلق ثم ينفتح هذا الانفتاح هو الذي يجعله اما واجبا واما ممكنا يريد يشير الى هذه المسألة لكن البيان قاصر. البيان قاصر غير علمي. واذا اعتبرت قسمته فلا يؤخذ مع هذه الحيثية. يعني الاطلاق بما هو اطلاق. بل يؤخذ الشيء بلا تقيد بشرط مع تجويز التقيد نعم يعني يخرج من من الإنغلاق الإطلاقي الى الإنفتاح قبول القيود ثم اول قيد يأتي والاستغناء يترشح واجب الوجود ثم يأتي القيد الثاني هو عدم الاستغناء يترشح ممكن الوجود وينقسم فتنضاف الى مفهومه يعني الموجود المطلق مفهومات اخر يعني م مفهوم واجب الوجود ومفهوم ممكن الوجود في مسألتنا ويصير مفهومه مع كل واحد من تلك المفهومات قسمان فاتتها عين الاقسام وقياس القسم الى القسم الاخر يسمى قسيمان هذا مبني على البنية الكثروية. اما اذا بنينا على النسق الذي يحكم الوحدة على الكثرة نقول لا المسألة هكذا خيط سريان وجود واحد سريان في مرتبة واجب الوجود في مرتبة ممكن الوجود وهو حاضر في المار ثبت يقوم المرتبة الاولى ويقوم المرتبة الثانية هذه المسألة جميلة جدا اه ولهذا قلت لكم هي مسألة ذاتية عاضدة. ثم اذا قسمنا الموجود الى واجب وممكن نأتي نعاين الممكنات. نجد ظابطة الوجود مفقودة فيها. يعني ملاك تعينها بالوجود غير موجودة على مستوى فنبحث عن ملاك تعين هذه الممكنات بالوجود فنصل الى واجب الوجود وهذا هو الدليل الذي سيأتي بالتفصيل في الالهيات بالمعنى الاخص. اذا هذه المسألة اساسية في مسألة اثبات واجب الوجود نعم  نعم في الفصول الناصيرية وهو كتاب جدا جميل وعندنا ان شاء الله النية مع هذه المؤسسة ان ندرسه مقدمة رائعة لهذا الكتاب وفيه نكات علمية رائعة جدا ممكن حتى في هذا الكتاب غير موجود وممكن هو يتسع الى خمسين جنازة لانه رسالة صغيرة هذه المسألة يبينها بعد آآ بعد آآ بيان مفهوم الوجود وفي الولوج المطلق ثم يقسمه بملاك الاستغناء وعدم الاستغناء الى واجب وممكن ثم يدخل مباشرة في التدليل على وجود الواجب في الفلسفة وفي الكلام نعم المسألة الثانية والاربعون في البحث عن الامكان يبدأ يفصل القسم الذي يقع في مقابل واجب الوجود وهو الامكان والممكن كيف تتصف الاشياء بالامكان وما معناه وهذا بحث مفيد كذلك لان على اساسه نثبت واجب الوجود يأتي ان شاء الله لاحقا. والسلام عليكم ورحمة الله وبركاته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