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قلت لكم الان والدرس التسجيل امام الكاميرا ان شاء الله اذا وضع في الموقع وانتم سمعتم هذا الدرس واحتجتم الى اضاءات وتوضيحات يمكن لكم الاتصال بنا لان المسائل دقيقة جدا انا ادرسها بطريقة اجتهادية لا ادرسها هكذا تمر عليها مر الكرام. الا اذا كانت مسألة بسيطة وعرضية لا تستحق الوقوف والا وعمق المسألة كثيرا. المسألة الثانية والاربعون في البحث عن الامكان. يعني بعدما قسم الموجود المطلق الى موجود مستغني وموجود غير مستغني يعني الواجب الممكن بدأ في البحث عن الامكان. قال والحكم على الممكن. الممكن هو نكتب الحمل الشائع انسان ما ذهب ملك فلك والحكم على الممكن بامكان الوجود. تقول الانسان ممكن الوجود يعني ما في مانع عن الوجد. لماذا? لانه يتصل بالاقتضاء. لا يقتضي الوجود ولا يقتضي العدم اذا توفرت موجبات الايجاد لن واجب. اين الاشكال ممكن يعني لا لا يستحيل والحكم على الممكن انسان ما فلك بقر ذهب بامكان الوجود حكم على الماهية لا باعتبار العدم ولا باعتبار الوجود. هذه مسألة جدا مهمة يعني انت اذا قلت الانسان ممكن الخلق يعني ممكن الوجود ماذا تعني بهذا يعني انت ركز على الطبيعة الانسانية. الطبيعة بقيد الوجود اذا وجد التحصين للحصر بقيد العدم يعني الماهية معدومة تقبل الوجود اجتماع النقيضين مبدأ التناقض اذا المبنى الصحيح ان الذي يقبل الوجود او يقبل العدم لا فرق لان هي لا تقتضي الوجود ولا تقتضي العدم اذا توفرت الشروط الموضوعية ما يسمى بالعلة التامة الايجادية ينوجد لم تتوفر الشروط الموضوعية اي العلة ما هي الواجب من هذا الشيء الماهية المقيدة بالوجود وجاءها الوجود تحصيل للحصر اعطاء الموجود للموجود تحصيله للحصر ويلزم كذلك اجتماع الناقضين اذا افضت عليه الوجود فهو مفروظ فاقد للوجود  آآ يأتي مبنى التناقض واذا فرضتهنه موجود ويأتي الوجود فهذا الوجود كذلك لا معنى الا هو. فيلزم باجتماع الناقضين تحصيله الحاصل ما مائله نهايته هو اجتماع النقيضين اذا لا يكون مقيد بالوجود ولا مقيد بالعدم. طبيعة لا تقتضي الوجود ولا تقتضي العدم وهذا هو الامكان. اذا امكان يحمل على الطبيعة فقط لا بقيد الوجود ولا بقيد العدم هذا ابتكار عجيب في تاريخ الفكر البشري وانا اتصور ان هذا الابتكار اول من اثاره هو الفارابي ثم استثمره ابن سينا في الفلسفة ومس العقيدة في امور كثيرة مثلا القدم الزماني يعني مخلوقات لا بد زمني لها صار اه جليا وصار واضحا لماذا? لان ليس الملاك الاقدمية الزمنية او الحدود الزمنية الملاك هو الهوية تقتضي الوجود او لا تقتضي اذا لم تكن تقصد الوجود حتى لو كانت قديمة زمنية فهي ماذا? متعلقة الوجود بواجب الوجود نعم والحكم على الممكن يعني الطبائع. الانسان الماء الذهب الفلك الشمس القمر بامكان الوجود تقول الانسان ممكن ان ينوجد الحكم على الممكن حكم الحكم مبتدا حكم خبر حكم على الماهية الماهية يعني الطبائع انسان ما ذهب فلك قمر شمس لا باعتبار العدم ولا باعتبار الوجود ما هي لا تقتضي الوجود ولا تقتضي العدم. الطبيعة نعم  اقول الذهن الدين يعني النفس في ذلك النشاط الذهني النشاط الادراكي النشاط المعرفي اذا حكم بامر على امر فقد يلاحظ الوجود او العدم للمحكوم عليه الموضوع في القضية تقول انسان عالم وهو الحكم باحدهما او بما يشترط فيه اه احدهما او يشترط في احدهما وقد لا يلاحظوا اه احدهم يعني الحكم وقد لا يلاحظ احدهما كالحكم بالامكان ايه نعم الحكم بالامكان انت الان في الاليات البسيطة تقول الانسان وجود حكمت عليه بالتحقق الانسان عالم حكمت عليه ماذا? حكمت عليه بالعلم هادي ارهابية بسيطة الهلية المركبة اذا قلنا الانسان ممكن يعني لا يقتضي الوجود ولا يقتضي العدم العلامة الحلي وحقق الطاوسي قال حكم يعني الدين هناك يحكم. دقق جيدا المسألة في غاية الدقة والخطورة كذلك هل في مبدأ الهوية في حكم اذا كنا في ذات الطبيعة بما هي طبيعة الانسان انسان هنا في حكم الحكم اذا دخل في مبدأ الجوهرية اذا جاءت للمحمولات التي تحكي عن ماذا اما عن تحققه تقول انسان وجود. واما عن مواصفاته تقول الانسان عالم الانسان حي الانسان مريد الانسان عاشق وهكذا اما في دائرة الطبيعة فلا معنى للحكم هناك اذا اذا قلنا الانسان ممكن يعني جئنا الى الطبيعة وقسناها الى التحقق ورفع التحقق قياس لم نحكم هناك تحليل بنيوي فقط ما في حكم هذا الأمر حمل الامكان على الطبيعة يقول الانسان ممكن جرهم الى اكتشاف قضية جديدة تسمى الموجبة السالبة المحمول. لان الامكان ما هو؟ لا اقتضاء يعني سلب الضرورة في الوجود وضرورة العدم فحملنا السلب بالايجاب على الطبيعة تقول الطبيعة ليست ضرورية الوجود وضرورة العدم حامل السلب ايجابيا هادي تسمى الموجبة سالبة المحمول فدخلوا في نقاش واسع في تحققها او عدم تحققها. يعني عندنا هكذا قضية ليس عندنا قضية من هذا الشكل فاختلف العلماء يرفضها مطلقا شريحة من المحققين الكبار قبلوها من اين جاء البحث? جاء من هذا هذا البحث الانسان ممكن الانسان طبيعة موضوعية والممكن طبيعة محمو ليا. فعندنا موضوع محمول عندنا حال مع ان هناك الحمل غير موجود مطلقا المهم نعم اقول الذهن اعيد التطبيق اذا حكم بامر على امر يعني حكم على موضوع بالمحمول فقد يلاحظ الذهن الوجود او العدم للمحكوم يعني للموضوع تقول الانسان موجود او الانسان معدو ايه المحكوم عليه? يعني الموضوع. وهو الحكم باحدهما. يعني انا احكم على الانسان بالوجود فقل الانسان موجود. هل هي بسيطة? او احكم عليه بالعدم? اقول الانسان معدو نعم او بما يشترط فيه فيه اه يشترط فيه اه يشترط الدين او يشترط مبني للمجهول كلاهما صحيح او بما يشترط احسن من مبني للمجهول. او بما يشترط فيه احدهما يعني الهليات المركبة تقول الانسان الموجود عالمون الانسان المعدوم لا يتزوج لا يأكل لا يشرب لأنها سالبة بانتفائه الموضوع. تسلب عنه ما تشاء وقد يلاحظ الذهن احدهما كالحكم بالامكان اعتق الانسان ممكن يعني لا يقتضي الوجود ولا يقتضي العدم. سلب الضرورتين ضرورة الوجود وظرورة العلو ضرورة العدم فان الذهن في نشاطه الفكري في هذه العملية في قوله الانسان ممكن الشمس ممكنة. الجبل ممكن. القمر ممكن اذا حكم على الممكن الممكن هنا بالحمل شاع الانسان الفلك الذهب بإمكان الوجود او بإمكان العدم يعني يحمل على الإنسان عنوان الإمكان. يقول الإنسان ممكن فان الذهن لا يحكم على الممكن على الانسان على الذهاب الانسان البقر باعتبار كونه موجودا. لانه تحصين الليل حاصل لانه بذلك الاعتبار يكون واجبا. يقتضي الوجود ولا باعتبار كونه معدوما لانه يكون ممتنعا</w:t>
      </w:r>
    </w:p>
    <w:p>
      <w:r>
        <w:t>فانه بذلك الاعتبار يكون ممتنعا. اذا سلب ظرورة الوجود وضرورة العدم. ضرورة الوجود هي الواجب. الوجوب. ضرورة العدم هو الامتناع سلب الطرفين وانما يتحقق الامكان للممكن يعني للانسان شمس بقر وكذا للطبائع من حيث هو يعني من حيث الطبيعة الانسانية من حيث الطبيعة القمرية لا كبر الوجود ولا باعتبار العدم? فقط الطبيعة الطبيعة الخالصة. نعم لا باعتبار الوجود ولا باعتبار العدم. يعني الطبيعة فقط اكتب الطبيعة الا بشرط طبيعة لا بشرط يعني المنفتحة على الوجود والمنفتحة على العدم. حسب العلة التي تتعين اذا تعينت العلة الايجاد يكون قابلا للوجود. واذا تعينت علة الاعدام يكون قابلا للعدام. وبهذا يندفع السؤال الذي يهول به قوم يعني يهولون المسألة نعم وهو ان المحكوم عليه بالإمكان اما ان يكون موجودا او معدوما. اذا كان موجودا يلزم تحصيل الحاصل. اعطاء الوجود للموجود لا معنى له لغو. تحصيل الحاصل. او يكون معدوما لعدم يقبل الوجود نعم فان كان موجودا استحال الحكم عليه بالامكان لانه وجود ما لا ينفتح عن الوجود عنده الوجود غني لان الموجود لا يقبل العدم لاستحالة الجمع بين الوجود والعدم. نعم واذا امتنع حصول العدم امتنع حصول ان كان الوجود والعدم وان كان معدوما استحال علي قبول الوجود كما تقدم لان للوجود لا يقبل العدم لا يقبل الوجود. اذا قيدت بالوجود ولا يقبل الوجود لما تحصينه الحاصل فيكون غنيا في دائرة الوجوب يكون معدوما لا يقبل الوجود. لماذا? لان العدم لا يقبل وجود يكون في ذات الامتناع هذا هو الإشكال هذا فهم جيد للمسألة نحن نقول لا غابت عنك غابت عنك اشياء مجيء الوجود بموجبات العلة او مجيء العدم بموجبات بموجبات العلة في دائرة المبدأ الهوية الطبيعة الخالصة الانسان فوقه نعم نعم واذا استحال مجامعة الامكان لوصفه الوجود والعدم واستحالة انفكاك المال يعني استحال الحكم على المهي بالامكان. هذا هو الاشكال نعم لانه يتعامل في دائرة مبدأ الجوهرية التي تحكي الواقع. نحن نتعامل في مبنى الهوية اذن الإمكان يأتي في دائرة مبدأ الهوية يعني الطبيعة الإنسانية فقط الخالصة الا بشرط ولهذا قلت لكم ليس محمولا ليس محمولا وانما هو الطبيعة اذا قسناها الى متن الوجود او ما الوجود المرفوع تكون لها لا تقتضي ذاك ولا تقتضي ذاك من يعطيها الوجود? العلة اذا تمت العلة الايجابية من يفيض يفيض على الطبيعة على عدم مجازان اه العلة الناقصة يعني وجوده مرفوع هذا هو الفهم الصحيح ايها المستشكل وذلك لان القسم في قولهم المحكوم عليه بالامكان اما ان يكون موجودا او معدوما. يعني خرج من مبدأ الهوية الى مبدأ الوجود طبيعة الحال. نقع في هذه الاشكالات الهوية الانسانية المتعينة بالوجود يفاض عليها الوجود. لا العلة تكون لغوا تحصيل الحاصل. متلبس بالعدم الوجود لا يأتي الى سلة العدم. مستحيل اجتماع النقيضين وذلك لان القسم في قولهم ان في قولهم المحكوم عليه يعني الموضوع يعني الإنسان مثلا بالإمكان تقول الإنسان ممكن اما ان يكون موجودا او معدوما ليس بحاصرة نعم هذا اه كذلك مسألة بنيوية هذه الامور جيد انتم تتقنونها. هذا التفكيك الباءات الاربع ابتداءات البنية في ذات المبنى وما يبنى على البناء يعني المبنى والبناء يعني عندي انا مبنى ثم نفرغ عليه تسمى البناء والبيان البيان مرة اكون فداءات البنية واتي ببيان اه في ادارة المبنى او البناء نخطئ نخطئ نحن اذا قسمنا الموجود اه قسمنا الشيء اما في دائرة العدم او في دائرة الوجود كنا نحن في دائرة مبدأ الجوهرية. يعني في عالم التحقق الذي هو حقيقي او عدم عدم التحقق الذي هو اعتباري مجاز اما في مبدأ الهوية عن الطبيعة الانسانية في دائرتها في هذه في دائرتها هناك لا تقتضي الوجود ولا تقتضي العدم العلامة الحلي يشكل على هذا المستشكل. المستشكل يقول لا يمكن حمل الإمكان على الطبيعة الإنسانية او الطبيعة الشمسية كيف اه نحكم عليه بالإمكان اه ليستدعي وجود الموضوع بالإمكان ما هو يعني لا يقتضي الوجود ولا يقتضي العذاب. جميل الموظوع ما هو? الطبيعة الانسانية اذا كانت موجودة الوجود لا يحل فيها لانه تحصيل الحاصل. اذا كانت معدومة الوجود لا يأتي لانه حاكمية العدم يلزم اجتماع الناقظين. اذا الانسان ممكن خرافة العلامة الحلي بدلا من يبين المسألة بنيويا يقول انت تتكلم في دائرة الوجود يعني التحقق ورفع التحقق الذي هو العدم مجاز في مجاز يعني بعد الهوية في مبدأ الجوهرية. يعني نقول انسان موجود او انسان معتوق في مبدأ الهوية الطبيعة ما هي? الانسان انسان. هناك نقول ممكن ولهذا قلت لكم لكم ليس محمولا وانما هو مسألة بنيوية الطبيعة الانسانية اقيسها الى الوجود والعدم اجدها لا تقتضي في طبيعتها الوجود ولا تقتضي في طبيعتها العدم اذا القسمة الى الشيء اما موجود ومعدوم حاصرة  لماذا? لانها تتكلم في في دائرتها في دائرة التحقق ورفع التحقق. ما عندنا الى التحقق وما عندنا الا رفع التحقق اما شيئا يكون موجودا او لا وهذه هي القسمة حاصرة لكن المهيا في مبدأ الهواية خارجة عن هذه القسمة خروج تخصصي بقول الحوزاويين يعني لا تنتمي الى هذه البنية وانما هي تنتمي الى مبدأ الهوية. العلامة الحلي بدلا مني بين المسألة بهذا الشكل. راح قال لا القسمة ليست حاصلة والله القسمة حاصلة وبديهية حتى بنيوية الشيء اما في ذات الوجود او مرفوع الوجود. وذلك لان القسمة نعم في قولهم المحكوم عليه يعني الموضوع انسان مقار الشجر تقول ممكن الانسان ممكن البقر ممكن. الشمس ممكن وذلك ان القسمة في قولهم المحكوم عليه بالامكان الانسان ممكن اما ان يكون موجودا او معدوما ليست بحاصرة. لا شيخنا والله حاصرة لكن في دائرة ماذا? مبدأ الجوهرية. في دائرتي عالم الخلق اما ان تكون متحققة او ليست متحققة  لان المفهوم منه ان المحكوم عليه بالامكان اما ان يحكم عليه مع اعتبار الوجود او مع اعتبار العدم. ويعوزه قسم اخر وهو ان يحكم عليه لا باعتبار الوجود ولا باعتبار العدم. هذا ليس في عالم الخلق. ليس في عالم تعين العلل ليس في دائرة العلل والمعلومات هذه في دائرة الهوية الطبيعة فالطبيعة خارجة عن هذه القسمة الحاصلة خروج تخصصيان نعم لا تقل الشيء اما موجود او معدوم او لا اقتضاء وهو الإمكان لا معنى له الموجود او الشيء اما موجود او مرفوع الوجود. حاصرة والقانون واضح مبدأ الهوية مبدأ مبدأ التناقض مبدأ التناقض يدور بين الوجود والعدم. يقول لا يجتمع الوجود مع العدم ولا يجتمع العدم مع الوجوب اذن الطبيعة الذي نقول ممكنة في مد الهوية خارجة عن هذه القسمة الحاصلة خروجا تخصصيا. اكتبها هادي جيدا لان هذا اشتباه كبير. يقول نعيد لان المسألة دقيقة وذلك لان القسم في قولهم المحكوم عليه يعني الانسان القمر الشمس تقول انسان ممكن الوجود الانسان ممكن الوجود بالامكان اما ان يكون موجودا او معدوما ليست بحاصلة لا والله حاصلة في دائرتها</w:t>
      </w:r>
    </w:p>
    <w:p>
      <w:r>
        <w:t>لان المفهوم منه ان المحكوم عليه يعني الانسان البقر الشمس القمر عليه بالامكان يعني تقول الانسان ممكن يعني ممكن الوجود وممكن العدم. اما ان يحكم عليه باعتبار الوجود او مع اعتبار العدم علي الإشكال ويعوزه قسم اخر وهو ان يحكم عليه لا مع اعتبار احدهما لا مع اعتبار  الوجود او العدم نحن نقول يجب ان نفكك بين مبدأ الجوهرية الذي يحكي علم الخلق. هناك شيء واما متحقق او غير متحقق حاصرة اما في مبدأ الهوية هو انك لا نحكم عليه بالموجود وهي بالمعدومية. لأنه خارج عن هذه الحكومة وهذه الدائرة. وقولهم الموجود حال الوجود لا يقبل العدم. وكذا المعدوم لا يقبل الوجود صحيحون. لكن الموجود يقبل العدم في غير حاله الوجود وكذا المعدوم يقبل العدم في غير حال العدم. وليس حال المهيأ اكتب الماهية هنا مبدأ الهوية. الانسان انسان الماء ماء القمر قمر الشمس شمس وليس حال ما هي اما حال الوجود او حال العدم لانهما حالان تحصلان عند اعتبار الماهية مع الغير. يعني باب العلل مع الغير يعني العلل باعتبار المهيئة مع الغير يعني في علة اكتملت افاضت الوجود علة لم تكتمل رفع الوجود. اما عند اعتبارها لا مع الغير يعني في مبدأ الهوية ليس بمبدأ علم الخلق وعدم العلل فانها تقبل احدهما لا بعينه. يعني قد تقبل الوجود اذا كملت علتها وتقبل العدم اذا لم تكتمل اه عللها. وهذا الامتناع امتناع لاحق بشرط ال محمول نعم هذه العبارة وهذا الامتناع المفروض يعمل نقطة وهذا الامتناع امتناع لاحق بشرط محمول آآ هذا جملة جديدة يعني يقول للمستشكل المستشكل ماذا يقول? يقول الامكان لا معنى له يعني حمل الامكان على الانسان تقول الانسان ممكن الوجود او ممكن العدم لا معنى له. لماذا? لان هذا الامكان كمحمول يحمل على امر على الانسان اما ان يكون موجودا واما يكون معدوما. اذا كان موجودا فقبل الوجود يلزم تحصيل الحاصل واذا كان معدوم ويقبل الوجود يلزم اجتماع الناقضين. فهذا الحمل لا معنى له زيف بطلان العلامة الحلي بعدما بين ان لا عندنا شق ثالث لا يدخل تحت حكومة العلل والمعلومات  خارجة عن الوجود والعدم وهو مبدأ الهوية. الانسان انسان هناك يتصل بالإقتضاء لا يقتضي الوجود ولا يقتضي العدم يعني الإمكان بين المسألة اخرى بين مسألة اخرى ما هو? كلام هذا المستشكل? يقول كلامك صحيح متى? بعد افاضة العلة الوجود. يعني خرجن من مبدأ الهوية الى دار الوجود. اذا تحقق الوجود بعلته انوجاده مرة ثانية تحصيل للحاصل واذا رفع الوجود يعني اتصف بالعدم طبعا ما جاز في مجاز لا يقبل الوجود لان العدم لا يقبل وجود. هذا بعد بروز العلة الموجدة. او المعلمة ان صح التعبير اذا الشيء اذا اتصف بالوجود وصار فعليا هذا الوجود يصير ضرورة بشرط المحمول ظرورة بشطر محمول من اقسام الظرورة. الظرورة اما ليست مشروطة باي شرط الظرورة الازلية مختصة بواجب الوجود تقول الله موجود بالضرورة الازلية هادي هادي الجهة الله تعالى جهة الضرورة. الله تعالى حي بالضرورة الازلية. ما معنى? يعني لا يشترط فيه الوجود تقول الواجب تعالى حي بشرط ان يكون موجودا. كيف? الله تعالى يشترط فيه الوجود. هذه في المخلوق او القسم الثاني يعني الضرورة اما ازلية واما لا هذه لا لها اقسام متعددة نعم اما ان يكون القيد الذي يورث الضرورة في متن القضية اولا في متن الخلق اذا كان في متن الخلق تنقسم الى زمنية ومنتشرة. زمني يعني في زمن ما تكون هذه الضرورة كالكسوف الكسوف حين الحيلولة. يعني يدخل الكوكب بين كوكبين فيخفي الضوء. فيأتي كسوف او الخسوف نعم اه هذه في زمن مؤقت? لا ولكن لا يكون اه ضرورة منتشرة كالتنفس التنفس انا اتنفس لا اتنفس ثم اتنفس منتشرة ليست محددة بزمن ضرورة زمنية ضرورة منتشرة اذا كنا في متن القضية آآ ضرور القيد يكون على مستوى الموضوع او على مستوى المحمول اذا كان على مستوى الموضوع ذات الموضوع ضرورة ذاتية ووصف الموظوع ظرورة وصفية اذا كان على مستوى المحمول ظرورة بشرط المحمول. كيف? تقول الانسان الموجود موجود بالظرورة وهذه لا تفيد في شيء في المعرفة لانها تحصين الليل حاصل. كما يقال باللاتينية تحصيل للحصر الانسان المقيد بالوجود موجود بالضرورة وبالتالي يفرض عليه الوجود. لا معنى للافاظة او الانسان المقيد بالعدم مجازا فيكون معدوما بالظرورة لا يفاض عليه الوجود لماذا? لان المعدوم لا يقبل الوجود هذه كلها بعد افاضة العلة للموجود او افاضة العدم مجازا يعني رفع الوجود. هذه تسمى الظرورة بشطر المحمول. يعني تأتي الى المحمول تجعله جزء الموضوع وتحمله مرة ثانية انسان موجود هذه ليست ضرورة ممكنة قيد الانسان بالوجود فقل الانسان الموجود. يعني جعلت المحمول قيد للموضوع. شكل موظوع جديد فتقل وجودهم حتما بالظرورة. الانسان الموجود موجود بالضرورة. والعرف يدرك ذلك. تخيل انت الان شخص يسألك عن انسان موجود وهو امامه لغفلة لغفلة قد يغفل الانسان. يقول امامك الا ترى? ما معنى امامك الا ترى? علي الزيد الموجود موجود بالضرورة. الا ترى? الا تشاهد هذه تسمى الضرورة بشرط المحمول لا تستخدم في العلوم لماذا? لانها تحصيله للحاصل. المحمول نراه في الموضوع في قلب الموضوع فتكون من باب تحصيل الحاصل. وهذا الامتناع امتناع لاحق بشرط الموضوع. بشطر المحمول. يعني لماذا الشيء الموجود لا ينوجد? لان ضرورة بشرط المحمول. لماذا المقيد بالمعد  اه لا يعدم لان ضرورة بشرط محمول. ولماذا لا يرفع عليه يحمل عليه الوجود? لانه مقيد بالعلام اذا هذا وهذا الامتناع الذي بنى عليه المستدل امتناع لاحق. لاحق يعني بعدما افاضت العلة الوجود في حال الوجود او افاضت لعدم مجازا في حالة العدم. لماذا اقول مجازا? لان العدم لا يفاوض لا يفاض. انسان يتحرك في سيارة اه المحرك كامل بجميع مكوناته تمت العلة التامة السيارة تتحرك بسلام ما شاء الله ثم توقفت تفقد السائق المحرك وجد البطارية فارغة البطالة فالقة. هنا في تصورا تصور صحيح تصور زائف خطأ انتفاء السائل في البطارية هذا الحامض انتفاؤه يعني انتهى  اه? هذا هو التصور الصحيح. يروح يملأ هاد البطارية بالحامض تتم العلة تتحرك السيارة. مرة لا نفهم الفهم البائس. نأتي بعدم الأحامض عدم الحامض. نضعه في البطارية. عدم الماحض شيء عدم الحامض شيء حتى نضعه في البطارية اذن رفع الحامض من الموجودية هذا هو المعنى الصحيح. دقق جيدا في هذا المثال. والبحث يأتي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