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اللهم وفقنا وللمشتغلين لكل خير والسلام عليكم ورحمة الله وبركاته ما زلنا في الامكان وهو بحث ذاتي في المتن الا انه عاضن خادم ليس من الذات الاساسي الا انه ذات عرضي ذاتي عارض خانم نعم يعني لا يمكن سحبه من من المد اذا سحبت هذه البحوث بحوث عن الامكان لا يمكن فهم كثير من المسائل تتصل بالمعنى العام او الالهيات بالمعنى الاخص قال ثم الإمكان قد يكون الة في التعقل وقد يكون معقولا باعتباري ذاته. هذا البحث من المحقق التونسي في غاية الجمال. في غاية الجمال وهو يمكن الان التعبير عنه بهذه العبارة متداولة بل متداولة بين العلماء والطلاب ما فيه ينظر وما به ينظر وقرب لك المسألة بمثال حسي ثم ندخل في التحليل العميق تفاحة في المرآة تفاحة في المرأة شجرة في المرآة حيوان غزال في المرآة تعاينها في الميراث مرة تركز على هذه الغزالة في المرآة وترى الغزالة ترى الغزالة الغزالة اين? في الواقع الخارجي. في الطبيعة فانت ترى الغزل مرة لا تدقق اكثر وترى الغزالة بما هي في المرآة. يعني بما هي حالة مرئوية وليست حالة عاكسة اذا الرؤية الاولى ما به ينظر ما به ينظر واسطة للايصال الى الغزالة الخارجية ومر ما ما فيه ينظر. يعني تنظر الى الغزالة بما هي في سطح هذه المرآة المصقولة او الزجاجية اذا كم نظر نظرا ما به ينظر وما فيه ينظر. هذه المسألة قد تقول شيخنا العزيز ما هو ما هي منفعتها في المعرفة? اولا المعرفة ليس لها منفعة ولكن انا اجيبك هذه المسألة بدون هذا التفكيك لا تفهم الوجود الذهني ابدا لا تفهم الوجود الديني ابدا الوجود الذهني لم يكن آآ مسألة مفصولة. الان صار مفصول مفصولا في بداية الحكمة نهاية الحكمة في في الاسفار وفي المتون الفلسفية المعروفة قال ثم الامكان قد يكون الة في التعقل يعني ما به ينظر منه تصل الى شيء وقد يكون معقولا باعتبار ذاته تنظر فيه هو. وليس في ما يوصلك اليه. اذا الغزالة لها اعتباران. اعتبار الايصال الى الغزالة الخارجية فتكون حيثية الكاشفية هنا. مرة لا الغزالة بما هي صورة مثقولة في في المرآة فتكون حالة مرآتية لا علاقة لها بالغزالة الخارجية نعم اقول كون الشيء مبتدأ معقولا معقولا اه خبر المصدر كون كون الشيء معقولا ينظر فيه العقل ويعتبر فيه آآ وجوده ولا وجوده غير غير خبر الكون مم ايه كونو الشي معقول غير اه كونه الة للتعقل يعني ما به ينظر غير ما فيه ينظر نعم ولا ينظر فيه حيث ينظر فيما هو الة لتعقله. بل انما ينظر به مثلا العاقل بعقل السمع. اي يعقل السماء بصورة في عقله. ويكون معقوله السماء. لا ينظر حينئذ في الصورة التي بها يعقل سماء اذا عندك انت انس انا مثلت بالغزالة وهو مثل بالسمع لا فرق الغزالة احسن لانها مشخصة. السما فضفاض اذا انت مرة تنظر الى الغزالة كالصورة في المرآة توصلك الى الغزالة الخارجية فهذه الصورة الة وسيلة للايصال. المرأة تنظر الى الغزالة في صقع المرآة تقول شأن من شؤونات المرآة. كذلك الصور في ذهنك مرة عندك انت صورة الإنسان في ذهنك مرة تنظر اليها بما هي موصلة الى الإنسان الخارجي ليلى وطه عيسى وموسى هذه الحيثية الكاشفية ما به ينظر هنا وسيلة للايصال الى الخارج الة مرة لا تنظر اليها في صقع النفس ماذا تنقلب? شأنا من شؤونات الناس النفس جوهر وهذه الشؤونات على مبنى ما هي وجهر الارض? هذه الامور اعراظ تعرظ النفس شأن عرضي للناس خليني نبين لك المسألة بالمقاربة الحديثة مقربا اخيرا انا انسان جوهر روح متعلقة ببدن لا يهمني هذا التعلق بهذه المسألة اكتسبت علما درست واكتسبت علما العلم مما قلت الكيف الكيف النفساني يعني عرضوا العلم سنخ حقيقة تختلف توصلك الى الغير. يعني تكشف حقائق فالعلم يعطيك المعلوم العلم ذو اضافة يعطيك المعلوم يعني المكشوف هذا المكشوف له مرتبتان مرة يكون في ذهنك كالغزالة في المرآة. مرة يكون يدب على الارض في الواقع الخارجي في الواقع الخارجي يسمى المعلوم بالعرظ وفي افق الدين يسمى المعلوم بالذات اذا عندنا كم مرتبة? عندنا اربع مراتب النفس جوهر وهي الحقيقة الانسانية العلم وهو عرض كيف نفساني ومتعلق هذا العلم في دائرة النفس المعلوم بالذات والواقع الخارجي معلوم بالعرظ اذا طابق المعلوم بالذات المعلوم بالعرظ انت في الحقيقة والا كنت في الزيف اذا يجب ان نفكك بين العلم ككيف نفساني والاشراقة التي تسمى المعلوم بالذات الذي يوصلني الى المعلوم الخارجي الى المعلوم الخارجي اذا طبقت انت على المرآة المرآة هي النفس بدون قياس طبعا النفس مجردة والمرآة جماد المرآة هي كالنفس ثم انطباع سورة الغزالة في المرآة تكون هناك شأنا مرئويا. بدليل انت اذا اردت ان تلمس هذه الغزالة فتعيش نعومة هذه الغزالة ولطافت هذه الغزالة لا لا تجد الا الزجاج او الحديد المصقول لماذا? لان هناك نتعامل مع شأن مرئوي او مرآة حسب التعبير الصحيح ثم هذه الغزالة لي هي حديد مصقول او زجاج مصقول اعطتك حيثية اخرى جديدة ما هي دينك ينتقل الى الواقع الخارجي قبل الوصول الى الواقع الخارجي. هذه هذه الانتقال. الانتقال هو المرتبة الثالثة يعني خرجت الغزالة من بعد مرآة الى بعد كاشفي ايصالي الى الخارج هذه هي المرتبة الثالثة ثم الغزالة التي تدب الارض تلتفت الى الخارج هكذا ها غزالة موجودة. من دلك عليها? الغزالة في المرآة بما هي اه مصقولة وبما هي حديد او بما هي زجاج ام لا بنحو من الكاشفية تقول لا بنحو الكاشفية. فتتحد تلك الصورة المرئية مع الغزالة الخارجية في هذا الشكل هذا على مستوى المرآة على مستوى النفس الإنسانية عندنا جوهر المجرد هو النفس ترقت علميا اشرقت بعلم. هذا العلم طبيعته يضع الاشياء الخارجية في سوق النفس بنشأة جديدة ليس بنشأة الاخروية النشأة الأخروية لا النشأة الخارجية. مثلا النار في النشأة الخارجية تحرق. لكن في النشأة النفسية لا نار موجودة لكن ليس بالوجود الخارجي. ولهذا لا تحرق ولكن هذه النار التي اشرقت النفس بها او اشرقت النفس بها توصلنا الى النار الخارجية. هذه الحيثية الكاشفية اذا نظرت الى النار في افق النفس كاشراقة علمية يسمى المعلوم بالذات هنا تنظر اذا هذه النار كما تنظر الى الغزالة باعتبارين باعتبار الشأن النفسي هناك علم عرض لما يعرض النفس ما فيه ينظر يعني تنظر الى النارك في صقع النفس تسوق عالنفس اما جورو اما عرض الجوهر هو النفس وهذه ماذا تكون? تكون عرضان مرة لا لا تنظر الى حيثية التشاؤم النفسي. تنظر الى النار بما هي موصلة الى النار الخارجية يعني الحيثية الكاشفية. هنا الة نبيا مغوص</w:t>
      </w:r>
    </w:p>
    <w:p>
      <w:r>
        <w:t>ايصالية تنسى هداك التشؤن النفسي. تغفل عنه تركز فقط على الايصال الخارجي. فلا ترى الى النار الخارجية تنسى ذلك التشؤن النفسي الذي يسمى اه اشراق عيل مية هذا هو البحث ومهم جدا وفي غاية الجمال. اذا يمكن للغزالة ان تتلبس موطنين او تتلبس بموطنه. موطن خارجي وموطن المرآة مثقولة. الى كم مرتبة? لا مرتبة خارجية مرتبة مئوية كذلك النار او الغزالة التي في سوق عن النفس مرتبة خارجية ذات اثار تجري وتأكل وتمرح لكن في النسل هناك تنقلب شأنا علميا كيفا نفسانيا يعرض الناس هنا اذا نظرنا الى الغزالة كشأن نفسي. تخرج من بعد الغزالة تنقلب علمان. عرضان كيف الناس سليم? هنا ننظر الى الشأن النفسي. ولا ننظر الى البعد الحاكوي. نعم هذا الكلام جدا مهين. اعيد المتن ثم الامكان قد يكون الة في التعقل الإمكان يعني الحكم على الطبائع بأنها قابلة للوجود وقابلة للعدم يعني هنا ثم الإمكان يعني يقصد به الطبائع التي قد تنوجد وقد لا تنوجد قد يكون الة في التعقل يعني الة وسيلة للوصول الى المتن الخارجي الى النفس الامر. وقد يكون معقول باعتبار ذاته يعني نركز عليه فقط اقول كون الشي معقولا ينظر فيه العقل ويعتبر فيه وجوده ولا وجوده يعني اما ان ينوجد واما ان يعدم ينعدم غير آآ غير كونه الة للتعقل يعني يفكك ما بينما ينظر به وما ينظر فيه نعم ولا ينظر فيه يعني العقل اه ولا ينظر فيه حيث ينظر فيما هو الة لتعقله. بل انما ينظر به مثلا العاقل بعقل السماء. يا اما العقل يعقل السماء بصورة في عقله. ويكون معقوله السماء. يعني هنا ينظر الى الحيثية الكشفية الحيثية الايطالية. لا ينظر حينئذ في الصورة التي بها يعقل السماء. يعني لا ينظر الى التشاؤم النفسي الى الصورة بما هي في سوق النفس. ولا يحكم عليها بحكم بالعكس هناك عرض حقيقة خارجية. الشأن النفسي خليني ابين مسألة مهمة جدا يعني هذه الابتكارات في زمان المحقق التونسي شيء عجيب وغريب لو اشتغلت الامة على هذه الامور بعمق يعني العلوم الان متطورة كثيرا جدا كثيرة جدا نعم نعم جاء صدر المتألهين وعطور واسس مدرسة جديدا بين المحقق التونسي قرون نعم هذا يدل على عمق فكري لا حد له عند المحقق الطوسي رحمة الله عليه. يعني هذا التفكيك بين الصورة كالصقعة نفسي وكحكاية يعني انا عندي الان هذه الغزالة التي تدب في الصحراء جميلة جدا. موجودة في افقي ذهني اذا نظرت اليها كشأن نفسي يعني اه معلوم بالذات يعني العلم اذا اشرق وكشف فننظر اليها مرة كالصقع نفسي كشأن نفسي ولا علاقة لي بالحكاية واننا لا نحكم عليها بحكم. نقول عرضوا ما معنى عرب? يعني تعرض الناس شأن من شؤونات النفس. مرة لا ننسى هذا الشأن النفسي ننظر الى ما توصلني اليه كاشفية ما به ينظر هناك ننسى الشأن النفسي ونعيش مع المكشوف. انا ارى الغزالة لا ارى الشأن النفسي ابدا اذا كم لحظ? اللي حظر. نبيه ينظر وما فيه ينظر نعم انا اقول لماذا اكرر التطبيق? لان كل ما ابين حيثية اذا اعدت التطبيق يتضح المتن جيدا كون الشيء معقولا يعني في متن سقع النفس معقول يعني في سقع النفس ينظر فيه العقل العقل يعني الجهاز الادراكي ويعتبر فيه وجوده ولا وجوده. يعني يقول اما ان يقتضي الوجود او يقتضي يعدم. يعني اما ان يقبل الوجود او يقبل العدم. لا فرق  غير غير كون شي مبتدأ غير كونه الة للتعقل ما شاء الله هذا فرق بين الغزالة في سوق النفس ده الشأن النفسي هناك لا تسمى غزالة. هناك علماء يعني نتاج العلم نتاج العلم هو المعلوم بالذات العلم دائما يعطيك اضافة اضافة هذه الاضافة اشراقية تتجلى لك الاشياء ثم تنسى هذا الشعب ويحيلك الى الواقع الخارجي. كان بعدا نعم غير كونه الة للتعقل ولا ينظر فيه يعني في هذا الشيء حيث ينظر فيما هو الة لتعقله بل انما ينظر به مثلا العاقل بعقل يعقل السماء نعم يعقل السماء بصورة في عقله ويكون معقوله السماء. لا ينظر حينئذ في الصورة التي بها يعقل السماء. ولا يحكم عليه بحكم. يعني هنا السمكة شأن نفسي. هناك لا يحكم عليه بل يعقل ان المعقول بتلك الصورة هو السماء وهو جوهر. ثم اذا نظر في تلك الصورة او نظر الى تلك الصورة وجعلها معقولا منظورا اليه لا الة في النظر يعني ليست بما هي موصلة الى الواقع الخارجي لا الة في النظر يعني ليست كاشفة باعتبار  ناظرة الى غيرها وجدها عرظا عرظا يكتب آآ تحتها شأن نفسي. نعم موجودا في محل. المحل يكتب هو اه النفس محل وهو عقله المحل هو النفس يعني النفس العاقلة النفس العاقلة يعني عقل في محله هو عقله اذا هذه العبارة التي هي ليست فنية بذلك اه الخطاب الفني الان الفلسفة تطورت في خطابها في ادواتها التعبيرية نعم يقولون الشيء ما به ينظر وما فيه ينظر. نعم اذا فرق بين النار في افق نفسك التي هي معلوم بالذات هناك تندرج تحت الكيف النفساني على مبنى المشة. على مبنى اضافة اشراقية والنار يعني هذه الصورة بما هي حاكية موصلة نعم اذا ذهب ثبت هذا فنقول الامكان كالة للعاقل بها يعرف حال الممكن في ان وجوده على اي انحاء العروض يعرظ لي ما هي تقول الانسان موجود ولا ينظر في كون الامكان موجودا او معدوما او جوهرا او عرضا او واجبا او ممكنا يعني ينظر الى الصورة بما هي موصلة الى الخارج. ثم اذا نظر في وجوده او امكانه او وجوبه او جوهريته او عرضيته. اكتب تحت هذه العبارات انحاء الوجود. لم يكن بذلك الاعتبار امكانا لشيء بل كان شأنا نفس بل كان عرضا في محل هو النفس. النفس في مرتبة التعقل يعني العقل وممكنا في ذاته ووجوده غير ما هي تكتب هنا غير ماهيته يعني غير البعد الكاشفي يعني هناك ان لا نرى النار بما هي كاشفة للنار الخارجية. هناك تختفي النارية تنقلب ماذا الشأن النفسانيين يعني تنقلب علما في الواقع جوهر غزالي كيف نفساني ويأتي الاشكال كيف يندرج شيء واحد تحت مقولة جوهرية ومقولة عرضية. هذا الاشكال بنيوي خلط اه المستشكل في البنية فالامكان من حيث لا يوصف بكونه موجودا او غير موجودا غير موجود. فالامكان هنا انا في تصوري هذا خلط بياني خلط بياني ليس الامكان يعني من يتصف بالامكان يعني الطبائع الانسان الماء الذهب الشمس القمر الفلك هي التي تتصف بالوجود ليس الإمكان ليس الإمكان الإمكان هو اللا اقتضاء لا تقتضي الوجوب ولا تقتضي العدم ان كان هنا مقصود الطبائع انسان فلك شمس ماء ذهب وهكذا. فالامكان من حيث الامكان لا يوصف بكونه موجودا او غير موجود او ممكن او غير ممكن. واذا وصف بشيء من ذلك لا يكون حينئذ امكانا. بل يكون له امكان اخر</w:t>
      </w:r>
    </w:p>
    <w:p>
      <w:r>
        <w:t>تضر العقل والامكان امر عقلي اما العقلي نعم اعتباري اما العقل يكتب تحتها اعتباري. فهما فهما اعتبر العقل للإمكان المهية ووجودا حصل فيه امكان ولا يتسلسل نعم ينقطع بل ينقطع عند الانقطاع الاعتبار وهذا حكم جميع الاعتبارات العقلية من الوجوب والشيء او الحدوث وغيرهما من ثواني المعقولات هذه وهذا حكم بجميع الاعتبارات عمل تحتها خط احمر تا يبين لك المسألة ابي المسألة جيدا لان عبارات العلامة الحلي قديس سره مغلق عندنا طبيعة الانسان الشمس القمر الفلك الذهب الماء الالماس لا يهم هذي الطبائع المخلوقة تقول ممكنة يعني حملت على الإمكان ما معنى? يعني لا تقتضي الوجود ولا تقتضي العتاب. وهذا هو مصحح الخالقين فكيف يخلقها الله تعالى? اذا لم تكن اذا لم تكن بهذا اللا اقتضاء لانها اذا كانت موجودة غنية واذا كانت معدومة لا تقبل الوجود من العدم لا يقبل العدم اجتماعا نقيدا فإذا هي لا تقتضي الوجود ولا تفقد العذاب لا تقتضي الوجود ولا تقتضي العدم هو الامكان لاحظت ولهذا قلت لكم الإمكان هنا بمعنى الطبائع قد يقول لك قائل شيخنا لماذا انت تفسره بالطبع تسره بالامكان. جاي سلمنا  فسرنا بالامكان ما هو يعني اللا اقتضاء وقلت لكم كل المواصفات قاعدة كل المواصفات التي تأتي بعد الطبائع كلها معقولات ثانية حتى الاعداء معقولة ثانية يعني تأتي الطبيعة ان انسان وقل ممكنة عقلنا الطبيعة في الرتبة الاولى ثم عقلنا الامكان في الرتبة الثانية هذا الامكان لا اقتظاء لا تقتظي الوجود ولا تقتضي العدم. يمكن ان يتصف بالامكان خذها قاعدة قاعدة بنيوية الحيثيات لهويت لها حتى نقول تقتضي الوجود او لا تقتضي العدم تقول شيخنا اذا لا تقتضي الوجود ولا تقتضي العدم كالطبائع طبق المخلوقة انسان بقر شمس ذهب هذه الأمور طبائر مخلوقة المخلوقات اذا لم تتصف بالامكان فكيف هي تكون في متن الواقع نقول تنوجد بوجود الطبيعة بجعل واحد ليس بجعل تركيبي بقول العلماء بجعل بسيط يعني لا نأتي الى الانسان نحققه نعطيه هوية تحققية ثم يأتي بعد ذلك اه الإمكان الوحدة والمخلوقية والمعلولية لا لا لا ابدا يعني بمجرد ان يخلقه الله تعالى بخلق اولي تأتي هذه المواصفات معه. لماذا? لأن لا هوية لها وانما هو بنحو هو بنحو يعني اذا نظرت الى الانسان باعتبار علته تقول مخلوق بلسان ديني معلول بلسان فلسفي اذا نظرت الى التوحد وعدم الكثرة تقول هو هو بحيثيات متعددة. اذا هذه الحيثيات يعني المعقولة الثانية التي اذا عوقلت تسمى المعقولة الثانية. اذا تكلمنا بالبنية الذهنية نسميها المعقولة الثانية. اذا تكلمنا بالبنية التحققية يعني الوجود. نقول حيثيات. هذه الحيثيات في هويتها وجود رابط لا هوية لها حتى نقول ممكنة او تقتضي الوجود او تقتضي العدم. هذا الوصف للطبائع وليس للحيثيات لان الحيثيات كمسألة بنيوية لا هوية لها حتى نقول ممكنة فلا يكون الامكان ممكن ولا يكون الامتناع ممتنع ولا الوجوب وجوبا. لا لا هذه المواصفات لا تأتي. ولا نقع في التسلسل. لماذا? لان في الاصل هوية لها لهويتها لعلامة يقول اذا كان للامكان امكان ولإمكانه امكان نقع في التسلسل. قلت لكم الحيثيات اذا تمكنت تسلسلت اذا عطيتها هوية كالطبائع المخلوقة مخلوقات الله الانسان الشمس والماء فحتما تتسلسل لماذا? الوحدة لها كيان مستقل فتتوحد وحدتها تتوحد وحدتها تتوحد يلزم مليار وحدة فكذلك الامكان حيثية يعني حيثية يعني الطبيعة لا تقتضي الوجود والعدم. يعني الطبيعة من النحو انحو وجود وليس متن وجودي فاذا الامكان تمتن وصار مستقل عن الطبيعة الانسانية. هذا ليس واجبا وليس آآ ممتنعا. فيكون ممكنا. الامكان فليتمتن يعني يكون واقعيا مستقلا. فيكون ممكنا. كم ممكن في المتن مليار هذا هو التسلسل شيخ الاشراق اسس لقاعدة ذهبية الحيثيات التي لا هوية لها اذا صارت لها هوية مستقلة تتسلسل اذن لا يمكن اتصاف الإمكان بالإمكان ولا الوجوب بالوجوب ولا الإمتناع بالإمتنان ولا الوحدة بالوحدة ولا الكثرة بالكثرة لأن هذه ليست لها هويات واقعية حتى تتصف بالعكس بالعكس تماما لا هو يتلهجونات ربطية تقول كيف تنولد? اقول لك تنوجد بالوجود البسيط. يعني اذا اوجد الله تعالى الشيء كانت معه الوحدة والمخلوقية وكل الاعراض. الاعراض الذي تصور عكس هذا هو يتصور ان هذه الحيثيات متون مستقلة ستلتصق بالطبائع فاذا كانت مستقلة قبل التصاقها بالطبائع الامكان ماذا يكون? يكون ممكنا وان كانه ممكنا ويلزم التسلسل واضح الان? اذا يمكن قراءة العلامة الحلي بهذه العبارة الإمكان ونقصد به الطبائع التي تقبل الوجود والعدم او لا? هذه مقاربة او لا قراءة اخرى تأويلية ما هي? الامكان هنا لا يقصد بالطبع يقصد به تلك الحيثية ونقول تلك الحيثية لا هوية لها مستقلة فلا يمكن ان تتصف بالامكان حتى نقع في التسلسل وهذه قاعدة لجميع الحيثيات واذا تكلمت بالبنية الذهنية هذه هذه خاصية لجميع المعقولات الثانية لا تخلط فرق بين الحيثية والمعقول. المعقول يوصلك الى الحيثية. حيثية في نفس وليس في الذهن في الذهن معقولية معقولية. يعني عندي مفهوم الوحدة وعندنا الوحدة الذي يتصف بالوحدة الذي يتصل بها اللطح حنا الوحدة الحقيقية يعني الحيثية وليس بالله تعالى يتصف بمعقول الوحدة. بمفهوم الوحدة. هذا غير معقول. نعم فالامكان من حيث هو امكان. اكتب تحت من حيث الامكان حسب القراءة الاولى. القراءة الثانية ان الامكان كحيثية. من حيث وامكان. يعني كحيثية بحيثية التي لا متن لها لا واقعية مستقلة لها. لا يوصف بكونه موجودا او غير موجود او ممكنا او غير ممكن اصلا هناك المواصفات سالبة بانتفاء الموضوع. سرها ما هو? لان الحيثيات ليست متنا. المتن الذي يتصف. تقول الانسان ممكن. الانسان مخلوق. الانسان معلول. واذا وصف الامكان اكتب تحته وذو وصف بشيء يعني كل الحيثيات اذا وصف بشيء من ذلك يعني تقول الامكان ممكن ان كان متأخر ان كان متقدم لا يكون حينئذ امكانا بل يكون له امكان اخر يعتبره العقل والامكان امر عقلي نعم فمهما اعتبر العقل للإمكان ماهية يعني متنا مستقلا واقعيا ووجودا يعني يتصل بالوجود حصل فيه امكان امكان امكان ولا يتسلسل لماذا لا يتسلسل بل ينقطع عن قطع العادي لأن الحيثيات لا تتصف الاتصاف بالطبائع الخلقية وليس للحيثيات وها هكذا وهكذا حكم يؤسس يؤصل لقاعدة كل كل الحيثيات لا تتصف بشيء لان لا هوية لها. الان اتضح المطلب جيدا اه لان الفلسفة تطورت كثيرا وهكذا يعني القاعدة الكلية حكم جميع الاعتبارات العقلية كتب الاعتبارات العقلية هادي الاعتبارات العقلية يكتب تحتها حاشية يعني الحيثيات تقول شيخنا الحيثيات وقائع يعني في متون الاشياء نعم نقول الاعتبار في العقلية يعني نعتبر لها كيانا مستقلا حتى نفهمها اذا اعتبرناه كيان مستقلا لا تصف بشيء. لان ماذا ليس لها هوية مستقلة? هوية بالاعتبار. فقط جميع الاعتبارات العقلية. اعطني مصديق من الوجوب والشيءية والحدوث والمخلوقية والعلم والمعلولية والعلولية والتقدم والتأخر من بيانها من ثواني المعقولات يعني من المعقولات الثانية</w:t>
      </w:r>
    </w:p>
    <w:p>
      <w:r>
        <w:t>داك الزمان ما كان التفكيك بين المعقول المعقول الفلسفي والمعقول المنطقي نعم اذا اذا قلت الانسان ممكن لا يكون امكانه ممكنا وامكان الممكن ممكنا وان كان ممكن اه ممكنا فيلزم التسلسل لا ابدا. طبيعة الحيثيات لا تتصف بشيء اذا هذا الامكان ممكن ينقطع في الرتبة الاولى يقول الانسان ممكن وتسألني والامكان يعني المحمول ممكن انها توقف لماذا? لانه لا هوية له. ولهذا العقل يستطيع ان يوقف ذلك التسلسل. لماذا? لانه سالبة بانتفاء الموضوع قال وحكم الذهن على الممكن ممكن اكتب تحتها تحتها الطبائع الاشياء. بالامكان اعتبار عقلي. فيجب ان يعتبر العقل مطابقة فيجب ان ان تعتبر مطابقة تعتبر تعتبر فيجب ان تعتبر مطابقته لما في العقل ان شاء الله يأتي بالتفصيل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