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ووفقنا الله تعالى لما فيه الخير وصلنا معكم الى هذه الفقرة قال وحكم الذهن على الممكن بالإمكان الممكن هنا الطبائع طبائع مخلوقة شجر بقر ماء ذهب اذا حكم الذهن في نشاطه المعرفي على هذه الطبائع بالامكان يقول الانسان ممكن القمر ممكن الذهب ممكن وهكذا اعتبار عقلي فيجب ان تعتبر مطابقته لما في العقل الإمكان ما هو الإمكان هو اذا قسط الطبيعة الى الوجود يعني عالم التحقق والى رفع هذا التحقق تجدها لا تنتمي الى هذه الدائرة لا تنتمي الى هذه الدائرة هي تنتمي الى مبنى الهوية. الانسان انسان لا موجود ولا معدوم ولا يقتضي بذاته الوجود ولا يقتضي ذاته العدم اذا جاء الوجود بامر خارجي. واذا ارتفع من الوجود بامر خارجي اذا نقيس الطبيعة في دائرة مبدأ الهوية نجد هناك لا وجود ولا عدم وهذا يسمى اللا اقتظاء. فنقول ممكنا هل هناك ما هي في متن الواقع? وهناك صفة الامكان لها لا هذا كله تحليل بنيوي يعني الطبيعة في هويتها لا علاقة لها بالوجود ولا بالعدم. كان واجد يمكن اذا توفرت كل اسباب الايجاد لا تنوجد يمكن اذا لم تتوفر موجبة رفع الوجود. هاي المسألة اذا قوله اعتبار عقلي معناه نحن في دائرة مبدأ الهوية ونلاحظها فنجدها لا هي موجودة ولا معدومة. لا تقتضي بذاتها الوجود ولا تقتضي بذاتها العدد اذا هذه المسألة ليست مسألة واقعية حتى نبحث عن المعية في اي صقع وفي اي مرتبة وحمل عليه الامكان في مرتبة من باب القضايا التي تحكي الواقع كالانسان عالم. هذه القضية كالانسان عليم يجر لكن انا اتكلم على الجملة كنقول كالانسان علمون يعني بين قوسين هادي قضية تحكي تحكي عن واقعية خارجية يتشخص في طه وهذا طه له صفة العلم اما الانسان ممكنون الشمس ممكنة القمر ممكن ليس من هذا السلخ نعم قضية معيارية وحكم الدين على الممكن يعني هذا الحكم ليس من باب الحكم الذي يحكي الواقع ليست قضية ادراكية على الممكن يكتب تحتها الطبائع المخلوقة انسان ما فلك شمس بقر قمر بالامكان يعني تقول الانسان ممكن يعني لا يقتضي الوجود ولا يقتضي العدم بذاته اعتبار عقلي هذا معناه ليس ان المسألة في العقل لا يعني العقل يحيط بهذه البنية ان الطبائع في حد ذاتها لا موجودة ولا معدومة اذا ارادت ان تتحقق تحتاج الى علة اذا رفعت من الوجود تحتاج الى علة فيجب ان تعتبر مطابقتها لما في العقل. اصلا مطابقة غير موجودة. سماحة الشيخ لأنه هو بنى علينا قضية الماهية ممكنة بنى على انها قضية ادراكية فنذهب الى المطابقة لا مبدأ الهوية في ذات مبدأ الهوية هناك ما فيه مطابقة. المطابقة اذا انتقلنا الى مبدأ الجواريع هناك تأتي المحمولة تقول انسان عالم والانسان نائم والانسان جالس الانسان جاهل الانسان كفور الانسان مؤمن. هناك تبحث عن المطابق اذا قوله فيجب ان تعتبر مطابقته لما في العقل اصلا مطابقة غير موجودة سالبة بانتفاء الموضوع. لماذا العلامة الحين لي او المحقق التونسي يقول هذا الكلام? لان المسائل لم تكن واضحة ذلك الوضوح في ذلك الزمان. نحن نعيش عصر طبعا طورت فيه الامور جيدا. الدين تشرح واتضح. اقول قد تقدم مواضع اعتبار المطابقة و اه عدم المطابقة والامكان يعني الكلام عن نفس الامر والامكان يعني هذه الحيثية ان الطبيعة لا تقتضي الوجود ولا تقتضي العدم يعني لا اقتضاء والامكان اذا اعتبر فيه المطابقة فيجب ان يكون مطابقا لما في العقل لانه اعتبار العقل على ما تقدم لا ليس اصل المطابقة غير موجودة قل ايها العلام اقول يجب ان نبحث هذه المسألة في مبدأ الهوية مبدأ الهوية الطبيعة لم تنزاح الى اي محمول الانسان او لسانه اذن اين الواقع ما عندنا واقع حتى نبحث عن المطابقة وعدم المطابقة. نعم. اذا زاحت انتقلت الى المحمولات التي تناسبها تقول الانسان عالم الانسان كاتب انسان نائم الانسان يمشي هادي المحمولة التي تأتيه نعم هناك نقول في مطابق او غير مطابق اما في مبدأ الهوية الانسان انسان هناك فقط نركز على الانسان لا نجد اي حيثية من الحيثيات فنقول ما هي لا تقتضي لا الحيثية ولا نقف الحيثية يجب ان نفهم المسألة هكذا. نعم المسألة الثالثة والاربعون في ان الحكم بحاجة ممكنة الى المؤثر ضروري ضروري هنا يعني بنيوي يعني بنيويور اذا كنا في البنية في البنية آآ هناك نحن في متن الضوء يعني في متن الضرورة طبيعة انسانية لا تقتضي الوجود ولا تقتضي العدم. تريد تنتقل الى مبدأ الجوهرية اما بالوجود او بحيثية غير الوجود. هل هي بسيطة وهل هي مركبة? تقول الانسان موجود يعني متحقق في متن الواقع الانسان عالم متحقق في مثل الواقع وزائد اه اه صفة العلم هناك نسأل عن المطابق نعم الان انتقال الماهية من مبدأ الهوية الى الوجود او حيثيات بعد الوجود كالعلم والقدرة والارادة والمشوى وومن مواصفات يقولون لا يمكن ان تنحاز الماهية او تنتقل الماهية الى المواصفات التي لها علاقة بالواقع الا بعلة والا يلزم الانقلاب ابدا نعم اذا كنا في ذات الوجود نقول الانسان وجود تقيدت بالوجود يعني عندها حيثية تقليدية و لها علة افاضت عليها الوجود هذه الحيثيات اما انها لوحدها تنقلب وجودا او تنقلب علما هذا لا يمكن هذا لا يمكن مسألة بنيوية يقول هنا يشير الى حيثية البنية آآ بالضرورة قال والحكم بحاجة الممكن بحاجته لماذا? الى العلة طبعا الى المؤثر ظروري ضرورية الصلاة ضرورية جدا ثم تقول ما هي هذه العلة? مسألة اخرى ذبحت فلسفي المهم الطبائع التي تخرج الى دائرة الوجود وحيثيات الوجود من علم وقدرة ومشي ونوم الا بمؤثرين لا يمكن ان تخرج من مبدأ الهوية الى خارج مبدأ الهوية بدون مؤثر ثم قد يقول قائل لماذا المسألة خفية? لان البعض يقول هذا ناشئ من التصور لان الخفاء قد يكون في البعد التصوري يعني لم نتصور المسألة في بعد مبدأ الهوية ذاك التصور الصحيح وقد يكون الخلل في التصديق وحقق التوصية اقول هنا الخلل في التصور لم نتصور المسألة جيدا. وبالتالي لم نفهم هذه المسألة ان كل ممكن اذا خرج الى التقيد بالوجود او بحيثية من الحيثيات تحتاج الى مؤثر وخفاء التصديق يعني هذا الفهم والمسألة ليست تصديقية اصلا ليس من صنف التصديق لخفاء تصوروا تصوري غير قادحين يعني لا يعني ان المسألة باطلة لانك انت توقفت في التصور لا لان المسألة قد نتوقف في التصديق لا نفهم الدليل ومرة لا نتصورها قبل الوصول الى التصديق اقول كل عاقل نعم ان كان له عليه الخاصة يعني عاقل يفهم</w:t>
      </w:r>
    </w:p>
    <w:p>
      <w:r>
        <w:t>اذا تصور الممكن الممكن يعني الانسان الشجر الماء  اذا تصور الممكن ما هو يعني الطبيعة الانسانية وهذه الطبيعة تقول لا تقتضي الوجود ولا تقتضي الا وجود لا تقتضي العلم ولا تقتضي اللا علم كل عاقل اذا تصور الممكن ما هو الاحتياج الى المؤثر حكم بنسبة احدهما الى الاخر حكما ضروريا. اصلا الحكم غير موجود هنا ليس الحكم بمعنى التصديق حمل المحمول على الموضوع لا يحتاج معه الى برهان خارج عن دائرة البرهان لانها ليست قضية ادراكية وخفاؤ هذا التصديق اصلا ليس بتصديق عند بعض العقلاء يعني عند بعض الناس لا يقدح في ضروريته في بنيويويته. لماذا? لان الخفاء في الحكم يسند الى خفاء التصور لا لخفاء في نفسه يعني الحكم ضروري ولكن انت لم تتصور الاطراف لم تتصور في الطبيعة الانسانية ان في دائرتها لموجودة ولا معدومة ولا عالمة ولا عالمة. فاذا اتصفت بهذه المواصفات تحتاج الى مؤثر اعطى هذه المواصفات. هذه المسألة بنيوية. تصورها جيدا تفهم. ولهذا اذا اذا مثلت للمتشكك يعني المتردد في المسألة يشك فيها في هذه القضية اصلا ليست قضية ادراكية قضية معيارية حال الوجود والعدم بالنسبة الى المهيأ بحال كفتي الميزان قلت لكم يعني انت الان عندك كفتان الميزان لا يترجح هذا على هذا الا بأمر خارجي وان وانهما كما يستحيل ترجح احدى الكفة على الاخرى بغير مرجح خارج عن الكفة كذلك اللموم كينون متساوي الطرفين يعني الانسان الذي لا يقتضي الوجود ولا اللا وجود لا يقتضي العلم ولا لا علم متساوية الممكن المتساوي الطرفين حكم بالحاجة الى المؤطر يعني الطبيعة الانسانية اذا ارادت ان تتلبس بالوجود تحتاج الى علة يتلبس بالعلم تحتاج الى المسألة بنيوية نعم قال والمؤثرية امر اعتباري نعم هذا اه جواب عن اشكال مداخلة تنقض على اصل البنية هذه البنية باللغة الحوزاوية دفع دخل مقدر نعم دفع اشكال دفع توهم نعم والمؤثرية امر اعتبار عقلي. المؤثر يعني حيثية  مثلا كون الله تعالى مؤثرا والله متن الواقع خارجي نهاية الكمال المؤثرية متن بجنبه ام حيث حيثية المؤثرية للعلية نعم ذلك الشأن الذي يتصل به الله تعالى حين ايجاد المخلوقات المؤثرية. مؤثر علة سبب هذه ليست متنا مستقلا وانما هي شأن الهي فتكون اعتبار عقلي يعني العقل يعتبرها مستقلة حتى يفهمها في دائرة والا هي في متن الوجود الالهي اذا المؤثرية لا يمكن ان تكون متنا خارجيا حتى يأتي الاشكال هذه المؤثرية اذا كانت متنا فهي كذلك تكون ممكنة فتكون مخلوقة ويلزم التسلسل. اقول هذا جوابهم عن سؤال اورده بعض المغالطين على احتياج ممكن ان يؤثر. كيف? وتقرير السؤال. يقرر على منح للسؤال ان الممكن يعني الانسان مثلا لو افتقر الى المؤثر يعني الى علة تعطيه الوجود او تعطيه العلم. هل هي بسيطة وهل هي مركبة? انسان موجود او الانسان عالم لكانت مؤثرية المؤثر يعني كون الله له هذا الشأن انه يفيض يفيض الوجود على الانسان او العلم على الانسان لكانت المؤثرية المؤثر في ذلك الاثر ان كان وصفا ثبوتيا في الدين من غير مطابقة للخارج لزم الجهل يعني عندنا مفهوم المؤثرية ومفهوم المؤثرية ليس له مطابق خارجي وفي ذهني المغالط ان المؤثرية لها متن خارجي. يعني الحيثيات يعطيها التمثل. وقلت لكم القاعدة الذهبية. كلما تمكنت الحيثيات تسلسلت. يعني كلما كانت الحيثية واقعية سلسلة الحيثيات وجودات رابطية يعني لا هوية لها وانما هي الذات متشائمة بها نعم انا الان جالسون. هل الجلوس يمكن ان يكون متنا بجنبي ابدا? انا بنحوين انحاء الوجود تعينات الوجود من حيث الجلوس يعني حيثية المغالط لا زال ذهنه لم ينضج في فهم الواقع الخارجي كيف يتجلى لنا ان كانت وصفا ثبوتيا في الدين فقط. يعني مفهوم بدون متعلق من غير مطابقة الخارج لزم الجهل. يعني انت تتكلم في اللا شيء في الجهل يعني تثبت مؤثرية لا واقعية لها. فهذا هو الجهل. الجهل المركب ولانها ثابتة قبل الدين ويستحيل قيام صفة الشيب غيره نعم الصفة دائما تتبع الموصوف وان كانت بمطابقة الخارج او كانت ثابتة في الخارج مغايرة للمؤثر يعني متن زائد على الفاعل على الله تعالى مثلا وعلى الاثر لان نسبة بينهما لازم التسلسل وهو محال لاحظت يعني لم يفهم هذه القاعدة الذهبية التي اكتشفها لا اقول اكتشفها نقول قررها جيدا شيخ الاشراق وهي ان التعينات والحيثيات وانحاء الوجود وو كلها وجودات ربطية لا هوية لها الهوية على هذا يعني مبنى المشة الذات المقدسة او هي هادي هوية لا حد لها جواهر واحد فقط كل ما يعرض ذات المقدسة والجواهر والاعراض كلها حيثيات وجودات ربطية لا هوية لها ابدا لا هوية لها ابدا نائبا ليست لها متن خارجي اذا قلت ليس لها متن خارجي فالمفهوم لا يحكي شيئا جهل نقول لا يحكي تعين لذات تعين لواقعية من الواقعيات فرق بين المفهوم لا يحكي شيئا جهل يحكي وجودا ربطيا يعني يحكي امورا لا تمتن واقعي لها الا انها هي تعينات اشياء مثلا انا الان جالس تقول الشيخ جالس الشيخ متن واقعي جوهر جوهر انساني. الجلوس هذا المغالط يتصور ان الجلوس بجنب هكذا متن واقعي بجنبي. ثم مفهوم الجلوس يحكي مطابق الواقع. هذا علم ليس بجهل لا يفهم ان الجلوس هو نحو من انحاء وجودي انا ويحكى في هذه الدائرة وليس كمتن خارجي جهل هذا جهل المفاهيم كيف تحكي الواقع وبتقديري تسنيمه فهو غير معقول لان التسلسل انما يعقل لو فرضنا امورا متتالية الى غير النهاية نعم هذا هو التسلسل الباطل. وذلك يستدعي كون كل واحد منها متلوا بصاحبه. الوحيد بعد واحد وانما يكون متلوا بصاحبه لو لم يكن بينه وبين متلوه غيره. يعني تأتي التسلسل لا فاصل بين الشيء والمتكرر يعني وجود وجود وجود وجود جلوس جلوس جلوس جلوس هكذا هذا هو التسلسل لكن ذلك محال لأن تأثير المتل في التالي متوسط بينهما لان ذلك لكن ذلك محال لماذا? لان تأثير المتلو في التالي يعني تأثير المتلو يعني تخيل انت الأول والثاني. الثاني يؤثر في الثالث متوسط بينه وقد كان لا متوسط وهذا خلف يعني يريد يقارب التسلسل ليس هكذا المقاربة. المقاربة ان التسلسل لا يتشخص الوجود واذا لم يتشخص الوجود يعني الواقع ارتفع ما عندنا واقعية نعم هذا هو المقاربة للتسلسل العلامة الحلي وليست المؤثرية. المؤثرية ما هي? تلك الحيثية او النحو. يعني كون الذات المقدسة كمثال ممكن تطبق على النار. كون الذات المقدسة بنحو تجعل الموجودات تصدر عنها هذا النحو ليس متنا حتى يتمتن ويتسلسل لا. نحو وجود الذات المقدسة وليست المؤثرية يعني تلك الحيثية عدمية لانها ناقضن مؤثرية المحمولة على المعدوم والمحمول على المعدوم عدم ونقيض العدم ثبوت فالمؤثرية ثبوتية لاحظت كيف يفهم المسألة يفهم المسألة ان الحيثيات موتوا الواقعية. واذا تحققت تسلسلت نشوف العلامة كيف يجيب</w:t>
      </w:r>
    </w:p>
    <w:p>
      <w:r>
        <w:t>يعني هذه المسألة واضحة في ذلك الزمان ام لا? لان المستشكل يتكلم في تلك الرؤية ان كل ما في الدين يجب ان يكون له متن مستقل لا اله الا الله محمد رسول الله. يعني انا هنا عندي ثنائية ذهنية تقول الشيخ جالس كمثال في الدين ثنائية يجب ان تكون ثنائية متنية في الخارج ثنائية متينية واقعية يعني للشيخ متن وللجلوس متن ثم نسأل هذا الجلوس جلوس الابناء تقول جلوس فله متن فيأتي التسلسل شوف العلامة ماذا يقول وتقرير الجواب ان المؤثرية امر اضافي امر اضافي يكتب وجود ربط ووجود ربطي. يعني مضاف لمن للفاعل يعني ليس له متن واقعي يعني نسبة هذه النسبة الآن اصطلاحا تسمى الوجود الرابطي. وجود ربطي يعني مربوط بغيره منوط يثبت في العقل يثبت في العقل لا يثبت في العقل ابدا العقل لا تأتي الواقعية فيه. يعني كون الله تعالى مؤثرا في عقلك لا ابدا يثبت في العقل دقق جيد. يعني العقل يفهمه بنحو الاستقلال. ويقول المؤثرية اما في الواقع الخارجي ليس لها استقلالية مؤثرية وانما هي نحو وجود الذات الالهية يثبت في العقل عند تعقل متى? صدوره. الاثر على المؤثر. نعم. يعني يأتي العقل ويتأمل في الذات المقدسة. لها نحو وجود ما هو انه تصدر عنها الاشياء فيكتشف حيثية ثم هذه الحيثية لمن? يوظيفها المقدسة. يعني وجود ربطي ليس لها هوية مستقلة فكلام العلامة الحلي جدا دقيق لكن يجب ان نفهمه كذلك دقيقا فالمؤثرية موجودة في العقل مؤثرية شأن الهي لا لا تثبت في العقل. اذا ما معنى تثبت في العقل? يعني العقل يلاحظها في الذات المقدسة يجعلها مستقلة بالادعاء حتى يفهم العلية والمؤثرية لوحدها. بمعزل عن الذات المقدسة متى العقل يدرك هذه الحيثية? عند تعقل ماذا? عند تعقل صدور الاثر عن المؤثر يعني اذا نسبنا الذات المقدسة الى المخلوقات نقول الذات مؤثرة والمخلوقات متأثرة فان تعقل ذلك يعني هذه النسبة يقتضي ثبوت امر في العقل. لا لا يثبت في العقل. مقصوده هنا ليس المؤثرية تكون في العقل. مقصوده ان العقل يكتشف حيثية ويعطيها بالادعاء حتى يفهمها لوحدها فقط هو المؤثرية كما في سائر الاضافات يعني في سائر النسب والوجودات الربطية واضح الآن? نعم. اذا اذا انت فهمت في العقل مفهوم المؤثرية مفهوم المؤثرية يحكي تلك الحيثية هل بالظرورة اذا حكاها تكون عندها متن مستقل? لا ابدا ليس بالضرورة ليس كل حكاية تستدعي متنا مستقلا. قد تستدعي وجودا رابطيا نعم وعدم مطابقته للخارج. من? يعني مفهوم المؤثرية لا يقتضي كونه جهلا يعني اذا لم تكن المؤثرية متن مستقل يعني يلزم ان مفهوم المؤثرية لا مطابق له. لان الجهل يلزم لو حكم بثبوته في الخارج يعني اكتب في دبرهم الخرج يعني كمثل مستقل ولم يثبت في الخارج كما في المستقل. وانما ثابت كوجود ربطي كوجود ربطي العلم الحلي هذه المسألة لم تكن واضحة في ذلك الزمن. يقول ثابتة في العقل. لا ليست ثابتة في العقل العقل نشاط ادراكي ولا علاقة له بالتكوينيات في دائرته لا تأتي التكوينيات في دائرته ولكن يعقلها اذا ولم يثبت في الخارج بالاستقلال وانما ثابت مندك في العلة يعني في الذات المقدسة وبين لكم المسألة بمثال اخر تتضح اننا نار وعندنا خشب حرقته الخشب مؤثرية واثرية. يعني انت عندك هنا اربعة متون يعني اربع واقعيات النار متن يعني واقعية والمؤثرية متن يعني واقعية والخشب مثنون واقعيا. والتأثر يعني التأثرية اربعة لا عندك النار فقط والخشب اما المؤثرية وجود ربط في النار يعني نحو من انحاء النار النار عندها انحاء متعددة مضيئة مم مدفئة اذا صح التعبير ومؤثرا والخشب له كذلك نحو متأثر عندنا مثنا فقط النار والخشب اما المؤثرية والمتعثرية هذه كلها حيثيات انحاء الوجود لا متن مستقلة. ومفهوم المؤثرية يحكي الواقع يعني ليس جهلا ومفهوم المتأثرية يحكي الواقع وليس آآ جهلا. مفهوم المؤثرة ماذا يحكي? يعني النار بنحو والمؤثرية مفهوم المؤثرة ماذا يحكي? الخشب بنحوين وتم الامر. وقوله والمؤثرية صفة قبل الدين. نعم يعني قبل الادراك وصفة الشيء وصفة الشيء يستحيل قيامها بغيره. نعم. يعني النار المحرقة الاحراق للنار فجوابه ان كون الشيء بحيث لو عقله عاقلون حصل في عقله اضافة. ما معنى حصل في عقله اضافة? يعني ادرك نسبة الوجود الربطي نعم لذلك الشيء الى غيره هو الحاصل قبل الاذهان. يعني الحيثية لوجود الربط قبل الفهم نعم لا الذي يحصل في العقل الذي يحصل في العقل مفهوم فقط فاذا ذلك يستحيل جوده قبل وجود العقل. يعني لا يمكن للمؤثرية ان ندركها بدون فعالية ذهنية. يأتي العقل ويعطيها متنا مستقلا. واقعية مستقلة. حقيقة بالإدعاء لماذا? للفهم. حتى يفهم المؤثرية في دائرتها. ليس في دائرة النار. ويدرسها مستقلة. يعني العلية وهل مهلولية مع قال والمؤثر يؤثر في الاثر ياك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