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والحمد لله سبحان الله الله يا الله والحمد لله الله يا الله سبحانه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ووفقنا الله واياكم لكل خير وصلنا معكم الى هذه الفقر قال والمؤثر يؤثر في الاثر لا من حيث هو موجود. ولا من حيث هو معدوم. المسألة بنيوية سهلة جدا اذا فهمتم هذه البنية تتضح المسألة قلت لكم متى تتعين العلة بالتأثير تفيض الوجود او تفيض صفة من صفات الوجود كالعلم وكالحياة او لا ترفع الطبيعة من الوجود يعني لم تكتمل كل مقومات العلة التي تعطي الوجود او الصفة اذا كانت الطبيعة في دائرتها مبنى الهوية. الإنسان مثلا الإنسان فتأتي العلة وتعطيه الوجود نتصور المسألة بهذه الكيفية فالعلة تفيض الوجود والوجود بوصفها علة علة تامة يصدر عنها ظروريا الوجود يكون معها ملازما لها لكن في مرتبة دالية اليس كذلك? لانه لا ينفك المعلول عن العلة لا ينفك اللي اثره على المؤثر والا فقد المؤثر عنوان المؤثرين هذه واضحة جدا فالتأثير في الوجود حين الوجود ليس حين مبدأ الهوية فاذا تعين وجود الانسان بعلته فهذا هو التأثير فالوجود حاضر مرتبط بعلته هذا فهم في فهم اخر لا يعني العلة تريد ان تفيض الوجود على الانسان يعني تحققه وهو موجود قبل المؤثرية قبل التأثير هذا يلزم تحصينه حاصل وكذلك المعدوم. اذا كانت العلة لم تكتمل  هنا الانسان مرفوع الوجود لا نقول انسان معدوم انسان معدوم يعني متلبس بالعدم لا مرفوع الوجود مرفوع التحقق طبيعة الحال ويبقى هذا رفع التحقق اللاموجودية دائما يلازم العلة الناقصة ما دام العلة لم تكتمل رفع الوجود هو المتعين هذا معقول مرة لا نفهم هكذا المسألة. يعني الانسان يكون متلبسا بالعدم ثم يأتي تأتي العلة تفيض عليه العدم غير معقول صوم التلبس بالعدم لا معنى له وافاضة العدم لا معنى له. لان العدم في كل مراتبه لا شيء بطلان محض نعم اذا العلة لا تفيض الوجود للموجود تحصيله للحاصل ولا تفيض العدم للمعدوم لانه ماذا? مستحيل وتحصيله للحاصل وانما هي تفيض الوجود ليس للموجود تفيض الوجود وهذا الوجود قائم بها دائما معها الا انه في رتبة ادنى لان المعلول في نظام التكوين ادنى من علتي نعم لان الضعيف لا يفيض الاقوى. الاقوى يفيض او ضعيف. قال والمؤثر يعني الذي يعطي الوجود او يعطي العلم مثلا او الحياة يؤثر في الاثر لا من حيث هو موجود من حيث موجود هو هذا راجع الى الاثر لا من حيث الاثر موجود. لماذا? لان تحصيل العلم حصر ولا من حيث هو معدوم لان المعدوم لا يقبل الوجود نعم هذه واضحة جدا. اقول هذا جواب عن سؤال اخر له. وتقر السؤال ان المؤثر اما ان يؤثر في الاثر حال وجوده او حال عدمه والقسمان باطلان حال وجوده تحسينه للحاصل حال عدمه يلزم اجتماع الناقضين فالتأثير باطل اصلا خالقية انتفت قالت لي انتفت اما بطلان الأول فهاد استلزامه تحصيل الحصر. الوجود تعطيه الوجود هو متشرف بالوجود واما بطلان الثاني فلان حال العدم لا اثر لا اثر فلا تأثير لان العدم لا شيء لان التأثير ان كان عند حصول الاثار عن المؤثر فحيث لا اثر فلا تأثير وان كان مغايرا فالكلام فيه كالكلام في الاول يعني تقرير الإشكال بطريقة جدا معقدة مشوشة الطالب لا يفهم هكذا متون نحتاج الى لغة تناسب الموضوعات نفهم الموضوعات جيدا يعني نفهم البنية والمبنى والبناء. البيان يأتي سلسا عميقا ورائعا وجميلا هذا يقول هكذا يقول الطبيعة حين الخلق اما موجودة او معدومة موجودة تفرض ماذا عليها? الوجود موجود هو تحصيله للحاصل نعم تفيض العدم? العدم موجود يعني العدم متكرر في ثبوته الادعائي فماذا تعطيه? تحصيل للحاصل فالخالق هي تنتفي  الإشكال البنيوي اين? هذا يتصور ان عملية الخلق عملية الخلق ان طبيعة هي اما متواجدة او معدومة اذا كانت متواجدة تحصله للحاصل اذا كانت معدومة وانت اعدمت تحصيل الحصر اعطيتها الوجود يلزم التناقض هكذا نفهم المسألة اما هذا هذا التصور خطأ نحن اذا دخلنا في عالم الفيض والاعطاء والخلق والايجاد نتكلم عن مبنى الهوية مبدأ الهوية يعني انسان وانسان لا يقتضي الوجود ولا يقتضي العدم. وبالتالي لا تحصد الحصر ولا يحزنون خروج هذه الطبيعة الى دائرة الوجود حقيقة او الى داءة العدم ادعاء. هكذا الكلام هكذا بيان المسألة. اما هكذا متاهات زائفة لا قيمة لها خلط في البيان الطالب حتى في المباحثة لا تتضح له الامور. اعيد التطبيق حتى يتبين لكم المسألة. المتن واضح جدا. المؤثر يعني الفاعل مفيد للوجود او مفيض العدم يؤثر في الاثر نعم من حيث هو موجود ولا من حيث هو معدوم بل من حيث انه لا يقتضي الوجود ولا يقتضي العدم. يعني ننظر الى مبدأ الهوية لا ننظر الى الواقع الواقع بعد. لم يتحصل شيء ثم العلة تفيض الوجود فت افطروا في الوجود ما دام هو وجودا رابطا وترفع الوجود يعني هذا هو العدم. هكذا نفهم الامور المستشكل فهم ان عملية الخلق ان الطبيعة موجودة خرجت من مبدأ الهوية الى دائرة الخلق. فاذا كانت موجودة اعطاؤه له وجود لا معنى له عبث تحصينه للحاصل واذا كانت معدومة تعطيها العظام تحصيلا للحصر. اذا كانت معدومة تعطيها الوجود يلزم اجتماعا الناقضين. هكذا نفهم المسألة. الجواب واضح جدا ننظر الى المهي ليس في ذات الخلق حتى تكون موجودة او معدومة. ننظر اليها الى مبنى الهوية. يعني في دائرة لا تقتضي الوجود ولا تقتضي العدان. فتأتي العلة تفيض عليها الوجود. او ترفعها من الوجود حسب الموجبات اقول هذا جواب عن سؤال اخر لهم. وتقرير السؤال. يعني قبل الجواب على من يحلي يريد يفهم الاشكال. ان المؤثر انما يؤثر في الاثر يعني في المعلول في المخلوق حال وجوده او حال عدم نبي علي دائرة بني النفي والاثبات. يعني المستشكل والمغالط والفهم البائس انه يتصور ان الطبيعة في دائرة ماذا? ظرف الخالقية. لا الطبيعة ليست في ظرف الخالقية. الطبيعية في طبيعة في هويتها. لا موجودة ولا معدومة. فيأتي التأثير والقسمان باطنان. لماذا? في حال وجودها يلزم تحصيل الحاصل في حال عدم عدمها اذا افضنا عليه العدم تحصيل الحاصل اذا افضنا الوجود عليها في حال العدم يلزم قبول العدم للوجود وهو اجتماع ناقضي فالتأثير باطلون. تحصيل الحاصل والعبث واجتماع الناقضين ثم يبين العلامة الحلي لماذا التأثير باطل? اما بطلان الأول يعني لماذا افاضة الوجود تحصيله للحاصل لان الطبيعة متلبسة بالوجود فماذا تعطيها انت فاستلزامه تحصيل للحاصل. يعني في نهاية السنة كرمنا مجموعة من الطلاب  مجتهدين ممتازين اعطيناهم شهادة تقدير وهدية مالية ثم ياتي المدير كان يشرب الشاي لم يكن في الجنازة كان مع صديقه يسولف في الدخل الى القاعة</w:t>
      </w:r>
    </w:p>
    <w:p>
      <w:r>
        <w:t>قال اعطوا هذا الجائزة وهذه الاكرامية المالية اللي عليك وما يمكن اعطيناه اعطيناه جائزة واعطيناه هذه الاكرامية المالية مرة ثانية يعني تحصيل حاصل نعم واذا كان كانت الطبيعة معدومة يعني الطبيعة الانسانية معدومة تعطيها العدم تحصيلها الحاصل هي بدائرة العدم من الاول لا تقل هي عدم اعطها الوجود. العبد لم يقبل الوجود اجتماع الناقضين اما الاول يعني في حال تلبسها بالوجود. فالاستلزام هذا التأثير تحصيل الحصر او لاستلزام هذا الامر تحصيل الحصر لهم واما بطلان الثاني يعني في حالة كون الطبيعة عدما. فلان حل عدم لا اثر يعني في لان حال العدم لا اثر سنسالب بانتفاء الموضوع فلا تأثير لان عدم لا شيء لان التأثير ان كان عين حصول الاثر عن المؤثر فحيث لا اثر يعني عدم فلا تأثير صرنا معنى للتأثير وان كان مغاير هذا لا تأثير كلام صحيح لماذا? لان اذا تكلمنا في ذات العدم ورفعنا الطبيعة من دار الوجود وكذا كلما جاز في مجاز نعم لكن استلام نتيجة باطلة خطأ وان كان مغايرا فان كان مرايا فالكلام فيه كالكلام في الاول يعني اه مغاير لما لا فلان حال عدم لا تأثير فلا فلا اصل فلا تأثير سالبة بنتي في الموضوع لان التأثير تعليل ان كان عين حصول الاثار عن الموفر فحيث لا اثر اصلا عدم لا شيء فلا تأثير. وان كان مغايرا يعني شيء غير العدم فالكلام فيه كالكلام في الاول. يعني تحصينه حصل وتقرير الجواب ان نقول الجواب مسألة بنيوية في حالة الخلق لا ننظر الى متن الخلق يعني الوجود ودائرة المجاز العدم. ننظر الى مبدأ الهوية طبيعة في دائرتي لا تقتضي الوجود ولا تقتضي العداء. لا تقتضي العلم ولا تقتضي اللعين. هكذا الجواب المغالط ماذا تصور صور الطبيعة في متن الخلق ثم يأتيها الخلق اذا كانت موجودة تحصيل الحصر اذا كانت معدومة تعطيها لعدم تحصيل الحاصل اذا كانت معدومة تعطيها الوجود يلزم اجتماع الموقف انشوف العلامة ماذا يقول? وتقرير الجواب ان نقول. ان اردت بحالي بحال وجود الاثر زمان وجوده فليس بمستحيل. زمان وجوده يعني حينا تعلقه بالعلة كاظافة صدورية نعم الوجود يكون هناك متقوم المؤثر والعلة هذا لا يستحيل فليس بمستحيل ان يؤثر المؤثر في الاثر في زمن وجود الاثر كاظافة صدورية لان العلة هذه هي القاعدة لان العلة مع المعلول لو قال بالعكس لو قال العلم المعلول مع العلة كان اجمل نعم لان العلة مع المعلول اكتب من حيث الاصدار والمعلول من مع العلة من حيث كونه صادرا تكون بهذه الصفة نعم يعني لا يمكن تصور الوجود والعلة تامة فهي تؤثر في الوجود نعم لكن هذا الوجوه المتعلق بها ليس له وهوية مستقلة متصل بالوجود ثم يلزم تحصيل الحاصل. لا وان اردت به مقارنة المؤثر للاثار الذاتية فذلك مستحيل. يعني كيف? يعني عندنا الانسان وجود مستقل له استقلال ذاتي بالوجود. ثم انت تعطيه الوجود. هذا تحصين للحصن مستحيل وانما يؤثر فيه لا من حيث هو موجود ولا من حيث هو معدوم هذا هو كلامنا البنيوي يعني في دائرة مبدأ الهوية هناك لا يقتضي الوجود ولا يقتضي الا وجود لا يقتضي العلم ولا يقتضي العلم الا علم ثم العلة تأتي وتدخله وجودا او تدخله عالما او لا تدخله كيف? اذا لم تتم تتم هذه العلة يعني الله تعالى عندو العلم ويريد ان يفرض عليك انت لم تجتهد لم تتحرك حتى تتحقق هذه الاظافة نعم قال وتأثيره في الماهية ويلحقه وجوب الاحق. نعم. تأثيره في الماء يكتب في الطبيعة في دائرة مبدأ الهوية حين تكون لا تقتضي الوجود ولا تقتضي العدم ولا تقتضي العلم ولا تقتضي اللعين. ثم اذا تحقق الانسان بالوجود او بالعلم فهذا الوجود يكون ظروريا الظرورة السابقة وبالظرورة اللاحقة فالانسان الموجود موجود بالظرورة هذه هي الضرورة بشرط المحمول او الضرورة اللاحقة او الوجوب اللاحق بيناه في المسألة. يعني المسألة هكذا عندنا طبيعة كالانسان لا يقتضي الوجود ولا يقتضي الا وجود. لا يقتضي العلم ولا يقتضي الا علم العلة تريد تعطيه الوجود تحققه فاكتملت بجميع مكوناتها افاض عليه الله تعالى الوجود لا للعلة التامة فتحق حين التحقق يحتاج الى الوجود لا تقل ضروري ضرورة بشرط المحمول والعدم مجاز في مجاز يعني اذا رفع الله تعالى الإنسان من دار الوجود نقول معدوما. يعني بالإدعاء والا ولا شيء يعني تكفي العلة لم تكتمل لرفع وجوده. اقول هذا جواب عن سؤال ثالث له وتقرير الجواب او الاشكال ان المؤثر اما ان يؤثر في المهية او في الوجود او في اتصاف المهية بالوجود والاقسام باثرها باطلة فالتأثير باطل ما شاء الله ظاهرا هذا الفقر الرازي. ظاهرا الفقر الرازي هذه الاشكالات لا تفهم الا بتشريح الدين. كيف يفهم الواقع? وكيف يصنع المفاهيم وهذه لا فلسفة ولا عقائد ولا فقه ولا اصول هذه فلسفة الدين انا في تصوري الطالب بعد ما ينضج الى مستوى السطوح يعني كمل المقدمات ويتهيأ التكوين العلمي بعد المقدمات يجب ان يدرس ميتافيزيقية الدين بعد يدخل الى المتون يفهم ان هذه المتون بنيت على ميتافيزيقية الدين وكل من خالف هذه الميتافيزيقية فهو زيف باطن لا قيمة له كما استشكل هنا فخر الرازي اذا كان الفخر الرازي انا اظن هو شبه يقين انه نعم شب يقين انه هو دقق في كلام المحقق الطوسي يقول وتأثيره في الماهية. نعم تأثيره في اي نعم تأثيره في الماء ويلحقه وجوب الاحق هذا بيناه  اه الآن انا اقرر الإشكال كما بينه الاعلام الحلي بالبنية الذهنية دققوا جيدا معي الطبيعة الانسانية قبل التأثير يعني قبل عملية الخلق اين موجودة? تقول خطأ شيخنا الطبيعة قبل الخلق لا تكون في دار الوجود ولا فداء في العدم. لاحظتوا هذا هو الاقتضاء يعني الماهية في دائرتها لا تقتضي الوجود وتقتضي العدد. هذا معنى ان العلة تؤثر في الماء. كيف? يعني تجعلها ما هي? لا مستحيل لأن مبدأ الهوية خارجة عن العلية والمعلولية. الإنسان إنسان مخلوق لا لا مخلوق لا معنى لهذه الأمور العلة ماذا تأتي? تأتي تدخل هذه الطبيعة في ذات الوجود. فتصير الطبيعة موجودة. يعني الانسان موجود. او الانسان العالم. هل هي بسيطة او هل هي مركبة لاحظتم كيف? هذا قول محقق التونسي العلة تؤثر في المهي. لا تجعل الانسان انسانا. هذا لا يمكن لان في مبدأ الهوية لا تأثير ولا لا تأثير وانما تحقق الانسان في متن الوجود. ثم يكون عالما حيا لا يهم هل هي بسيطة وهل هي مركبة? كلها بتأثير العلة اذا قول المحقق الطوسي ان العلة تؤثر في الماهية لا تجعل الانسان انسانا. وانما توجده تحققه ابن سينا عنده كلمة جميلة جدا ان اه آآ ان العلة لا توجد المشمشة مشمشة لا تجعلوا المشمش مشمشة. وانما توجده يعني تدخل في دار الوجود. هناك الآثار</w:t>
      </w:r>
    </w:p>
    <w:p>
      <w:r>
        <w:t>هذا معنى ان المؤثرية تكون في المائية ثم اذا تحققت وتلبست بالوجود لا معنى لايجادها من جديد لماذا? لانها متلبسة بالوجود. تحصيل للحاصل ضرورة الوجود ببركة العلة اذا قسناها الى العلة الموجبة الكاملة هذا يسمى الوجوب بالغير اذا قسناها قبل بعد التحقق خلاص انتهى. انتهت العملية وتحقق موجودة ام لا? تقول نعم موجودة بالضرورة. هذه الضرورة بشرط محمول. يعني الانسان الموجود موجود هون اوجود نعم. المستشكل يقول عندنا شقوق ثلاثة اما ان العلة تؤثر في المهية او تؤثر في الوجود او في الاتصاف اتصاف الماهية عن الانسان بالوجود تؤثر في الوجود يعني الانسان وجود فتؤثر فيه. هذا تحصينه للحاصل. اذا هذا الشق باطل تؤثر في الاتصاف الاتصاف ان الانسان لا يتصف بالوجود. الانسان يتحقق بالوجود في الآليات البسيطة ما في اتصاف في تحقق اتصاف مسامحة الانسان يتصف بالوجود لا الانسان يتحقق الاتصاف بعد تعين الموصوف اما الوجود يجعل الموصوف متعينا. حينها تأتي الاوصاف اذا لاحظتوا المسألة بنيوية? لا برهان ولا يحزنون. فقط تحليل البنية اذن الاتصاف لا معنى له حتى ينوجد الوجود للطبيعة الموجودة لا معنى لتنوجد. ان تنوجد لماذا تحصنه للحصر انما هي في دائرة ذاتها الانسان الانسان لا معنى ان تنوجد لماذا? لان الانسان انسان ما عنده علاقة بدائرة الخلق وعدم الخلق اذا المسألة كيف? هذه الطبيعة ندخلها في التحقق انتهى الامر يعلنها تصير طاردة للعدم في ذات المجاز نرفعها من التحقق انتهى الأمر لماذا? لان هي في ذاتها تقتضي لا تقتضي الوجود ولا تقتضي العدم. بالعلة تنوجد بالعلة ترفع. اذا هذا الاشكال ناشئ من عدم فهم ميتافيزيق في الدين كيف يفهم الاشياء وكيف يتعامل مع الاشياء والواقع. اقول هذا جواب عن سؤال ثالث له وتقرير هذا الجواب او الاشكال ان المؤثر يعني الفاعل اما ان يوفر في الماهية او في الوجود او في اتصاف الماهية بالوجود. الماهية هنا ضع المصداق الانسان. فيكون الكلام هكذا. ان المؤثر يعني الفاعل الخالق الموجد. اما ان يوجد يؤثر يخلق في انسان يعني الما هي الإنسانية او في الوجود او في اتصاف الماهية بالوجود. تقول الإنسان يتصف بالموجودية. والأقسام بأسرها باطلة فالتأثير باطل. جيد. كيف الأقسام? كلها باطلة. اما الأول فلان كلما بالغير يرتفع بارتفاعه لكن ذلك محال لان صيرورة الماية غير ما هي محال قلت لكم ان الانسان انسان خارج تخصصا عن دائرة الخالقية فالله تعالى لا يجعل المشمش مشمشا يخلق المشمش اذن في مبدأ الهوية الانسان هناك خالقية لا معنى لها. اذا هذا آآ المستشكل قال محال آآ مسألة بنيوية بنيوية. لا تجعل المشمش مشمشة تحقق المشمش. سلمنا جميل لان موضوع القضية يجب ان يتحقق حال ثبوت محمولها ولا تحقق للمالية حال الحكم عليها بالعدم او بالوجود. صحيح? لماذا? لان في مبدأ الهوية. لا يمكن للعلة ان توجد المشمشة مشمشة او الانسانة ينسا. لماذا? لان هناك لا يتصور الخلق الخلق يتصور في الوجود يعني تلبس طبيعة بالوجود واما الثاني الوجود فلأنه يلزم ارتفاع الوجود عند ارتفاع المؤثر ويلزم ما تقدم من المحال آآ يقول اذا تحقق الوجود يلزم اشكال لماذا? لان العلة بعد تمت وظيفتها وعليه يعني تنصرف خلاص اوجدت الوجود وما بقي لك فاين المؤثر يا بعد? اذا اعطينا الوجود والوجود تحقق فالمؤصرية تنتفي لم يفهم المسألة ان الوجود قائم به العلة سرمديا هذه القيومية من العلة او التقومية من الوجود لا يمكن ان ترفع ابدا. فلا تختفي العلة لا تختفي العلة ابدا فهم خاطئ ثم يقول اذا كان التأثير في الوجود والوجود موجود يلزم تحصيله للحاصل نعم واما الثالث واما الثالث فلان الموصوفية ليست ثبوتية. اكتب فوقها وجود ربطي يعني لا متن واقعي لا. يعني هذا ملتفت ملتفت ان الحيثيات لا متن مستقلة بل انا الموصوفية ليست ثبوتية والا لازم التسلسل يعني ملتفت لقاعدة الشيخ الاشراقي اذا هذا هو الفخ الرازي لان الفقر الرازي درس مع الشيخ الاشراق وكان منبهرا بالشيخ الاشراق وشيخ اشراق كان لا يحبه اه درس معا في اصفهان شيخ اللي صار كان لا يحب الفخ الرازي والفخرازي مو مبهور به شيخ الاشراق. هذه كلها مباني شيخ الاشراق وليس له هذا هو الاشكال. اذا اتصاف المهي بالوجود اذا سلمنا انها حيثية وليست متن وليست متنا فكيف تنوى جيد واذا وجدت الحيثية تمتنت الزم التسلسل الاشتباه عند الفخ الرازي ومن يفكر هكذا ان الماهية لا تتصف بالوجود. يعني اذا قلنا الانسان موجود ونقول الانسان اتصف بوجود المسامحة لغوية. اما الدقة الفلسفية لا يتصف الانسان بالوجود وانما انسان متحقق تعينت هويته لم يتصف بعد هويته يعني الانسان صار متنا للواقع حينها تأتي الصفات هناك نقول صفة والموصوف مثلا العلم الحياة. اما الوجود ليس صفة. الوجود هو متن واقع وعين التحقق. هذا الاشتباه الذي وقع فيه الفقر الرازي نعم واما الثالث فان الموصوفية ليست ثبوتية. اكتب تحتها ليس متن مستقلا واذا كانت مثلا مستقلا واطالها الجعل والخلق لازم التسلسل. فلا تكون اثرا ابدا سلمنا انها متن واقعي لكن المؤثر يؤثر في ماهيتها او في وجودها او في اتصافها اتصاف مهيتها بوجودها ويعود المحال يعني يلزم كذلك كل المحالات والتسلسل نعم يعني اذا فرظنا ان الاتصاف حيثية الاتصاف متنا اه موجودة يلزم التحصيل الحاصل ما هي الماهية لا تنوجد يعني الله تعالى لا يجعل الاتصاف اتصافا. الاتصاف ذاتي له واذا كانت هذا الاتصاف الثاني متن واقعي فيلزم التسلسل وتقرير الجواب. هنا المفروض على من حلي في الجواب المفروض يجاوب بنيويا مسألة لا تدليلية ولا يحزنون لأن المشكل حللها بنيويا وتقرير الجواب ان شاء الله نتركه للحصة القادمة واللهم صل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