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تعالى وبركاته وفقكم الله وايانا لكل خير وساعدكم في الدراسة ونور عقولكم وقلوبكم وصلنا الى تقرير الجواب للعلامة الحلي كيف تتم عملية الخلق؟ عندنا الطبيعة الانسانية كيف دخلت الى عالم التحقق اذا جعل الله تعالى الانسان انسانا هذا لا معنى له الى عملية الخلق ان ينوجد لا يكون الانسان انسانا هذا لا معنى له اذا اعطاها الوجود وهي موجودة يلزم التحصيل ونحاصر اذا اعطاها الاتصاف الاتصاف قلنا وجود ربطي لا هوية له فلا يمكن ان ينوجد واذا ثبتنا له هوية يلزم التسلسل هذه اشكالات الفقر الراضي. قلنا هذه المسألة كلها بونوية فالانسان في هويته هناك خارج تخصصا على عملية الخلق ثم تقول شيخنا العزيز ابن الانسان في الانسان اين خطأ لان العين كذلك في ذات الخلق في اي مرتبة خطأ لان في المرتبة كذلك في بداية الخلق وهكذا اه الدوالي اذا تحتاط جيدا الانسان انسان الفقر يقتضي الوجود قول لا يقتضي اللا وجود لا يقتضي العلم لا يقتضي لا علم لا اذن هناك الخالقية منتفية طالبة بانتفاء الموضوع اذا الخالقية ان تنطقي هذه الطبيعة الانسانية الى التحقق يفيض عليها التحقق هل التحقق صفة? لا ابدا تعين الهوية في الخارج تعين الهوية كحقيقة خارجية ثم تأتي الصفات بعد ذلك ما يسمى بالاليات المركبة هكذا نفهم المسألة. اذا الوجود ليس صفة ايها الفخر العلة لا توجد الانسان انسانا بل تحققه والتحقق يعني بنفس الجعل البسيط لا يكون الوجود متحققا ثم تأتي العلة تفرض عليه الوجود. هذا تحصيل الحاصل لا معنى لذلك. وانما الوجود يتعين بنفس الجعل. هذا الجعل البسيط. المفروض هكذا يجيب لعلم الحني سنرى. وتقرير الجواب ان المؤثر لا يؤثر في الماهية. ليس من حيث هي ما هي. انسان انسان. لا. يؤثرها يعني يدخلها ويجعلها متحققة. تتحقق كحقيقة واذا قلت هناك اتصفت بالوجود بالمسامحة لا تفهم ان الانسان شيء وثم صفة الوجود شيء لا الموجودية هي عين تحقق الانسان ان المؤثر يؤثر في المهيد كما فهمناها. يعني يدخل الانسان الى متن الواقع الخارجي فتكون له ذات وحقيقة حينها يتصل بالصفات التي تليق به وعند فرض الماهية يعني الانسان مثلا يجب يجب تحققها وجوبا لاحقا بسبب الفرظ مترتب على الفرض يعني الله تعالى اذا حقق الانسان واعطاه الوجود فوجوده هذا ضروري باعتبار علته التي افاضته وباعتبار تحققه تقول الانسان موجود ما رأيك موجود بالضرورة? هذه تسمى الضرورة بشرط المحمول او الضرورة اللاحقة نعم ومع ذلك الوجوب يمتنع تأثير المؤثر فيه لماذا? لانه تحصين للحصر لانه يكون ايجادا لما فرض موجودا بعد التحقق طبعا. اما قبل فرضه ما هي اما اما قبل فرضه ما هي ليس بما هو هو انسان انسان. يعني اه اما قبل فرضه ما هي تحققت يعني عندها قابلية التحقق هناك هي الوجد يعني ننقله الى التحقق بالجعل البسيط بالافاضة البسيطة. فيمكن ان يوجدها المؤثر على سبيل الوجوب عن الضرورة. ما معنى الظرورة? يعني تمت العلة للايجاد. هذا الوجوب بالغير. وي كونوا ذلك الوجوب سابقا على وجوده. يعني تمامية العلة الموجبة للخلق والفرق بين الوجوبين يعني اللاحق هو السابق ظاهر ذكر في المنطق الوجوب اللاحق ناظر الى تمامية العلة بجميع مكوناتها الوجوب اللاحق يعني الضرورة لاحقة لان الشيء اذا تحقق تحققها تقول الانسان عالم عالم بالضرورة هادي تسمى الضرورة بشرطه المحمول وهي من باب التحصيل الحاصل لا تدرس في العلوم تقول انت برهني على ان الانسان الموجود موجود. هذه خرافة. هذا جنون هذا جنون لانه ماذا? لانه تحصيل للحاصل نعم. والغلط هنا يشير الى عدم فهم البنية الذهنية كيف تفهم الواقع فالغلط هنا نشأ من قبل اشتراك لفظ الوجوب لدلالته على المعنيين بالشركة اللفظية. الوجوب بالغير والوجوب بالوجوب بالغير يعني اللاحق والوجوب السابق. لا شيخنا العزيز على ملحلي ليس بالاشتراك اللفظي بالاشتراك المعنوي الظرورة فقط الظرورة فقط لكن ظرورة في مرتبة وضرورة في المرتبة اختلاف في المرتبة وليس بالمعنى ظرورة ظرورة واحدة ضرورة واحدة ولهذا الظرورة اه الضرورة من الضرورة بشرط المحمول من اقسام مطلق الضرورة والقسم يكون بمعنى واحد في جميع الأقسام. لا ليس بالإشتراك اللفظي ياء لشيخنا العزيز حقيقة واحدة وهي الضرورة الوجوب لكن مرة يكون في مرتبة مرتبة تعين تمامية العلة ثم الوجوب بالغيب. مرة يكون بعد تحقق الشيء يسمى الوجوب اللاحق نسب الاشتراك اللفظي الاشتراك المعنوي. وقولنا عدمت المهية معناه ان الماهية الحاصلة في زمان ليست تحصل تحصل في زمان بعده منها الشيخ بن عزيز والله ليس هكذا. ليس هكذا لان الوجود لا يعدم ابدا اذا تحقق لا يعدم. ينتقل في مراتب نعم اما لا يعدم الى ما هي المعدومة معناه ان الموجودية مرفوعة على المهلة ليس انها كانت ثم اختفت ما عندنا اختفاء في دار الوجود النبي الاكرم صلى الله عليه واله يقول خلقتم للابد كل ما دخل الى الوجود لا يرفع ابدا قاعدة تكوينية. قاعدة تكوينية بنيوية لا علاقة بالوجود اذا ما معنى الماهية معدومة? يعني مرفوعة الوجود يعني لم تدخل دار الوجود مطلقا نعم وقولنا عدمت الماهية معناه ان الماهية الحاصلة في زمان يعني كانت متحققة في زمان ليست تحصل في زمان بعد بعده يعني في الزمن اللاحق ويكون ذلك حملا لغير الحاصل على المتصور منه يعني تقول الانسان معدوم بما انه معدوم ليس له هوية في دار الوجود فتكون هذه الهوية بالادعاء. قال هذا الادعاء سماه المتصور اكتب تحت المتصور منه يعني الماهية الادعائية لان اذا قلت الانسان معدوم الموضوع له هوية حقيقية ام ادعائية ادعائية فتلبست بالعدن العدم لا شيء ادعائي فالموضوع يناسبه يكون ادعائيا والادعاء من يصنعه يصنع الدين هنا عبر عنه آآ بالتصور يقول اه ويكون ذلك حملا لغير الحاصل. يعني لغير الموجود المتحقق. على المتصور منه على المدعى لا على الوجود الخارجي تقول الانسان معدوم يعني موجود خارج يتلبس بالعدم يلزم اجتماع النقيضين. اذا كيف تتصور المسألة تعطي للانسان حقيقة ادعائية فتتصورها نعم يعني قائمة بالتصور ثم تحمل عليها العدم هذا معناه ويكون ذلك حملا تقول الانسان معدوم لغير الحاصل لان الموضوع غير الحاصل على الموضوع الموضوع غير موجود موجود على المتصور منه يعني نحمله على الموضوع المتصور بالادعاء لا على الموجود الخارجي. اذا قلت الانسان معدوم ليس عندنا انسان خارجي تلبس بالعدم. لان هذا يلزم اجتماعا نقيدا. لان الوضع والحمل يعني الموضوع المحمول من ثوان المعقولات اكتب هنا فائدة اكتب فائدة اقارب لك المسألة المدرسية كما تفهم المدرسة عندك انت طبائع خارجية خرجت الهوية من مبدأ الهوية الانسان الى عالم الخارج</w:t>
      </w:r>
    </w:p>
    <w:p>
      <w:r>
        <w:t>هناك تعرضها صفات او تعينات او انحاء او حيثية كل ما يعرضه هناك وتعقلناها بطريقة ما يعني نجعلها لهذه الانحاء والتعينات والحيثيات متونا مستقلة للتعقل. فهذه معقولات ثانية خارجية معقولة ثانية خارجية مدرسة تسميها المعقولات الفلسفية مرة بطبيعة لا تذهب الى الخارج تستقر في الدين كحقيقة ادراكية ليس كحقيقة خارجية. يعني ما عند ذا النار الخارجية في الذل. عندنا مفهوم النار. يعني الطبيعة الفهمية. كذلك تعرضها مواصفات هذه المواصفات يعني الحيثيات الانحاء تأتي في الرتبة الثانية بعد التعقل بعد تعقل الطبيعة في الدين يعني الانسان في دائرة الدين مفهوم الانسان. يصدق على كافر تعين بالكلية فالكلية عقلت بعد الطبيعة الانسانية في دائرة الدين. معقول ثاني ذهني. هذا المعقول الثاني الذهني يسمى المعقول الثاني المنطقي  ما هي المعقولة الثانية المنطقية? اوه كثير جدا تدرس في علم المنطق تبدأ من اه الذاتي العرضي النوعي الجنسي الفصلي المقصد القسمة المقسم القصيم والقيس التعريف الحد تام لحد الناقص الحد اه اه تعالج باللازم عالراس الرسم التام الرسم الناقص القضية قضية حقيقية قضية خارجية قضية ذهنية القياس البرهان وو ومن المعقولات الثانية المنطقية كلها تعرض المعقول يعني الطبائع في افق الدين هنا يتكلم عن ماذا يتكلم عن الأمر الخارجي لان الوضع والحمل من ثماني ما قلت نعم هذه المسألة يجب ابينها انت عندك طبيعة انسانية في الخارج متمثلة بطه بلال بليلى بسعاد لا يهمه هذه الطبيعة انتقلت الى افق الذهن يعني اكتسبت نشأة جديدة هذه النشأة الادراكية تسمى هناك مفهوم الانسان. هناك ما عندنا لا طه ولا بلال. عندنا لا الطبيعة الكلية هذه الطبيعة تقول كلية يعني تصدق على بلال طه ليلى سعاد تصدق على كثيرين. فتشكل عندنا تركيب الطبيعة الانسانية في افق الدين يعني مقيدة بافق الذين  يعني مفهوم الانسان كلي الكليات عقلت في المرتبة الثانية معقول ثاني منطقي لا يهمنا هذا الأمر الان نركز على هذا التركيب الانسان كل يوم اولى تركيب اخر الانسان عالم يعني في افق الدين شكلنا هذا التركيب الانسان عالم ماذا يحكي? يحكي طه الذي له العلم نركز فقط على الانسان عالم في افق الدين كتركيب قضوي وبقول النحوين جملة الفرق بين الجملة والقضية القضية واحدة في كل النشأت. اما الجمل تختلف باختلاف اللغات تختلف باختلاف اللغات الماء بارد اذا نظرنا الى اللغة جملة باللغة الفرنسية اه جملة بالفارسية يعني الماء بارد جمل متعددة لكن القضية واحدة تلك الحقيقة التي تتصل بالبرودة اذا القضية واحدة عند الفرس عند العرب وعند الفرنسيين وعند الانجليز وعند الهنود. الجمل تختلف. لان الجمل لها علاقة باللغة بالمواظعة والوظع والقضايا لها علاقة بالتكوين والتكوين لا يتعدد بتعدد الجنسيات سجلها جيدا هذه جيد الان جاء هذا التركيب القظاوي. الانسان عالم دقق جيد من وقع موضوعا في التركيب? تقول الانسان. ومن تموضع في المحمول بالتركيب تقول عالم جيد. انسى العالم الان المحمول اذهب الى الانسان تقول الانسان موضوع في القضية اذهب الى المحمول العالم محمول في القضية شكلته تاركبين الانسان موضوعا. يعني مفهوم الانسان يعني الانسان في افق الذهن استقر في قضاياه في قضية من القضايا تركيب قضوي واستقر في ظرف الموضوعية والعلم الذي وصف لي طه في الخارج. في دائرة الدين استقر في المحمولية فيكون محمولا. تنشأ اه ينشأ تركيبان. الانسان موضوع العلم محمول. جميل جدا يعني طه موضوع والعلم اللي هو كاشفية في طهاء محمول لا تقول شيخنا لا تشتبه نتكلم هنا في افق الدين اذا الموضوعية تعرض الانسان في افق الذهن والمحمولية تعرض العلم في افق الدين اذن الموضوعية معقول ثاني والمحمولية معقول ثاني. بما اننا في افق الذين نقول معقولات ثانية ومنطقية اذن مفهوم الموضوع ومفهوم المحمول من المفاهيم المامطقية. وانت في المنطق لا تدرس خصوصية الانسان. تدرس خصوصية الموضوع ولا تدرس خصوصية العلم. تدرس خصوصية المحمول هذا هو المفاهيم الثانية المنطقية او المعقولات الثانية المنطقية. يقول ان الوضع يعني كون الإنسان موضوعا والحمد كون العلم محمولا. فانسى الانسان وانسى العلم ركز فقط على الموضوعية والمحمولية. معقولات في الرتبة الثانية في افق الذيل. اذا معقولة الثانية منطقية نعم لان الوضع والحمل ثواني المعقولات يعني من المعقولات الثانية ليست خارجية اذا ليست فلسفية اذا ندرجها تحت المعقولات الثانية المنطقية. على ممر على ما مر يعني على على ما بيناه ولا يكونان في الخارج ما شاء الله ملتفت الى هذه المسألة الا ان المصطلح كان في زمان المحقق الطوسي ما كان قد عد ابن سينا لم يكن المحقق الطوسي كان المعقول الثاني المنطقي. لماذا؟ اه ممكن كلمة منطقي غير موجودة ولكن المعقول الثاني موجود. لماذا؟ لان المحقق التونسي يقول موضوع المنطق هو المعقول الثاني ماذا ندرس في المنطق? اعراض ندرس اعراض المعقول ثاني المنطقي. يعني كون المعقول الثاني ذاتيا عرضيا جنسيا فصليا. اه عرضيا عام عرضيا خاص. قسمة مقسم وهكذا المعقولات المنطقية كلها ايه تعين لهذا المعقول الاولي فهذه كلها اعراضه انا تدرس تدرس في علم المنطوق ولهذا يقول ولا يكونان في الخرج يعني ليس الانسان في الخارج موضوعا لماذا? لان القضية ليست في الخارج القضية في افق الذيل. وكذا البحث في حصول الوجود من موجده ومن يجعل تأثير المؤثر فيجعل المهي موصوفة وبالوجود وهم القائلون بثبوت المعدوم. لم يتعلق ذلك بموصوفية المهي بالوجود ان ذلك امر اضافي. هذا الجواب صحيح اصلان خطأ اصلان الوجود ليس صفة الوجود ليس صفة لأنه اذا كان صفة يستدعي المهي متحققة في الرتبة الثانية لأن الصفة تتبع الموصوف لا الموجودية هي تعين الطبيعة في متن الواقع مع واذا فكرت في الموجودية هي حيثية حيثية وجود اضافي يعني وجود ربطي لا متن له حتى ينوجد وتؤثر فيه العلة. نعم وكذا البحث يعني انت فهمت ان المعقولة الثانية لا هوية لها مستقلة وانما هي تعينات في الدين ما معنى الموضوعية? كون الانسان في قضية متعين بالموضوعية ما معنى المحمولية? كون العلم في قضية متعين بالمحمولية حيثيات لا هوية لها. فكذلك الموصوفية الموصوفية في الخارج لا متن لها استقلال حتى يمسها الجعل والخلق. هذا بحثه. وكذا يعني كما تفهم المعقولة الثانية في افق الذهن. افهم المعقولة الثانية في افق الخارج. لا يمسها الجعل لان لا هوية لها استقلالية وانما هي وجودات ربط باصطلاحه وجودات اضافية. امور اضافية نعم وكذا البحث في حصول الوجود من موجده يعني من فاعله من موجده يعني فاعله. ومن يجعل تأثير المؤصل في جعله ومن يجعل تأثير المؤثر فيجعل ما هي موصوفة بالوجود? وهم القائلون بثبوت المعدوم يعني المعتزلة لم يتعلق ذلك بموصوفية المهي بالموجود. يعني موصوفية الانسان بالتحقق لان ذلك امر اضافي اكتب. الموصوفية امر اضافي. يعني وجود ربطي. يعني لا هوية له مستقلة حتى تفيض تفيضه العلة يحصل بعد اتصافها به. نعم. يعني يتحقق بفدائرة الما هي المتحققة قهران بالجعل البسيط. يعني هو هو الانسان الموجود بنحو ليس امرا زائدا</w:t>
      </w:r>
    </w:p>
    <w:p>
      <w:r>
        <w:t>ليس يعني ان الانسان تحقق ثم التصقت به المخلوقية والموصوفية بالمخلوقية لا ليس هكذا. اذا خلقه الله تعالى تحقق وكانت له تعينات حيثيات منها المخلوقية المعلولية والفقر وو ومن هذه الامور الاضافية التي لا متن لها. نعم. يحصل ترى الى ذلك الوجود الربطي يعني الحيثيات. يعني الحيثيات او الامور الاضافية على مصطلح العلامة الحلي. يحصل بعد اتصاف المهية بالوجود. بالوجود اذا اردت المسألة مسألة عرفية والله تعالى خلق التفاحة هذا المعتوه المعرفي كيف يفهم؟ يفهم ان الله تعالى اعطى الوجود للتفاحة ثم جاء بالاحمرار الصقه بالتفاحة. جاء بالجمال والصقه بالتفاحة وجاء بالرائحة الجميلة ساقها بالتفاحة جاء بالطعم الجميل والصقها بالتفاحة. تفاحة يعني كل هذه الحيثيات متون مستقلة ثم الصقت بجعل جديد بالطبيعة التفاحية. لا ليس هكذا والله تعالى اذا خلق التفاحة هذه الحيثيات التي هي شؤوناتها تأتي معها بالجعل البسيط يعني دفعة واحدة بذلك الجعل بذلك الايجاد نعم لذلك الايجاد المصدرية نعم  وهذا قوله لنا ذلك امر اضافي يعني الموصوفية وجود ربطي لا هوية له. كيف يحصل? يحصل بعد اتصاف الماهية. يعني الانسان بالوجود معه دفعة واحدة والمراد من تأثير المؤثر هو ظم الماهية الى الوجود ما شاء الله. ظم الماهية يعني الانسان بما هو انسان انسان وانسان. هناك موجود? لا. معدوم لا لا هذا يدخل في عالم التحقق بذلك الجعل الهي والرباني والجميل. والمراد من تأثير المؤثر هو ظم الماهية يعني الانسان الى الوجود لان الانسان انسان لا موجود ولا معدوم. يدخل يدخل في دائرة التحقق الدنيا هذه العبارة من ذهب تكتب من ذهب من العلامة الحلي. انظر علماؤنا في ذلك الزمان الى اين وصلوا بهذه الدقة الرائعة. ولهذا ابن ميمون اليهودي عالم اليهود في عصره طبيب اه طبيب هذا صلاح الدين الايوبي يقول اليهود اذا اردتم ان تكتبون في العقائد والالهيات فعليكم بكتب هذا الرجل. حلي رحمة الله عليه وسرق الكثير من العلامة الحلي واسس للاهيات اليهودية نعم لكن الناس لا تعرف هذه الامور لا تعرف هذه الامور اكتب هذه القاعدة من ذهب والمراد من تأثير مؤثر يعني الفاعلية والعلية والمعلولية هو ظم الماهية الى الوجود كم جميل هذا الكلام? يعني الانسان في دائرة ما هو? الانسان هناك فضاء الوجود? لا فضاء لا عدم لا. هناك اقتضاء يعني ما هي لا في دارس الوجود ولا في دائرة العدم. عملية الخلق سماها هنا المؤثرية هذه الماهية تدخلها في متن الوجود اذا تكلمنا بلسان العدم ترفعها من دار الوجود هذا الرف حقيقي لا مجالسي مجال في مجال في مجال نعم ولا يلزم من ذلك يعني اذا ادخلنا الماهية الى الوجود ما ذكروه من المحال يعني تحصيله الحاصل والتسلسل وهذه الامور كلها لا معنى لها لان هذه تتصور في الهليات المركبة وليس في الهليات البسيطة ما معنى الانسان موجود? ليس الانسان متصل بالوجود خطأ. الانسان متحقق ثبوت الانسان ليس ثبوت شيء للانسان. ثبوت الانسان. افهم هذه المسألة جيدا جزاك الله خير قال وعدم الممكن يستند الى عدم علته على مار. هناك ان لأن العلامة الحلي استشعر ان هذا الإشكال قد يرد ما هو? خواف جيد. فهمنا دخول الوجود الى اه دخول المالية الى الوجود. فهمناها جيدا في دائرة العدم ماذا تقولون يعني اعطاها العدم اذا قلتم اعطاها العدم يعني العدم يعطى يعني تعطيه اصالة متنية هل هذا محال فاذا كانت معدومة يلزم تحصيل الحاصل واذا حققتها يلزم التحقق المعدوم يعني الموجود صار آآ الموجود صار عدما والعدم صار موجودا. يزم اجتماعا نقيبا الفهم الجديد يجب ان تفهم البنية الذهنية كيف تفهم الاشياء يفتفها من عدم. العدم يعني ارتفاع الوجود. يعني العلة لم تكتمل اذن لا شيء لا شيء لا يعني ان الانسان ضمينا له العدم رفعناه من دائرة التحقق وقال المهية في المؤثرية انضمامها الى الوجود هل في العدم يعني انضمامها الى العدم? لا ابدا يعني رفع الوجود يعني لم يحدث شيء من الاشياء اقول قال وعدم الممكن يعني عدم الانسان عدم الشجر يستند الى عدم علته على ممر انتفاء العلة التامة ينتفي المعلوم. اقول هذا جواب عن سؤال اخر وتقرير الجواب ان يقال. يعني الاشكال ان الممكن يعني الانسان لو افتقر في طرف الوجود الى مؤثر لافتقر في طرف العدم للموفر فتأتي العدة العلة وتعطيه العدم. يا الله! يعني العدم له اصالة ويعطى وتتلبس به الماهية. لماذا? لتساويهما بالنسبة اليه الى الانسان يعني الممكن لا اله الا الله. يعني هو فهم هكذا المسألة الإنسان في دائرته انسان يعني لا موجود ولا معدوم يعني لا يقتضي الوجود ولا يقتضي العدل فهم المسألة اذا اراد ان ينضم الى الوجود يحتاج الى علة. اذا اراد ان ينضم الى الادم يحتاج الى علة فيتلبس بالعدم فيعطيه اصالة للعدم. لا حبيبي ليس هكذا اذا اراد ان ينضم الى الوجود يحتاج الى علة تامة مؤثرة صحيح فيدخل دار الوجود. اما العدم لا يكفي ان العلة لا تتوب العلة لا تتوب. يعني العلة ارتفعت يرتفع الممكن يعني الانسان من دار الوجود قهرا نعم والتالي باطل لان المؤثر لا بد له من اثر والعدم نفي ملاحظ كيف يعطى? فيستحيل استناد العدم الى المؤثر. نعم ولانه نفي المحض فلا تعدد فيه ولا امتياز. نعم نعم لانك انت لم تفهم فهمت ان المهية بما انها متساوية بالنسبة الى الوجود والعدم فإذا انضمت الى الوجود بعلة فتنضم الى العدم بعلة فتكتسب هوية عدمية اصيلة حقيقية لا ابدا ليس من هذا الباب وتقرير الجواب ان عدم الممكن كالانسان المتساوي اين? في مبدأ الهوية مو في مبدأ فمبدأ التحقق ليس نفيا محضا بل هو عدم ملكة عدو ملكة اكتب هنا تحتها عدم ملكة هذا خطأ خطأ من العلامة الحلي لماذا? لان الامور لم تكن هناك مطبوخة عدم الملكة ما من شأنه ان يكون آآ له الكمال وفقده وهذه فقط في الماديات يعني الانسان تقول انسان اعمى الإنسان عندو شأن الإبصار كمال فقده لحادث ما اذا قلنا اعمى اشارة الى فقدان ذلك الكمال. يعني الكمال يعني الابصار. هل المهية مادية حتى يجري فيها الملكة وعدم الملكة مسامحة كيف نقول? نقول الماهية يعني الانسان في دائرتها لبشرط من الوجود والعدم الا بشرط يعني عندها قابلية ليس من القابلية المادية قابلية من صمغ اخر ان تنوجد اذا توفرت العلة. والا تنوجد اذا لم تتوفر العلة? هكذا يجب ان نفهم المسألة. ليس من باب الملكة وعدم الملكة. هذه خاصة بالماديات خاصة بالماديات يعني المادي له ملكة في التكوين فقدها لحادث لظرف ثم نقول انسان اعمى نعم وتقرير الجواب ان عدم الممكن المتساوي ليس نفيا محضا بل هو عدم ملكة وتساوي طرفي وجودي وعدمي انما يكون في العقل ما معنى في العقل? يعني العقل يتأمل في الماهية لا يجدها في متن الوجود حقيقة ولا يجدها في متن عدم ادعاءان مجازا خرطيا</w:t>
      </w:r>
    </w:p>
    <w:p>
      <w:r>
        <w:t>ليس ان هناك عدم ظرف عدم حقيقي في المهي تكون تسبح هناك. لا ابدا. فقوله انما يكون يكون في العقل يعني العقل يلاحظ المعية ويقيسها الى الوجود الحقيقي الاصيل والى العدم المجازي يقول لا هناك ولا هناك اذا ارادت ان تكون في دائرة تحتج الى ملاك خارجي يعني العلة. والمرجح لطرف الوجود يكون موجود في الخارج? نعم. العلة التي توجد تكون في الخارج واما العدم فلا يكون الا عقليا لا يكون عقليا يعني لا يعني انه في العقل لان العذاب في كل المراتب غير موجود لا يكون عقلي لا يكون الا ادعائيا اكتب لا يكون الا ادعائيا لان العقل هو الذي يدعي بما ان العقل يدعي نسب هذا الادعاء الى العقل لا لا يكون الا ادعائيا يعني تعقله فقط ليس له متن خارجي عدم العلة ليس بنفي محض. وهو يكفي في الترجيح العقلي مع عدم العلة تؤدين الى عدم المعلول. عدم المعلول يعني عدم الانسان. يعني الانسان يتصف بالعدم. ام اللاموجودية لا يكون في متن الوجود الصحيح لا يكون في متن الوجود. والامتياز عن عدم المعلول في يعني عدم العلة تتميز عن عدم المعلول بالادعاء. يجوز ان يعلل هذا العدم بذلك العدم في العقل يعني بالادعاء. فنقول انتفاء العلة تستدعي انتفاء المعلوم كله بعالم الادعاء. نذهب الى العلة لا نجد شيئا نعطيها بالإدعاء كيانا عدميا ثم الكيان العدمي يلازمه كيان عدمي اخر وهو المعلول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