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الرابعة والاربعون بان الممكن الباقي محتاج الى المؤثر. يعني الى الفاعل قال المحقق الطوسي والممكن الباقي مفتقر الى المؤثر لوجود علته لوجود علتيه يمكن ان نفسرها لوجود ملاك خلقه او لوجود علته الفاعلية التي تفيض عليه الوجود جيد انتم تعلمون ان العلوم ما هي في هويتها العلوم مطلقا في هويتها هي اثارة الاسئلة ثم نأتي ونعالج هذه الاسئلة بما يناسب مبادئها وغايتها. هذه هي العلو اثارة الاسئلة ثم الاجابة عن هذه الاسئلة السؤال هو هذا. خلق الله تعالى الاشياء بعلمه وارادته وقدرته اذا تحققت وتعينت بالوجود انفصلت انفصلت لا تحتاج الى عملية الخلق من جديد لماذا? لان لا معنى ان ان توجد العلة  المعلول وهو متلبس بالوجود تحصيله الليل حاصل فهذا فهم هذا فهم قلنا في جلسات سابقة ان ملاك الخلوق ضابطة الخلق هو الامكان على خلاف ما يراه المتكلم الذي يرى ان ملاك الخلق هو الحدوث الحدوث ما هو كون الشيء مسبوقا بعدم زماني يعني فيه مسافة لا حد لها كان العدم هو الحاكم. وهذه المسافة زمنية يعني زمان فارغ ظرف زمني فارغ ثم تأتي العلة وتضع في هذا الظرف المخلوق فنقول هذا المخلوق حادث لماذا? لانه كانت هناك فترة زمنية ظرف زمني كان هناك عدم هذا الشيء اه تنشأه العلة بارادتها لماذا المتكلم تبنى هذا المبنى لانه لفهمه للاشياء ولاسرار الوجود ينتقل من العرف من العرف ما يشاهده ما يعاينه الان انا لست جالسا اريد ان احدث الجلوس يعني اقف الان الوقوف غير متحقق لم احدثه بعد في هذه الفترة الزمنية ما فيه وقوف او الجلوس لا فرق ان كنت واقفا الجلوس وان كنت جالسا الوقوف نركز على الوقوف. الان الوقوف غير موجود. يعني في فترة زمنية ظرف زمني ما في هذا الوقوف ثم انا احدثه اقوم من مجلس فهذه الفترة الزمنية لم يكن هناك وقوف ثم حادث والكتابة والاكل كل هذه الافعال الانسانية عند المتكلم لم تكن في ظرف زمني ثم تحققت في ظرف زماني هذا الفهم الساذج اسقطه على الذات المقدسة في فعلها يجب ان يكون هناك ظرف زماني ما فيه الاشياء ثم يحدثها في ذلك الظرف فتتحقق فتكون طبيعيا مسبوقة بظرف زماني. بعدم زماني هذا التصور للمتكلم ثم اذا احدثها تستقل بعض المعتزلة ذهبوا الى هذا يبقى الكون حتى يقولون حتى لو انتفى والله تعالى الكون يبقى مستقل. نوع تفويض نوع استقلالية بشعة. قبيحة جدا الحدوث كملاك الخلق لا يمكن ان يثبت البقاء احتياج في البقاء الاحتياج الى الفاعل في البقاء لا يمكن لماذا? لان الظرف الزمني انتفى الان انا موجود مخلوق انا الان لست في ظرف زماني عدمي. انا في ظرف زماني ايجادي فلست مسبوقا بالزمان الان. فكيف العلة تبقى تبقيني بالايجاد. خلاص انتهى الامر فاستقل تماما عن العلة. يعني ضابطة الحدوث في عملية الخلق لا يمكن ان تفسر لنا كيف يبقى المخلوق محتاجا الى فاعله اما اذا جئنا الى ملاك الإمكان انا الان ممكن يعني لا اقتضي بذات الوجود لا اقتضي بذات الوجود. يعني ذاتي لا تقتضي الوجود. الوجود تعطيه العلة وانا ممكن اوجدتني وانا لا زلت ممكنا هل هذه الضابطة في حال كوني ممكنا ارتفعت لا ما دمت انت ممكن في عالم الخلق وضابطة الاحتياج الى العلة يبقى فتحتاج الى العلة في البدء وفي الاستمرار في الحدوث وفي البقاء. هذا ملاك الفئ الى سوف ولهذا قال هو لا يتحسس من القديم الزماني يعني مخلوق لا بدء زماني له. لماذا? لانه ينظر الى ظابطة الخلق هي الامكان ليكن على بدء زماني له ما دام لا يقتضي الوجود بذاته يقتضي بعلته فيبقى في دائرة المخلوقات فلا ضرر في ذلك نعم القديم الذاتي مختص بالله تعالى. هذه سيأتي ان شاء الله المسألة لاحقا تأتي نبينها هل هناك قديم الذاتي مع الله هذا مستحيل هل هناك قديم زماني نعم? لا اشكال في ذلك اذن على مبنى الفيلسوف ان ضابطة الخلق هو الامكان الذي يعني ان المخلوق راه يقتضي الوجود بذاته فاينما يكون في اي مرتبة يكون فهو محتاجون حتى بعد الانوجد. نعم. قال والممكن يعني الانسان الماء الذهب الفلك الباقي يعني ممكن الباقي يعني بعد الخلق مفتقر حتى بعد الخلق مفتقر الى المؤثر يعني الى فاعل لوجود علته لوجود علته انا ارجح لوجود ملاكي يعني لانه ممكن يعني لا يقتضي الوجود بذاته اقول ذهب جمهور الحكماء والمتأخرين من المتكلمين يعني ذهب جمهور الحكماء وجمهور المتأخرين من المتكلمين الى ان الممكن الباقي محتاج الى مؤثر لان المتأخرين من المتكلمين تبنوا مبنى الفيلسوف لانه هو يحل مشكلة الخلق والبقاء بعد الخلق يعني البقاء بعد الخلق الخلق متكئا على الفاعل يعني المخلوق يحتاج الى علة حين الايجاد وحين البقاء وبالجملة كل من قال بان الامكان علة تامة علة تامة اه اولا الإمكان هو ان المخلوق لا يقتضي الوجود بذاته علة تامة يعني ضابطة تامة ملاك تام ان الإمكان علة تامة يعني ضابطة تامة في احتياج الاثري يعني المخلوق الى المؤثر يعني الى الله الفاعل حاكم هذا هذا  القائل القائل بأن الملاك هو ملاك الخلق والإمكان يعني سواء كان فيلسوف او كان متكلما حاكم بان الممكن يعني المخلوقات الباقي يعني بعد عملية الخلق مفتقر الى الفاعل. والمؤثر يعني الى الفاعل. يعني الى العلة. نعم والدليل عليه لا يحتاج الى الدليل فالمسألة ليست دليلية مسألة بنيوية انت في بنيتك ايها المخلوق تقتضي الوجود لذاتك لا ابدا اذا لا تقتضي حين الخلق ولا تقتضي حين البقاء الطلقة فانت تبقى فقيرا بداية وفقيرا بقاء الى الفاعل الالهي. والدليل عليه ان علة الحاجة يعني ملاك الحاجة ملاك علاه بمعنى الملاك يعني الظابطة ان الظابطة الحاجة انما هي الامكان يعني ان المخلوق لا يقتضي الوجود بذاته كما لا يقتضي العدم يعني الاقتضاء هذا هو الامكان وهو لازم للمهية الا اقتضاء لازم لا ينفك. اذا حين البدء يحتاج الى علة فاعلية وحين البقاء لانه ممكن يحتاج الى العلة. يعني انا الان مخلوق. ما هو ملاك احتياجي في بقائي? لاني لا اقتضي الوجود بذاتي بعلة اتصف بالوجود فانا فقير في البداية وفي البقاء حدوثا وبقاء. نعم وهو والامكان لازم لما هي ضروري اللزوم لا ينفك عنها ابدا. انما هي يعني المخلوقات انسان ما ذهب فلك جبرائيل فهي ابدا الماهية فهي ابدا محتاجة الى المؤثر يعني المخلوقات ابدا محتاجة الى المؤثر بداية وبقاء حدوثا وبقاء. لان وجود العلة يستلزم وجود المعلول نعم. هنا هذه العبارة لان وجود العلة يستلزم جل المعلول</w:t>
      </w:r>
    </w:p>
    <w:p>
      <w:r>
        <w:t>لا اعتقد ان الاعلام الحلي يريد ان الفاعل اذا تمت فاعليته وتمثل العلة التامة حتما المعلول ينوجد. لان نحن لسنا في بحث العلية والمعلولية لا الظابطة هي هذي. ما دام ملاك الاحتياج موجود فالمخلوقات دائما تحتاج الى علة والا اذا تكلمنا بالعنوان العلية والمعنوية نعم. معلول لا يمكن ان ينوجد بدون علات. نعم يمكن مقاربتها هكذا نقول من اوجد المخلوق؟ بداية تقول موجبات العلة يعني تمت العلة التامة لا تحققوا جيد ثم نسأل هل هذه العلة بجميع مكوناتها ما يسمى في الاصطلاح العلة التامة انتفت بعد الاجت لا تقل موجودة. اذا يبقى المعلول متعلقا في الحدوث وبالبقاء في هذه العلة التامة. نعم هذا تفسير كذلك. صحيح. يعني تفسر العبارة بملاك الاحتياج حدوثا وبقاء وهو اللائق اقتظى ان المخلوقات لا تقتضي الوجود بذاتها. تحتاج الى علة. حدوث وبقاء او تفسرها له ان وجد المعلول هل العلة حدث فيها خلل حتى هو يستقل لا تقل موجودة بتمامها بجميع مكوناتها ما يسمى بالعلة التامة او العلة التامة اذا وجدت المحلول لا ينفك عنها ابدا سواء في الحدود او في البقاء. هذا كذلك تفسير جميل وصحيح. اذا المسألة تدخل في التأويليات الهرمونيتيك كيف تقرأ هذه العبارة? نعم قال والمؤثر يفيد البقاء بعد الاحداث. نعم. يعني كما ان ملاك الحدوث هو الامكان وهذا الملاك موجود. فكذلك يفيض الوجود حدوثا ويفيضه بقاء ثم يأتي الاشكال اذا وجد كيف يفيضه مقال اليس من باب تحصيل الحاصل هنا الفلسفة ترقت جيدا لان هذا الاشكال مبني على الانفصال التام بين العلة والمعلوم بين الخالق والمخلوق اذا انفصل المخلوق بهويته يأتي هذا الاشكال  العلة تفعل ماذا فيه بعدما تعين بالوجود? اما اذا قاربنا المسألة اه ان المعلول قائم بالعلة هذا القيام الصدوري. بالاضافة لاجراء هنا اصلا هذا الاشكال لا معنى له. وهذا هو المبنى الصحيح ان اه الولول هو عين الاظافة الاشراقية يعني ليس له هوية مستقلة ثم اوف. افيظ من العلة لا هو الافاظة بعينها بعينها وهذا تبلور في الحكمة المتعالية لصدر المتألمين اذا ما دام الظابط موجودة في المخلوق وهي انه لا يقتضي الوجود بذاته فلا يقتضي حدوثا ولا يقتضيه بقاء فالعلة تفيض عليه الوجود حدوثا وبقاء اقول لما حكما باحتياج الممكن الباقي الى المؤثر بملاك اللا اقتضاء شرع في تحقيق الحال فيه. وان الصادر عن المؤثر يعني المخلوق عن المؤثر يعني الخالق الفاعل. ما هو حال البقاء ما هو تكليف البقاء? يستقيل ام يبقى متعلقا? وذلك لان الشبهة دخلت على القائلين باستغلاء الباقي عن المؤثر بعض المعتزلة يقولون اذا وجد العالم خلاص بعد ما يحتاج الى الفاعل حتى لو انتفت العلة التامة يبقه. هذا العالم موجودان. نعم باستغناء الباقي الباقي يعني المخلوق على المؤثر يعني الفاعل بسبب ان المؤثرة لا تأثير له حال البقاء لانه تحصيل للحاصل لانه اما ان يؤثر في الوجود الذي هو الذي كان حاصلا وهو محال لانه تحصيل الحاصل محال. ايجاد الموجود محال. او في امر جديد فيكون المؤثر مؤثرا في الجديد. لا في الباقي والحادث نعم هذا يفهم المسألة الانفصال التام بين العلة التامة ومعلول معلولها وهذا الفهم ساذج جدا لا يفهم ما معنى العلية والمعلولية. ولهذا نقول لكم انا فهم قوانين الوجود التي تبينه الفلسفة مهم جدا لفهم الوجود ولفهم الدين لفهم الدين لا تتصورون ان نحن في الفلسفة ندرس الهة اليونان. جيبي تارو وابولون وهذا هذه الشركيات حتى هذه الامور في الثقافة اليونانية هذه رموز فقط سمبوليك رموز تحكي عن حقائق لا يهمنا الان في في قصة السامبوليك اتكلم عن الواقع الفلسفة ليس هذا فلسفة هي دراسة قوانين الوجود وقالوا قوانين الوجود حاكمة على الجميع حاكمة حتى على الدين حتى الدين اذا جاء لا يخالف قوانين الوجود يعني انت اذا قيل لك ان الله تعالى جسم تقول لا مستحيل ما عندك حق تقول مستحيل اذا لم تؤمن بان الجسمي متحيزة وفقيرة للحيز فتقول بالقياس الشكل الثاني تقول الجسم متحيز والله ليس بمتحيز الله ليس بجيس لماذا? لان الجسم المتحيز فقير والفقر لا يتسلل الى الذات الالهية. هذا كل هذا قوانين الوجود قوانين الوجود شوف سورة الفاتحة بسم الله الرحمن الرحيم الحمدلله رب العالمين الرحمن الرحيم ملك يوم الدين القضية ما هي? الله محمود. لماذا? لانه لانه رب العالمين لانه رحمن رحيم لانه ملك يوم الدين يعني يأتي بملاك العبودية تتشكل انت القياس تقول الله رب العالمين وكل رب العالمين محمود فالله محمود القياس الثاني الله رحمن رحيم وكل رحمن رحيم محمود الله محمود اللهم اه آآ رب العالمين وكل رب العالمين محمود الله محمود بحتى صياغة الجمل القرآنية تخضع للقوانين الوجود من قوانين الوجود. قوانين الدين منها المنطق في قوانين متعددة فيها منطق وفيها غير المنطق نعم والتحقيق. هنا العلامة الحلي يريد يبين المسألة انكم لم تفهموا العلية والمعنوية قانون العليا والمحلولية وهو من قوانين الوجود العلة التامة اذا افاضت المعلول قائم بالعلة. لماذا? لان مفهوم العلة ومفهوم معلوم دققوا جيدا اتكلم في البنية الذهنية الان. مفهوم العلة ومفهوم المعلول اه مفهوما متظايفا يعني اينما تكون العين لا يكون المعلول واينما يكون المعلوم تكون العلة لا انسكاك والتحقيق ان قولهم المؤثر حال البقاء اما ان يكون له في الاثر يعني في المخلوق ان يكون له تأثير اولى. دائرة نفي الاثبات يشتمل على غلط على مغالطة فان المؤثر في البقاء لا يكون له اثر البقاء حال البقاء. يعني لا يزيد وجودا وجودا جديدا والا هذا تحصيل حاصل وتحصيل الحاصل ان ما لزم منه لانكم انتم فهمتم انه يضيف وجودا جديدا على الموجود والحق يعني هنا يبين المسألة. والحق ان المؤثر يفيد البقاء بعد الاحداث. يعني هذا الوجود الذي اعطاه يجعله مستمرا. لماذا? لان ملاك الاستمرار موجود ما هو اللائق اقتضاء هذه الذات لا تقتضي. يعني اذا استقلت صارت هي تقتضي بذاتها الوجود. وهذا خلاف كونيها ممكنة. نعم. والحق ان المؤثر يعني الفاعل يفيد يعني يعطي يفيض البقاء بعد الاحداث وتأثيره بعد الاحداث في امر جديد ما هو? ليس الوجود وانما استمرار الوجود. هو البقاء يعني استمرار الوجود فانه غير الاحداث من جديد فهو مؤثر في امر جديد وهو الابقاء. صار به باقيا لا في الذي كان باقيا. ليس في اعطاء الموجود للموجود. وانما اعطاء الايه استمرار حيثية مع قال فلهذا جاز اسناد القديم الممكن الى المؤثر موجب لو امكن لو تفيد الامتناع هذا مبنى اه مبنى مبنى المتكلمين ومبنى بائس. ضعيف جدا وبين المبنى لان الاعلام الحلي اثاره المتكلم لا يؤمن بالقديم الزماني لنتفق على مسألة. القديم على قسمين قديم ذاتي و قديم زماني القادم الذاتي فوق الزمنيات وهو الله تعالى فقط صار هناك لا معنى للزمان ثم جئنا الى ظرف الزمن</w:t>
      </w:r>
    </w:p>
    <w:p>
      <w:r>
        <w:t>يعني ظرف الخلق نحن الان في عالم الخلق الا ان هذا المخلوق لا بدء زماني له يعني لا تجد له زمانا سابقا اين البأس ما دام مخلوقا ما دام ملاك الخلق وهو الامكان موجود فيه وهذا مبنى الفيلسوف مادام هو فقير الى الذات المقدسة فقره لا يتنافى مع قدمه الزماني وقدمه الزماني لا يتنافى مع مخلوقيتي. اين البأس مادام هو ليس قديما ذاتيا بل دخل عالم الخلق الى انه لا بدء زماني له اين الضرر المتكلم لانه يقول يجب ان يكون ظرف زمني فراغي عدمي سابق على الحادث فهو دائما حادث يعني ما عندنا قديم زماني. اذا المسألة مبنائية اذا بنيت على الحدوث فلا تقول بالقديم الزمني ابدا والعجيب ان المتكلم الساذج يقول الله قد يلزمني. يعني مات عليها هو موجود في ظرف زمني والزمان مخلوق هادي خرافة كبيرة. جيد المتكلم هكذا يرى اذا كان هناك اه قديم زماني يعني عندنا الله وعندنا قديم زماني فالله تعالى لا يمكن ان تتعين ارادته او اختياره لماذا? انا الان لست واقفا فاريد الوقوف. اذا الارادة متى تتعين? اذا كانت هناك فاصلة زمنية بيني وبين الوقوف ففهم فاعلية الله تعالى بهذا النحو المتكلم الساذج العرفيات ادخلها في العقيدة صنع دينا عر فيا دينا عرفيا مع الاسف الشديد. اذا اذا كان العالم قديما زمنيا ولم تسبقه اه ظرفية زمنية يعني قطعة زمنية عدمية ليس فيها شيء فكيف تتعين ارادة الله تعالى? سيكون مجبورا موجبا. ولهذا قال فلهذا جاز اسناد القديم الممكن يعني المخلوق الى المؤثر الفاعل الموجب الموجب يعني المضطر مرفوع الارادة والاختيار لو امكن يعني لعل من حلي لا يؤمن به يقول لا هذا لا يمكن يعني ما عندنا قديم زمني يتكلم بلسان المتكلم نعم نعم ولا يمكن اسناده الى المختار. لان المختار يجب ان يكون فاعلا للشيء بعد ان لم يكن ذلك الشيء في ظرف زمان سابق. وهذا هو الحدوث حدوث المتكلم. وقلنا الحدوث كارثة لا معنى له اقول هذا نتيجة ما تقدم بان الممكن الباقي اذا ثبت بقاؤه انه محتاج الى المؤثر ثبت جواز استناد القديم الممكن الى القديم من المكتب القديم الزمني الممكن يعني المخلوق الى المؤثر الموجب الموجب يعني المضطر بينت لك لماذا مضطر? لانه ما عطاولو فرصة زمنية فيها فراغ وجودي يختار الايجابي مثلك انت الان متى تقف من جلوسك اذا كانت هناك فاصلة زمنية لم يكن فيها الوقوف. هناك تصحح مدى الاختيار والارادة فتقف هادي فاعلية من? فاعلية الماديات اسقطوها على الله تعالى. اما استناده استناد الممكن يعني المخلوق الى المختار فغير ممكن نعم لان المختار هو الذي لا يفعل الذي يفعل بواسطة القصد والاختيار نعم يعني المتكلم بيقول فاعل بالقصد والقصد انما يتوجه في التحصيل الى شيء معلوم. هذا هو باب المتكلم. يعني يجب ان تكون هناك ظرفية زمنية ما فيها شيء ثم انا اريد ادخله يعني الارادة متى تتعين في الفاعل في الله تعالى كمصداق للفاعلية اذا لم تكن هناك اذا كانت هناك ظرفية زمنية لم يكن فيها شيء ثم احدثه هكذا يتصور المتكلموا عملية الخلق. نعم والقصد انما يتوجه يتعين في التحصيل يعني في الخلق الى شيء معدوم. اكتب تحتها معدوم في ظرف زماني. لان القصد يعني الارادة الى تحصيل الحاصل محال. وكل معدوم تجدد فهو حادث. وبالتالي يحتاج الى لا هذا كلام غير صحيح كلام المتكلم فاعلية الله ارقى بهذا بكثير. تدرس هناك في الفلسفة اما فاعل بالعناية كما تقول المدرسة المشائية واما فاعل بالتجلي كما يقول صدر متأنين في حكمته. هناك تتجلى عظمة الله تعالى ليس بهذه هرقة هرطقات المتكلم هذه هذا الامر الضعيف مقاربات ضعيفة يأتي الى العرف يفهم العرف يرى الانسان لا يقوم من مجلسه الا اذا كان ظرف زماني سابق ولا يكتب الا اذا كان مسبوقا بظرف زمني سابق. ثم يقصد الكتابة حتما يكون هناك سبق عدمي. هذا هو الصدق وهذا سبق زماني يعني انا انا اريد ان اشرب الماء الان في فراغ زمني ما فيه الشرب ثم اقصد الشرب احقق الشرب. احدث الشرب يجب ان يكون هناك ظرف زمني. هذا في الانسان الضعيف المادي. فالله تعالى هكذا يفعل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