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تعالى واياكم لكل خير وصلنا معكم الى المسألة الخامسة والاربعون في نفي قديم ثان. قال يعني لو حقق الطوسي ولا قديم سوى الله تعالى لما يأتي يجب ان نتفق على الاطار المفاهيمي. ننقح الاطار المفاهيمي. يعني المبادئ التصورية ثم ندخل في البحث القديم على قسمين. قديم ذاتي وقديم زماني بمعنى ان القديم الذاتي له مصداق واحد وهو الله تعالى فقط. واجب الوجود طوق الزمان وفوق المكان يفوق حتى عالم الملائكة وعالم العقول وهي مرتبة الذات هذا القديم الذاتي نعم يعني ما عنده هناك في ذاته المقدسة ملاك الإمكان حتى يكون لا يقتضي الوجود له يقتضي الوجود لذاته. فوق الزمان وفوق الدهر وفوق كل شيء. هذه عقيدة الفيلسوف وعقيدة كذلك المؤمنين ثم عندنا قديم زماني. ما معناه? يعني انتقلنا الى عالم الخلق. وعالم الخلق المادي ادنى عوالم الخلق الملائكة لا تخضع للزمان والمكان لماذا? لانوار انوار الهية حاكمة على الزمان والمكان لا يتحكم فيها الزمان والمكان بني جبرائيل عليه السلام يأتي ويتحكم في هذه النشأة آآ جلوسه مع النبي ونقله للواحي و هذه ليس خظوعا لظرف زمان مكانه. هو يتحكم في هذا الامر في هذا الامر انظر مثلا يدي الان يدي اذا ركزنا على المادة. المادة هي تريد الاستقرار في المكان والاستقرار حتى في الزمن يعني ان انظروا الان مستقرة النفس اما ان تكون مهيمنة على اليد كمادة او اليد تكون مهيمنة على النفس اذا هيمنت المادة يعني اليد على النفس النفس لا يمكن ان تتحرك. ما دام المادة اه جامدة غير متحركة فالنفس تكون تابعة للمادة لماذا? لانها مقهورة باليد وهي مادة لكن انظر انا احرك يدي الان ما معناه? يعني المادة صارت مقهورة للنفس فالنفس تعيش ابعاد اليد الزمنية والمكنية لكن لا تتأثر بالزمن والمكان خاصية الفوقاني خاصية العلو هذه هي نعم فالله تعالى اذا قال هو معكم اينما كنتم فهو معكم نعم لكن لا يتأثر بهذه الابعاد الزمنية والمكانية هو يهيمن عليها ولا يتأثر بها ولا تمسه هذه قاعدة من ذهب قاعدة ذهبية جدا في فهم اسرار الوجود وفي فهم كذلك مسائل الدين مسائل الدين اذا انتقلنا الى عالم الخلق الزماني المادي تحت حتى علم الملائكة الانوار الالهية هذا العالم الزماني عند المتكلم فيه حدوث يعني تحدث فيه الخلق وتنتشر كل مفردة خلقية مسبوقة بظرف زماني لم تكن فيه يعني فيه زمن مستمر فراغ وجودي ثم تحدث المخلوقات بعلتها بالله تعالى. هذا مبنى من? مبنى المتكلم عنده حدوث زماني. حدوث قدم زماني لا يعترف به. لماذا? لان عملية الخلق كما بينا ملاكها هو الحدوث يعني يجب ان تكون هناك آآ فترة زمنية فارغة عدم سينوجد الشيء بعد هذا الفراغ اذن قديم الزمان حساس جدا عنده. فالقدم فقط عنده هو آآ القدم خاص بالله تعالى. ويتصور في ذهنه الظعيف ان الله تعالى قديم بالقدم الزماني مع ان الله تعالى فوق الملائكة فكيف يكون في ظرف الزمان ثم يكون قديما. مهزلة الفيلسوف يقول ما دمنا نحن في عالم الخلق المادي الظعيف من مانع ان يكون هناك قديم زماني ليس مسبوقا بظرف عدم زماني زماني ها وان كان مسبوقا بالله تعالى وحتى مسبوق بعلم الملائكة لاننا نحن في عالم المادة. اين المانع مادام ملاك الخلق موجود فيه ما هو؟ انه لا يقتضي الوجود لذاته ما دام انه لا يقتضي الوجود لذاته كان قديما زمانيا. كان حادثا زمانيا سواء هذا مبنى الحكيم مبنى الحكيم ثم تبنته المدرسة الامامية بفلاسفتها ثم بمتكلميها نعم المتكلم حساس جدا لا يؤمن بالقدم الزماني وبين الامر للظابطة ظابطة الخلق هي الحدوث ولا قديم سوى الله تعالى لما يأتي. هذه يجب ان نسلط عليها الضوء هي تأويليا القديم هنا تقصد القديم الذاتي العبارة صحيحة عند الفيلسوف تقول القديم الزماني على مبنى المتكلم لا معنى للقدم الزماني عن الله مع الله تعالى. لان الله تعالى لا يخضع الى الزمنيات. نعم لكن على مبنى المتكلم نعم هنا القديم يعني القديم الزمني يعني الله تعالى ليس له ليس له مسبوقية بظرف زمني ذراري لما ياتي سيبين ذلك? اقول هذا خاء قد خالف في هذه جماعة كثيرة نعم يقولون يعني مع الله تعالى قديم اخر. لكن ليس القدم الذاتي بل القدم الزماني. اما الفلاسفة فهو ظاهر اما الفلاسفة فظاهرون حتى لا نقع في المغالطة مغالطة الاشتراك اللفظي يجب ان نفهم هل الفيلسوف يقول بقدم ذاتي غير الله? ابدا هذه خرافة يقول بالقدم الزماني. يعني كيف يعني نزل من المرتبة الالوهية الى مرتبة الانوار الملائكة والعقول الى المرتبة المادية? اين الزمنيات? هناك قال بالقدم الزمني. لا يقول بالقدم الذاتي لاي مخلوق لننصف لنن طفل نعم. واما الفلاسفة فظاهر اكتب تحتها ظاهر بالقول بالقدم الزماني في عالم الخلق المادي. اما القدم الذاتي فهذا لا يمكن كأن المحقق التونسي وظف التورية هنا ولكن في التورية مندوحة عن الكذب لقولهم بقدم العالم نكتب بقدم العالم يعني المخلوقات بقدم ذاتي ام زماني اكتب قيد زماني والقيد الزماني لا بأس فيه لانهم او لا بأس به لانهم بنوا على ان كان الخلق على ان ملاك الخلق هو الإمكان يعني ان المخلوقات لا تقتضي الوجود بذاتها. كانت قديمة او كانت حادثة في الزمان. واما المسلمون فالاشاعر اثبتوا ذاته تعالى. هذا قديم ذاتي عندهم قديم زماني واثبتوا صفاته في الازل لماذا ما دخل الصفات هنا لان الاشاعرة يقولون بزيادة الصفات على الذات نعم ولم يفسروا هذه الزيادة لان العقل الاشعري ليس عقلا فلسفيا عقل عرفي عرفي قالوا بزيادة الصفات على الذات. لماذا? لانهم اذا اداخلوا الصفات في الذات يلزم التركب. خلاف البساطة. وكل مركب يحتاج الى اجزائه الى مكوناته  فرارا من الترقب ايه اخرجوا الصفات الى خارج الذات. فيكون القديم متعددا. ذات الله وصفاته. كالقدرة والعلم والحياة والوجود والبقاء وغير ذلك من الصفات على ما يأتي في بحث الصفات في الالهيات بالمعنى الاخص هناك نبين الاشكالات على الاشاعرة ونبين المبنى الصحيح الذي اسسه الامام الصادق عليه السلام واتلقفه الفارابي وادخله الى الحكمة وابو هاشم المعتزلي اثبت احوالا خمسا فانه علل القادرية واحد والعالمية اتنين والحيية ثلاثة والموجودية هذه الاربعة بحالة خامسة هي الالهية. ظلمات فوقها ظلمات العقل المعتزلي عقل ضعيف والعقل الاشعري عقل ضعيف. نعم. القادرية والعالمية ايضا نسب نسب هادي حيثيات حيثيات قلنا وجود ربطي لا متن لها وانما هي الواجب بنحو لا يفهمون هذه الامور في ذلك الزمن دقيقة جدا ارقى من عقول المتكلمين واما الحرانيون فلا صفة في حرام قبل الاسلام فقد اثبتوا خمسة من القدماء</w:t>
      </w:r>
    </w:p>
    <w:p>
      <w:r>
        <w:t>اثنان حيان فاعلان هما الباري تعالى يعني الله والنفس النفس عندهم قديمة وواحد من فعل غير حي هو الهيولة العيولا يعني هذه المادة القابلة سيأتي ان شاء الله في بحث الجواهر والاعراف بالتفصيل ما هي الهيولة. واثنان لا حيال ولا فاعلان ولا منفعلان هما الدور والخلاء نعم هنا العلامة الحلي يتكلم بنحو الفتوى اما قدمه تعالى فظاهر. اكتب القدم ما هو? ذاتي ام الزماني? عند الفيلسوف القدم الذاتي عند المتكلم القدم الزماني ولا معنى للقدم الزماني في دائرة الالوهية لان الله تعالى وخالق الزمان كيف يكون فيه نعم. واما الزمان فالاستحالة التسلسل اللازم على تقديري عدمه نعم واما الزمان فالاستحالة التسلسل اللازم على تقدير عدمه يعني الزمان لا يكون قديما. لماذا اذا كان قديما فهو مخلوق حتما مسبوق بزمن تك الزمان ينتمي الى عالم الخلق يجب ان يكون حادثا زمنيا يعني مسبوق بزمن ويلزم التسلسل فلاستحالة التسلسل اللازم على تقدير عدمه يعني كان معدوما ثم انوجد انوجد في زمن حدود زمني حدود الزمني عند المتكلم مسبوق بعدم زمانه وهكذا واما الخلاء يعني الفراغ فرفعه غير معقول لا معنى للخلاء نعم واختار ابن زكريا الرازي الطبيب وكذلك فيلسوف هذا المذهب يعني الخلاء. وصنف كتابا موسوم بالقول في القدماء الخمس وكل هذه المذاهب ظلمات باطلة. لان كل ما سوى الله تعالى ممكن. انظر الى العلامة الحلية رجع الى مبنى الفلسوف لان كل ما سوى الله تعالى ممكن يعني لا يقتضي الوجود بذاته. وبالتالي يكون مخلوقا كان مخلوقا في حدوث زمان يعني لم يكن في زمان ثم ان وجدت مثلي انا لم اكن ثم كنت او لا قديم زمني لا فارق. وكل ممكن كبرى حادثون. وسيأتي تقريرهما بالتفصيل  في هذه المسألة لا تخف اذا عندنا قديم ذاتي مختص بالله فوق الانوار ومن باب اولى فوق الزمنيات فتقول الله قديم الزمان لا معنى لها. قديم ذاتي ثم نأتي الى القديم القديم الزماني. المتكلم متحسس لا يقبله لمبناه وهو ملاك الخلق والحدود الفيلسوف يقبل ويقول خليه يكون في عالم الخلق الزماني وقديم. اين المشكل مادام مادام ذاته فقيرة بمناك بملاك لائقة ظاء نعم بملاك اللائق ويؤمنوا الفلاسفة كذلك بالحدوث الزماني شجرة لم تكن في زمان ثم آآ انبتها الله تعالى في ظرف زمني خاص نعم فالفلاسفة يؤمنون بالقدم الزمني وبالحدود الزمني. المتكلم لا يؤمن الا بالحدود الزمانية على ملاكه. ما هو? الخالقية لا تكون الا اذا كان ظرف زماني فيه فراغ فيه عدم عدم الاشياء. ثم يخرجها من ذلك الظرف اظافر الوجود وهو الحدوث المسألة السادسة والاربعون في عدم وجوب المادة والمدة للحادث الفيلسوف خليني اقرا العبارة المتنية ثم نحلل. قال ولا يفتقر الحادث الحادث عند المتكلم فقط الحدوث المادي ما عنده علم الانوار. عالم الملائكة. المجرد التام هو الله ما سوى الله كله مادي كله مادي حتى الملائكة عبارة عن ماديات ولا يفتقر الحادث. حادث يعني المخلوق في عالم الخلق المادي كما يراه المتكلم الى المدة والمادة. المدة يعني زمان والمادة يعني قوة حاملة للاستعداد الخلقي نعم والا لزم التسلسل. هنا المحقق الطوسي يتكلم بلسان متكلم. يتحدث بلسان المتكلم جالس على عرش الكلام. اما في عرش الفلسفة والاشراق فلسفة والاشراق هذه الامور كلها لا يقبلها نعم جيد ما معنى هذا الكلام? دقق معي جيدا. الفيلسوف اكتشف قانونا في الكون وهذا القانون مختص بالماديات يقول الخلق المادي الخلق المادي. يعني الله تعالى يريد ان يخلق في ظرف زماني شجرة او انسان يفيض الوجود على الشجرة او على الانسان في عالم المادة دقق في هذا الامر بقيد المادي عالم المادة. مانا نتكلم على عالم الأنوار والمتكلم باعتباره ان يؤمن للعالم كله مادة لمجرد فقط عن المادة هو الله تعالى. اذا على مبنى الفيلسوف كل المخلوقات تخضع لهذا القانون. لكن الفيلسوف لا يؤمن بهذا. فيلسوف عنده عالم العقول انوار مطلقة. عالم المثال مجردات لكن لها ابعاد مادية بدون مادة وبدون زمن ثم عالم الزمانيات والمادة هذا مبنى الفيلسوف. المتكلم يقول كل ما سوى الله مادي المتكلم لما جاء الى عالم المادة هذه النشأة الدانية نشأتنا نحن عالم المادة اكتشف قانونا كونيا ما هو اذا ظهر الى الوجود او في الوجود مخلوق مادي بالظرورة مسبوق بمدة زمنية وبي مادة سابقة مد سابق كيف لان هذا الحادث المادي بدون استعداد سابق لا يكون بدون استعداد سابق لا يكون. يعني في قابلية سابقة في مادة وزمان سابق ثم تطور خلقيا فحدث يعني هذه الشجرة هذه الشجرة كيف يخلقها الله تعالى على مبنى الفيلسوف اما ان يقول لها كن فتكون وهذا في عالم المادة غير صحيح الشجرة تتعين في دار الخلق بمادة سابقة عندنا فسيلة وعندنا بذرة تحمل قوة هذه الشجرة اذن الشجرة مسبوقة ببذرة حاملة لقوة الشجرة ومسبوقة بزمان ثم هذه البذرة اذا وضعت في الشروط الموضوعية في المناخ المناسب يعني فيهما رطوبة اضاءة شمس ته مادة تبيد هذه الديدان حتى لا تخرب هذه البذرة او الفسيلة ثم تتطور تصير شجرة. اذا هذه الشجرة خلقت في سياق مسبوقة بقوة تحملها البذرة او الفسيلة وزمان تطورت فيه. هذا مبلغا ابناء الفيلسوف وهذا قانون مادي صحيح هنا المحقق التونسي جالس على عرش الا عرش الكلام ينفي هذا الامر. ولا يفتقر الحادث الى المدة يعني الزمان والمادة القابلة لوجوده. والا لزم التسلسل. يقول هذه البذرة كيف عندها قابلية سابقة والقابلية السابقة قابلية سابقة وهكذا اقول ذهب الفلاسفة الى ان كل حادث حادث اكتب مادي حتى ننصف كل حادث مادي لانهما الانوار لا يقولون بهذا القانون هذا القانون يسري فقط في الماديات. الى ان كل حادث مادي دي مسبوق بمادة حاملة لاستعداد هذا المخلوق. ومدة زمنية لان الكبرى لان كل حادث ممكن وامكانه سابق عليه. اكتب هنا الامكان الامكان الاستعداد الإمكان الإستعدادي. سيأتي تفصيله في بحث الجوهر والأعراض الإمكان الإستعدادي يعني القابلية مثلا انسان يخلق عنده نطفة قابلة لوجوده قابلة حاملة الاستعداد لوجوده ثم هذه النطفة تتحرك في ظرف خاص حتى يظهر الانسان لان كل حادث ممكن وامكانه امكان الاستعداد سابق عليه على الحادث وهو عرض كيف الاستعداد عرض يعني يعرض الجوهر والمادة الكيف عرظ الكيف الاستعدادي من مصابيق الكيف المطلق. ما هو الكيف ياتي في بحث الجواهر والاعراض هناك بحث طويل ممكن ياخذ لنا اكثر من ستين جلسة. مع الاسف الشديد نعم اه الكيف عرض يحتاج الى جوهر. جوهر هو المادة. يعني عندك النطفة مادة حاملة لكيف استعداد هذا الكيف الاستعدادي آآ اذا قسنا الانسان اليه نقول الانسان مو مومكن بالامكان الاستعدادية ما معناه? يعني استعداده موجود في النطفة فالنطفة اذا وضعت في سياقها الصحيح نشأ الانسان. نعم وهو عرض بينا لان الكيف من اقسام العرب يعرض ماذا? يعرض المادة فهذا الاستعداد الكيف الاستعدادي في النطفة النطفة مادة</w:t>
      </w:r>
    </w:p>
    <w:p>
      <w:r>
        <w:t>او الفسيلة الفسيلة مادة للنخلة لابد له من محل كل عرض يحتاج الى محل وليس المعدوم لانتفاء من العرض يعرض المعدوم لا فهو ثبوت حقيقة ما هو المادة يعني المادة المادة النطفية المادة الفاسيلية وهكذا ولان كل حادث يسبقه عدمه سابقا لا يجامعه المتأخر. فالصدق بالزمان يستدعي ثبوته. اذا فيه سبق زماني وسبق استعدادي نعم هذا الاستعداد في المادة وهذان الدليلان باطنان باطنان عند المتكلم اما عند الفيلسوف لا يمكن ابطالهما لانه يلزم منهما التسلسل يعني هذا الاستعداد النوطفي يحتاج الى استعداد. يعني هذه النطفة تحتاج الى استعداد سابق وهكذا لان المادة ممكنة فمحل امكانها مغاير لها فيكون لها مادة اخرى على ان قد بينا ان الامكان عدم ان كان عدمي هنا لا اله الا الله هذا المغالطة موجودة حتى عند الفلاسفة هنا الإمكان العدمي يعني الامكان الذاتي لا تقتضي الوجود ولا تقتضي عدم هذا الإمكان المهاوي وهنا الكلام في الامكان الاستعدادي يعني العلامة الحلي خلط بين الامكان والاستعداد والإمكان الذاتي كلام في الامكان الاستعدادي الذي هو حقيقة ثبوتية وليس امرا عدميا. نعم على انها قد بينا ان الامكان عدمي اكتب الامكان العدمي هو الامكان الذاتي او الامكان المهوي ليس الامكان الاستعدادي خلط في المصطلح مغالطة في الاشتراك الاشتراك اشتراك الكلمة وهو الانكار. لانه لو كان ثبوتيا لكان ممكنا فيكون له امكان ويلزم التسلسل والزمان يتقدم تتقدم اجزائه بعضها على بعض هذا النوع من التقدم فيكون للزمان زمان هذا قول نعم يعني اذا قلنا بهذا القانون كل حادث مادي له مسبوق باستعداد تحمله المادة وزمان يلزم التسلسل نعم اجابوا عن الاول من الفلاسفة بان الامكان لفظ مشترك بين معنيين. لاحظت اعنيهم يجيبون لعل من حلي ومن سوى العلامة الحلي الأول ما يقابل الإمتناء وهو صفة عقلية صفة عقلية بمعنى ان العقل اذا قاس الماهية يعني الانسان الماء الى الوجود والعدم يقول لا يقتضي الوجود ولا يقتضي العدم يعني العقل له مدخلية في فهم هذا الامكان هذا معنى صفة عقلية. صفة عقلية ليس الامكان في العقل. لا صفة عقلية يعني العقل آآ بالقياس يصل اليه يوصف بها كل ما عدا الواجب يعني كل ما سوى الله من المهيات والممكنات لا يقتضي الوجود ولا يقتضي العدم. هذا الامكان الذاتي والممتنع من المتصورات والممتنع من المتصورات اي نعم  لحظة نعيد نرجع الى الوراء حتى يأتي التطبيق مستساغا نعم بان الامكان لفظ مشترك بين معنيين الاول ما يقابل الامتناع وهو صفة عقلية بين لنا معنى صفة عقلية يعني في العقل لا يعني العقل اذا اقاس الانسان الى الوجود والعدم يقول لا يقتضي الوجود ولا يقتضي العدم هذا هو الامكان الإمكان الذاتي يوصف بها كل ما عدا الواجب والممتنع. يعني كل ما سوى الواجب والممتنع نقول له ممكنون. ما معناه? يعني لا يقتضي الوجود ولا يقتضي العدام. من المتصورات يعني من المخلوقات من الماهيات من بيانها ولا يلزم من ولا يلزم من اتصاف المهي بها كونها مادية لا لان هذا ليس له علاقة بالامكان الاستعدادي هذا المعنى الاول يسمى الإمكان الذكي والثاني الامكان الاستعدادي. هذا كيف? كيف استعدادي? كيف? كيف? قوة. قوة في الماديات ما عندها علاقة بالمهيات فقط في الماديات والثاني الاستعداد وهو موجود معدود في نوع من انواع جنس الكيف يسمى الكيف الاستعدادي واذا كان موجودا وعرضا وغير باقي بعد الخروج الى الفعل فيحتاج الى محالة لا محالة قبل الخروج الى محل وهو المادة. اكتب هو غير باقي هادي نبينها. هو عرض فهمناه. باقي لماذا؟ نعم النطفة اذا حملت استعداد الانسان وتكاملت وصارت للانسان. حتما النطفة انتفت واستعدادها ينتفي قانون الاستعداد هذا هو قانون الاستعداد انه اذا جاءت الفعلية يعني الكمال ينتفي. هذا قانون قانون الاستعداد. انت الان عندك قابلية ان تكون مجتهدا اذا صبت مجتهدا القابلية هادي بعد تبخرت صارت كمانا صارت فعلية ترقت فتنتفي هذا من قوانين الامكان الاستعداد. اما الامكان الذاتي ليس هكذا. حتى لو انه صرت مجتهدا تبقى ممكنا بالامكان الذاتي شربتها ما صبت تبقى ممكنا بالإمكان الذاتي هذا هو الفارق بين الامكان الاستعدادي والامكان الذاتي. الامكان الذاتي ثابت سرمدي في المخلوقات. اما الامكان الاستعداد في الماديات اذا جاءت الفعلية. يعني الكمال انت يختفي لا يبقى لا يبقى ولا معنى لبقائه. نعم يقول واذا كان موجودا هذا الاستعداد وعرضا يعني يحتاج الى جوهر الى مادة وغير باقي لانه ينتفي بعد وجود الفعلية والكمال بعد الخروج الى الفعل يعني بعد الفعلية فيحتاج لا محالة هذا الكيف الاستعدادي هذا لا محالة قبل الخروج الى محلين الى جوهريين لان كله لان كل عرض يحتاج الى جوهر. ما هو هذا المحل? هذا الجور والمادة. يعني المادة النطافية في مثالنا  وعام الثاني يعني الاشكال الثاني ان القبلية والبعدية تلحقان الزمان لذاته فلا يفتقر الى زمن اخر الزمان الزمان زمنيته ذاتية فلا يحتاج الى زمان سابق. انظروا الفيلسوف كان دقيق دقيق نعم لانه اذا احتاج الزمان الى الزمان الزمنيته تكون عرضية لا تكون ذاتية ومبدأ سبب الكافي كم معيار عقلي قبل تعين العلم طب قبل تعين القضايا العلمية يقول اذا كنا في العرض نحتاج الى الذات اذا وصلنا الى الذات يعلل او لا يعلل ابدا لا يعلل لا معنى للتعليل زمنية الزمان ذاتية فلا يحتاج الى زمان سابق ايها المتكلم. نعم افهم هذه الامور جيدا قلنا العلامة الحلي يرد هذا البيان الفلسفي اما الأول فباطلون لأن ذلك العرض حادث فيتوقف على استعداد له ويعود لبحثه في التسلسل اين المانع? ايها العلامة الحلي اين المانع? ان المادي في الزمنيات الظعيف الفقير لا عنده قديم زماني ويتحرك هكذا بالعكس هذه تدل على قوة الله تعالى انه فعله منبسط يعني انت اذا جعلت فاعلية الله تعالى تبدأ من نقطة السابق الزماني الله تعالى بطال يعني ليس فاعلا ليس فاعلا اي ليس فاعلا. احكي لكم نكتة ثم اه نكمل البحث في الحصة القادمة. الشيخ حسن زاد اموني كان يمشي في السوق وهو الفيلسوف والعارف فقيه والفلك الكبير شاف كتاب جميل جدا اراد ان يشتريه. هذا البائع قال له اه قال انا لا ادع هذا لانه شرك. قالوا لماذا? لانه هذا  اه العقل الفعال العقل الفعال هو مخلوق عند الرؤية المشائية المشائي او المبنى المشائي هو الذي يفيض الصور على عالم المادة في مبناه عقل مجرد ارقى في عالم العقول لا يخضع للزمن والمكان الله تعالى كلفه هذه الوظيفة يفيض الصور. يعني انت تدرس تريد ان تتعلم هو اذا تهيأت الظروف وفعلت ارادتك جاتك الصور العلمية من العقل الفعال يعني عقل مجرد ارقى نوران لا مادة فيه ولا زمان وفعال ليس لا يتوقف فعالية قوية جدا فقال له الشيخ حسن زاد ما معنى العقل? قالوا لا ادري. قالوا العقل يعني</w:t>
      </w:r>
    </w:p>
    <w:p>
      <w:r>
        <w:t>وجود قوي وعندو كل المعلومات وفعال يعني عدم البطالة فعال ليس بطال اه قالوا جدا رائع هذا ابيعك الكتاب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