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بقي مقدار قليل من هذا الفصل الاول ثم ندخل في فصل جديد من اروع الفصول في الحكمة من اروع الفصول وهو بحث المهية نكمل هذا الذي تبقى ثم ندخل في الفصل الثاني كمقدمة في الحصة القادمة ندخل في تحليل الماتن وشرح الماتن كنا هنا وصلنا هنا وعلى الثاني يعني وعلى الثاني لا عن الثاني بيناه قلنا يعني العلامة الحلية يرد الدليل الأول للفيلسوف والدليل الثاني. قلنا اما الأول فباطن لأن ذلك العرض يعني الكيف الإستعدادي القابلية حادث نعم مخلوق فيتوقف على استعداد له ويعود البحث في التسلسل العلامة الحنية هنا يتكلم كمتكلم نعم كفيلسوف لا لا يقبل هذا الامر ما المانع نقول نحن? ما المانع ان تكون موجودات لا بداية زمنية لها وهذا تدل على عظمة الله تعالى لماذا? لان الفاعلية الالهية اذا بدأت من نقطة وفي فراغ خلقي ربك يعلم الى اين يستمر هذي يعني الفاعلية الالهية متوقفة متوقفة فاعلية الله تعالى لا تتوقف فيضه مستدام نعم فهذا دليل على العظمة انه لا بدء لي خلقه اي في عالم الخلق عالم المادة الادنى لا تخاف ان يكون هناك قديم ذاتي ابدا انت في عالم الخلق عالم الخلق الضعيف الادنى فكيف تخاف ان يكون هذا المخلوق الضعيف قديما ذاتيا ويكون الها? لا ابدا فيبطل هذه المسألة بالتسلسل. لان ذلك العرض الاستعداد هو كذلك مخلوق يحتاج الى مادة سابقة حادث فيتوقف على استعداد له ويعود البحث في التسلسل واما الثاني فكذلك لان اجزاء الزمان لو كانت تتقدم بعضها على بعض لذاتها وتتأخر كذلك كانت اجزاء الزمان مختلفة بالحقيقة فكان الزمان مركبا من الانات وهو عندكم باطل. الزمان ليس اناة مجتمعة. اناة هي عدم الزمان فكيف الزمان يتركب من الانات? لا نقول الزمان تقدمه ذاتي ايها العلامة الحلي اذا لا مانع ان يكون هناك قديم زماني في نشأة خلقية دانية دانية ضعيفة جدا فهذا الذي له ليس له بدء زماني ضعيف هو كباني. ضعيف في نشأة ضعيفة جدا. والضعيف دائما محتاج الى الى الفاعل. نعم المسألة السابعة والاربعون بان القديم لا يجوز عليه العدم من القديم? القديم الذاتي ام القديم الزماني من لا يجوز عليه العدم فيلسوف يقول القديم الذاتي. الله تعالى فقط لماذا؟ لأنه يقتضي الوجود بذاته والذي يقتضي الوجود بذاته لا ينفك عنه الوجود ابدا فيكون قديما بالقدم الذاتي اما القدم الزماني ما هي هويته? الا اقتضاء لا يقتضي الوجود واذا لا يقتضي الوجود يمكن ان يرفع عنه الوجود نعم نعم قال والقديم عليه العدم لوجوبه والقديم عليه يعني لا يجوز رفع العدم عليه لوجوبه بالذات يعني يقتضي الوجود لذاته والاستناده اليه والاستناد الى القديم يعني هنا كانه يقول بالقدم الزماني والقديم اذا كان قديما ذاتيا يعني الله تعالى استحال استحال عليه العدم لماذا? لان لا معنى للعدم هناك لان الذات الالهية تقتضي الوجود لذاتها لا معنى للعدم متى يتصور العدم للشيء? اذا كان هذا الشيء لا يقتضي الوجود ولا يقتضي العدم. يعني في تساوي قد يأتي الوجود وقد يأتي العدم اما ذات تقتضي الوجود لذاتها فتكون منبسطة في الوجود. لا يرفع وجودها وقدمها ابدا والقديم يستحيل عليه العدم لوجوبه تعليل لوجوبه لان الوجود يقتضيه تقتضيه ذاته هذا هو الوجوب. الوجوب ما معناه? ان الذات تقتضي الوجود لذاتها لوجوبه بالذات يعني لوجوب وجودة بالذات او لاستناده اليه او استناده الى القديم. اقول القديم ان كان عدما جاز عليه العدم. كعدم العالم. وان كان العدم لا يسمى قديما لان باب من سلب بانتفاء الموضوع وان كان وجودا استحال عدمه لانه اما ان يكون واجب الوجود فيستحيل عدمه. لماذا? لانه يقتضي الوجود لذاته او ممكن الوجود يعني اللائقة ظاء. فمؤثر فمؤثره لا يجوز ان يكون مختارا. رجع الى من قال ان المحقق الطوسي في قوله ولاستناده اليه يريد يريد مبنى المتكلم لا قد يكون يريد مبنى الفيلسوف يعني عندنا قديمان قديم ذاتي لا يرفع عنه الوجود. لماذا? لانه هو يقتضي الوجود لذاته وعندنا ممكن قديم زمانه لأنه لا يقتضي الوجود لذاته الا انه مستند الى علته ما دام العلة تفيضه ولا يهم ان كان حادثا او زمان آآ حادثا او قديما في الزمان فلا يرفع عنه الوجود باعتبار ان العلة حاضرة العلامة الحلي ذهب الى مبنى المتكلم يقول يقول القديم ان كان عدم انجز عليه العدم كعدم العالم ما سوى الله وان كان العدم لا يسمى قديما من باب سلب بنتفاء الموظوع وان كان وجودا هذا القديم استحال عدمه لانه اما ان يكون واجب الوجود. ما معناه? يعني يقتضي الوجود لذاته. فيستحيل عدمه. لا معنى للعدم في تلك الدائرة او ممكن الوجود المفروض اذا تكلم بلسان المتكلم لا يقول ممكن. يقول حدوث او او حادث الوجود هكذا النسق وحدة النسق اما اذا قلت ممكن فانت خرجت من نسق المتكلم الى نسق الفيلسوف. ويجب ان تلتزم بنسقه. نسقه يقول ملاك الخلق ماذا? هو الامكان ليس الحدوث. اذا لا يحق لك ان تقول او ممكن الوجود تقول او حادث الوجود فمؤثره فاعله لا يجوز ان يكون مختارا. قلنا القديم الزماني عند المتكلم يعني يجعل آآ اللذات الالهية مضطرا وبيناها لأن ما فيه انت لم تعطيه فسحة فراغية يفعل فيها ارادته فيكون الفعل مضغوط عليه فيكون مضطرا لا يجوز ان يكون مخترا اكتب تحتها يعني مجبرا مضطرا لان كل اثر لمختار حادث فيكون موجبا موجبا يعني الذات المقدسة تكون مضطرة موجبة ما هو سبب? لان انت ما  ما اعطيت  هذه الفسحة الزمنية حتى يفعل ارادته وباختياره اقول لك قم فيجب ان تكون هناك فاصلة زمنية ظرف زماني لم تكن فيه قائما. اعطيك هذا الفاصل حتى تقوم. هذه الفاعلية الانسانية الظعيفة طبقوها على الذات المقدسة. اذا نزعنا هذه الفاصلة الزمنية حين لا يكون الفعل فالفعل غطى كل المساحة فاين الاختيار الالهي? فاذا قلنا بالقدم الزماني يعني تغطية تامة تامة في الفعل اين الاضطراء? يعني الله تعالى يريد ان يوجد ما في فاصلة زمنية لان الخلق مملوء فهو مضطر على قبول هذا الفعل نعم مع الاسف الشديد فان كان واجبا استحال عدمه فاستحالة عدم معلوله نعم نعم اذا كان كانت العلة التامة موجودة فمعلولها ماذا يكون? يكون موجودا بالضرورة وان كان ممكنا تسلسل فان كان واجبا استغنى عن العلة لانه يقتضي الوجود لذاته وان كان اه ممكنا فحالتو حالة يعني يحتاج الى فاعلين وهكذا يتسلسل يعني ما عندنا قديم زماني يعني انا يلزم التسلسل. التسلسل الورائي القهقرة تم الكانون كلام وبينا المسألة فقط مسألة اضيئها نسيتها الحدوث الحدوث عندنا الحدوث</w:t>
      </w:r>
    </w:p>
    <w:p>
      <w:r>
        <w:t>الذاتي والحدود الزمني. الحدود الذاتي هو تركز على ملاك الخلق عند الفيلسوف ما هو ملاك الخلق انه لا يقتضي الوجود? فهو حادث ذاتي ما دام انه لا يقتضي الوجود الوجود معطى له فهو مسبوق بالحدوث الذاتي. يعني مسبوق بالعدم الذاتي يعني ذاته ليست في الوجود ثم حدث في زمان خاص او في لزمان. يعني ليس له بدء زماني فهو حادث ذاتي في اي مرتبة كان ثم في قسم جديد وهو هذا الحدود الزمني لهذه الواقعيات التي نراها تحدث وتختفي هذه الفيلسوف يقول مسبوقة بمدة وبمدة حاملة للاستعداد المتكلم لا يؤمن هذا الحدوث الذاتي. اصلا لا يعرف الحدوث الذاتي. لانه لا يعرف ملاك الخلق الامكاني ان لا اقتضى لا يعرف هو يعرف هذه العرفيات الفاعل ما هو لم يكن فاعلا ثم فعل فعل الارادة. اذا لم يكن فاعل يعني فيه فراغ زماني هذا الفراغ الزمني يؤهله لتفعيل الارادة والخلق هذا الفاعل المادي اسقطه على الفاعلية الالهية مع الاسف الشديد نعم تم الفصل الاول. كلها مقدمة تتصل باحكام الوجود. لها مدخلية في الالهيات بالمعنى الاخص. نحتاجها هناك الفصل الثاني الان في المهية والهواء حق الماهية ما يلحق المهيا انا لا ادخل في المتن حتى اراعي هذه النقطة اذا جعلنا الفصل الاول كله في فايل يكون الفصل الاول. الفصل الثاني نجعله في ولوحده وبالتالي ندخل في اصل التحليل في الحصة القادمة. لكن في مقدمة جميلة ابينها في هذا الدرس لماذا نسمع دائما اصالة الماهية واصالة الوجود مسألة مهمة جدا اصالة الما هي واصالة الوجود ما معنى من انموذج الان يترجمونه بكلمة انموذج  عبارة عن مجموعة من المباني ينفرو مثلا عشرة عشرين لا ادري كنت مع احد المشايخ قلت له في كل العلوم عندنا مجموعة من المباني هي الاساسية وكل يتفرع من هذه المباني. في العرفان خمس مباني اساسية افرع لك كل المسائل العرفانية منها في علم الاصول كم مبنى قال المحققون يقولون في حدود ثلاثة وعشرين هكذا ثلاثة وعشرين مبنى اذا احاط بها الأصول يمكن ان يفرغ كل مسائل الأصول منها فهذه المباني تعددت ام تقلصت خمس مباني عشرة عشرين المهم محدودة هذه المباني نفسر منها كل شيء له علاقة هذه المباني هذا هو الى ان غلق فنحتاج الى انبثاق من جديد انموذج جديد ما معنى الغلق? يعني صارت هذه المباني عاجزة عن تفسير الواقعيات فنحتاج الى ماذا طبق هذا آآ نموذج ونؤسس لانموذج جديد وهذا ما فعله السيد الصدر السيد بقر الصدر هذا العبقري العظيم الرجل الزاهد مفخرة التاريخ رحمة الله عليه رحمة الله عليه. انا لم ارى شخصا قلبه سليم لا يعشق هذا الرجل ولا يعترف له بهذه العبقرية الخارقة فهو جاء الى المدرسي الساري في المدرسة ووجده انه مبانيه لا تفسر بعض الامور فانشأ انموذج جديد من جديد هذا يدل على عبقرية خارقة لماذا? لان التأسيس يحتاج الى عبقرية خارقة خارجة عن افق افق ما هو مألوف افق المدرسة وهذا ما فعله صدر المتألهين اسس فلسفي لما رأى ان النموذج السابق المشائي لا يمكن ان يفسر كثير من الامور مغلق فتأسس انموذج جديد يسمى الحكمة المتعالية اذن من يقول بأصالة الماهية يتحرك في نموذج خاص من يقول باصالة الوجود يتحرك في اخر مباني اخرى صدر متألهين لما رأى ان البراديق من المهاوي يعني الانموذج المهوي عاجز عاجزا عن تفسير كثير من الامور كتير من اسرار الوجود لا يمكن ان يبينها فاسس لانموذج جديد يسمى اصالة الوجود يعني يبنى على اصالة لا يسمى اصالة الوجود. اصالة الوجود مبنى من مباني هذا الانموذج. نعم فالماهية قلنا باصالتها قلنا باعتباريتها حسب الانموذج من البحوث الرائعة. من البحوث الخارقة انا الان اعمل مقدمة ثم في الحصة القادمة ندخل من جديد حتى يكون لا يكون مقطعا جزء في الفصل الاول والجزء في الفصل الثاني يعني هذا الفصل الفصل الثاني نبدأ به في الحصة القادمة ان شاء الله. هنا فقط امهد لك الذهنية فقط الانسان عرفيا يعاين هذه الاشياء الخلقية امامه. شمس قمر نجم انسان ذهب ماء جبن هذا التعدد في العبارة ينبئ عن ماذا ينبئ عن كثرة اذا الخلفية الهرمونيتيكية عند من يقول باصالة الماهية هي الكثرة هذه خلفية هيرمونيتيكية يعني انتقل وانطلق من الكثرة من الكثرة هذه الكثرة التي نعاينها هذه الكثرة مكوناتها اجزاؤها يجب ان تتميز يعني الماء يتميز عن الذهب وعن الانسان والانسان عن الشمس وعن القمر كل هوية وكل كون خلقي يتميز يعني يتحدد يعني له ما هي خاصة اذا الشم المهوي انتقل من الكثرة الكثرة صنع التميز التميز يعني التخندق يعني التحدد التحدد يعني ما هو هذا الشيء الذي هو غير ما هو هذا الشيء ما هو يعني ما هوية مصدر صناعي من ما هو ما هي ما هوية رفعت الواو صارت ما هي لخفة النطق ما هوية الشيء يعني ماهية الشيء دقق جيدا في هذه الانتقالة مهمة جدا في خلفية هرمونيتكية تأويلية بنى عليها من عنده شم هاوي من يتبنى اصالة الماهية كثرة اعاينها بالشهود لا شك في ذلك يعني هذه الكثرة البدوية الذي اراها بالبداء كثرة مكوناتها يجب ان تكون مميزة. تتميز بهويتها الخاصة والا لا معنى للكثرة. يعني ما هوية الماء يجب ان تكون غير ما هوية الانسان ما هوية الانسان يجب ان تكون غير ما هوية الذهب وغير ما هوية الشمس وهكذا اذن الشم المهوي انتقل من الكثرة. الكثرة مكونات متميزة متخندقة متمهوية ما هوية مهوية مهوية اذن عندنا ماهية اذا ننتقل من ننتقل من الماهيات يعني ما في خيط يربط هذه الكثرة ويوحدها ما في الذي يقول بالشمل وجودي يعني اصالة الوجود يظرب هذا هذه الخلفية الهرموناتيكية هذه الهجرة الخلفية الهرموناتيكية لا يؤمن بها يقول انتم انطلقتم من الفهم البدوي هذا الشم المهوي فهم بدوي للوجود انا ننطلق من الوحدة الوحدة هي الأصل ثم هذه الكثرة البدوية التي تشير الى التميز والانفصال والتخندق هذه الكثرة كلها اجعلها مندكة في تلك الوحدة وحدة سارية محققة لهذه الكفرة في عين هذه الوحدة السارية هذا هو الوجود الذي يسمى الحكمة المتعالية دققوا جيدا في هذا الانتقال ثم يأتي هذا الفصل الثاني المهوي نقارب الماهية بغض الطرف عن الشم المهوي ام الشم الوجودي نقارب الماهية نفهمها بين قوسين ما عندنا علاقة بالانموذج ثم اذا دخلت انت الى المشة الذين الذين يقولون بأصالة الماهية وقطعا يقولون بأصالة الماهية خلاف ما يدعيه بعض المحققين تفهم جيدا لماذا قال باصالة الماهية من هذا الفهم الفصل الثاني ومن قال باصالة الوجود كيف ظرب هذا الشم تجاوزه واسس جديد انموذج جديد انا اتكلم ببعض المصطلحات متداولة في الغرب حتى الحوزوي العزيز اذا انفتح عليها تكون عندو خلفية خلفية لهذه كاين المصطلحات كثير من المصطلحات المتداولة في الغرب عندنا نحن ما يقابلها لكن بلساننا</w:t>
      </w:r>
    </w:p>
    <w:p>
      <w:r>
        <w:t>بلساننا فهو مسكين ينفتح على نص ادبي فلسفي عقدي الهي يعني الهيات ويرى بعض المجال التداولي يعني المصطلحات ينقهر لانه لا يفهم معنى المعاد الموجود عنده المعادل عنده موجود. واذا كان هناك مصطلح جديد ليس له معادل  ينحت له مصطلح من تراثه او يتبناه يتبناه في سياقه لا بأس لا بأس انا اتعمد اشير الى هذه المصطلحات الحديثة حتى ينفتح العقل الحوزوي على هذه الامور ولا يخاف نعم ترجمت كتابا في الهرمونيتيك من الفارسية اللغة العربية وسيطبع ان شاء الله لاحقا لأن الترجمة تقريبا اكتملت مدخل الى الهرمونيتيكي  جماعة تريد تطبع هذا الكتاب سألوني قالوا شيخنا فيه رد على الهرمونيتيك هنا اشير الى نكتة بيداغوجية هذه الذهنية ليست جيدة هل فيه رد فيه رد لا المؤمن الحكمة ضالتهم اينما كانت يجدها. اي شيء صحيح في اي عالم كان الحوزاوي ليس له عقدة اذا كان حقا يقبله لان الملاك والحقانية ليس الغرب الشرق نحن نعيش مع بني جلدتنا من يخالفنا وآآ اه لا نتعقد الباطن ونرفضه وما كان حقا نقبله ما عندنا عقدة. اذا ما تكون عندك هذه الذهنية مثلا الان نتعامل مع فلسفة الدين. فلسفة الدين اين تأسست في امريكا? رد رد اكتب كتابا يرد على فلسفة الدين مع ان ثمانين بالمية من مسائلها. ان لم نقل تسعين بالمية مطب وخا عندنا الا ان هناك استحدثت مصطلحات جديدة ومقاربات جديدة. طبيعة العلوم هكذا كلما تأخرت جاءت المقاربات المتعددة والمصطلحات الجديدة ما في بأس ما في بأس تقول رد على الهرمونيتيك رد على فلسفة الدين ترد على امور حقيقية نعم ما هو باطل انت واجبك ترد عليه ليس لانك حوزوي. لانه باطل دقق جيدا في هذه المسألة. ليس لانك حوزوي ترد على الباطل. لان الباطل يرد. لان الباطل في حد ذاته غير غير مقبول غير مقبول. فانا ترجمت هذا الكتاب المسألة قال فيه رد قلت لو لا دراسة وصفية دراسة وصفية قلت له انت ايها المعمم ايها الشيخ اذا اردت ان تعمل محاضرات في الجامعة او في الحوزة او تعمل الدراسة مقارنة بين علم الاصول والهرمونيتيك او مثلا بين آآ مسائل كلامية والهرمونات او مسأل الدين والهرمونيتيك تكون عندك هذه التقريرات جاهزة تفهمها جيدا. تكون عندك مكنة على المناقشة وعلى التفنيد اذا كان هناك باطل او تتبنى اذا كان هناك حق قالوا لا نحن لا نذبح هذا الكتاب لا ندفع الحقوق الشرعية لطبع هكذا كتاب مع ان الكاتب معمم شيخ حوزاوي في قوم فتأخر الكتاب اكثر من آآ خمستاشر سنة ان لم نقل قريب من عشرين سنة. تأخر الكتاب من ان جددنا الامر وسيتبع ان شاء الله مع ان في داخله النقد موجود فيه النقد نعم فيه نقد واسع. الكتاب ممكن يأتي في خمسمائة صفحة اذن لا ننغلق على ما هو جديد ننفتح بقوة كما كان اجدادنا منفتحين بقوة نعم بقوة اذا المهوي النموذج المهوي انتقل انطلق من خلفية هرمونيتكية تأويلية ان الكثرة هي الاساس فيأتي ويحاول ان يجعل هذه الكثرة موحدة في الدين في باب الحمل الحمل ما هو؟ عندك المحمول من الموضوع كثرة ام لا؟ نعم من اين جاءت؟ جاءت من الكثرة الخارجية فتريد ان توحد الحمل اليس التوحيد جيت اشتراك جهة اشتراك والتوحيد في الحمل. وجيت اختلاف هو هذه الكثرة فالدين يسعى الى توحيد هذه الكثرة فينشى الجديد هو المهوي من يظرب هذه الخلفية التأويلية او الهرموناتيكية الانتقال من الكثرة ويغير يقول انا انتقل من الوحدة ويفهم الكثرة في متنها فتكون في صميم هذه الوحدة فيأتي الانموذج الجديد ما يسمى بالحكمة المتعالية التي من مبانيها الاساسية هو الوجود الاصيل والتشكيك في هذا الوجود هذه هي الخلفية التي انتقل منها وتحرك منها الذي يقول الشم المهوي النموذج المهوي والذي يخالف هذا النموذج المهاوي يقول انت بنيت على كثرة بدوية. فهمك البدوي نعم فهمك البدوي لانك ترى الانفصال الانفصال المادي في عالم الماديات ففهمت ان الوجود حقائق متكفرة وليست موحدة كما يقول الجديد يعني الانموذج الجديد وهو الحكمة المتعالية. نحن في هذا الفصل الثاني وهو فصل مهم جدا ودقيق وسنشير الى حيثيات جديدة بعد العلامة الحلي لان العلوم تطورت تطورا عجيبا ولا زالت تتطور نبين الى الحيثيات الجديدة لا يمكن السكوت عنها. لان الطالب الان يعيش في القرن الواحد وعشرين لا يعش في زمان العلم الحلي ونشير كذلك الى مدخلية هذه المباني في فهم الدين. يعني الانموذج المهوي ما هي النتائج الدينية التي يعطينا اياها والانموذج الذي يبني على الوحدة مع يعني وحدة الوجود التشكيكية ما هي النتائج الدينية التي نصل اليها انتقالا انطلاقا من هذا الأمر. هذه امور مهمة جدا. ان شاء الله الفصل الثاني يبدأ  الدرس التالي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