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الطاهرين اعزائي الطلاب السلام عليكم ورحمة الله وبركاته وصلنا الى الفصل الثاني وهذا الفصل يتناول مسألة في غاية الاهمية وفي غاية الخطورة وهي الماهية خذوها مسلمة ان الفكر البشري كله يتحرك في اصالة المائية كل الفكر البشري من بدايته الى يومنا هذا يفكر مهويا باستثناء العرفاء يفكرون وجوديا والحكمة المتعالية التي تأثرت بالعرفاء واسست لانموذج نموذج جديد بني على اصالة الوجود وتجاوزا الماهية اما الفكر البشري كله بدون استثناء ما عدا العرفا والحكمة المتعالية يتحرك في اصالة المال اذا فهم هذه الماية في حد ذاتها مهم جدا خطير جدا المنطق الارستي بني على اصالة المعية. هذا المنطق الذي ندرسه من زمان الى يومنا هذا بني على المعايير العقلية والمعايير العقلية تتعامل مع الذوات مع المعيات وقلنا ان الماهية كيف وصل اليها العقل البشري من هذه الكثرة يعاين الكثر كثرا متباينا اذا كانت هناك كثرة متباينة في تميز يعني في تخندق كل ذات في دار الوجود تتخندق في هويتها لها هوية من كلمة ما هو ما هوية صارت ما هي فالانسان ذات متخندق الماء ذات متخندقة الملك ذات متخندقة متخندقة يعني متميزة في خندقها في دائرتها هذا التخندق والتميز هو الماهية والمايل ثم كيف نصل الى هذه المهي? سيأتي ان شاء الله بالتفصيل في هذا الفصل الجميل اذن الخلفية الهرمونيتيكية لبحث المهية هي هذه الكثرة المتباينة ولفهم الوجود ناتي ونربط بين مفردات هذه الكثرة مع هذه النكتة ان هذا الربط يحتاج الى مناسبة ليس كل مفردة في الوجود ترتبط مع اخرى لا العلاقة والارتباط لمناسبة ما فيأتي الحمل فتتشكل القضايا ونكشف الواقع انطلاقا من هذه النقطة ان الاصل للماهية مدرسة اخرى الحكمة المتعالية بدأت من الوحدة فتصير هذه الكثرة تابعة لهذه الوحدة في متنها لا يهمنا هذا البحث لان هذا له علاقة بالحكمة المتعالية تلك مدرسة مستقلة بمبانيها انموذج جديد ويفهم الدين كذلك فهما جديدا يقول الفصل الثاني في المهية ولواحقها ما يمت اليها بصلة. نعم. وهي مشتقة عما هو عما هو تقول ما هو الإنسان ما هو الماء ما هو الملك ما هو الشمس جيد هذه ما هي? وهو ما به يجاب عن السؤال بما هو? ما هو الانسان يجاب يقال تقول يقال صحيح يجاب يجاب صحيح نعم عن السؤال بما هو ما بيناه كثيرا في الجلسات التي مرت علينا ما هو يعني انت في دائرة مبدأ الهوية ادارة الهوية قبل الانزياح الى عوارضها احكامها لوازمها وتطلق غالبا على الامر المتعقل هذه نقطة في غاية الدقة لغاية الدقة انت الان تعاين الكثرة هذه الكثرة امر خارجي والماهيات موجودة في الخارج اذن لماذا يقول وتطلق غالبا على الامر المتعقل. المتعقل. المتعقل يعني فيه نشاط ديني يصل الى الماهية في متن الواقع الا انه يصل اليها في دائرتها هذه تحتاج وقفة ان لم تكن هي اساس نظرية المعرفة لا ابتعد عن الواقع. اذا قلت انها اساس نظرية المعرفة لا ابتعد عن المفصل عن الواقع عن الحقيقة كيف نبينها بمثال نحن نعاين افراد الانسان عندنا علي عندنا بلال عندنا ابو ذر عندنا بلال عندنا طه عندنا ليلى عندنا سعاد عندنا زينب وهكذا. هذه الافراد التي نعاينها بالمشاهدة. نعاينها يعني نشاهدها هذه الافراد متميزة بشخصات تكأ ابيض ذكاء اسمر ذكاء عالم ذكاء ذكاء عريض ذكاء ليس بعريض وهكذا نأتي الى المشترك هذا المشترك هو الانسان حيوان ناطق. انسان انسان كيف نصل الى البعد الاشتراكي التي هي الطبيعة الانسانية ماهية الانسان لا نصل اليها بالحس. الحس لا يعطينا ذلك المشترك نعم الحس يعطينا هذه المشخصات الحسية ثم العقل له القدرة ان يغوص في دائرة هذه الافراد ويستخرج الطبيعة المشتركة وهي الانسان حيوان منافق ظلما على التعقل هذا هو معنى التعاقد ثم يصنع لها مفهوما على اساس مبدأ الهوية فيقول الانسان فالانسان موجود في الأفق الذهني كفى وموجود في جميع الافراد كطبيعة حقيقية يسميها الحقيقة يسميها الذات يسميها الطبيعة او الكلي الطبيعي هذا ما معناه هذه العبارة وتطلق غالبا على الامر المتعقل يعني العقل هو الذي يصل الى كونيها ويستخرجها ويتعقلها. اما الحس لا الحس لا يمكن ان يعطيك. الطبيعة الانسانية وتطلق عليها كذلك الذات والحقيقة اذا كنا في عالم الخارج وتطلق الذات والحقيقة عليها. مع اعتبار الوجود. يعني اذا كنا ليس في البنية الذهنية كنا في البنية الخارجية نقول ذات ذات الانسان ذات الماء ذات الذهب ذات الشمس او الحقيقة والكل من ثواني المعقولات صدقني المحقق الطوسي هذا العقل العبقري آآ في عرف الفلسفة المشائية يقولون عندنا عشر عقول في العالم الاعلى العقل الأول الصدر الأول عند الفلاسفة ثم الصدر الثاني الثالث العاشر مترتبة نزولا ويطلق على المحقق الطوسي في زمانه العقل الحادي عشر لعبقريته رحمة الله عليه فيشير الى نكات رائعة بشكل مضغوط فانت تحتاج الى معرفي حتى تصل الى كنهي ما يقول والكل من ثواني المعقولات نقف عند هذه النقطة قلت لكم المعقولات الثانية وتعقل بعد الطبائع. بعد الماهية عندنا ما هي كالانسان ثم نقول الانسان ماهية لانه يقال في جواب ما هو الماء ماهية والماهية تعقلت في المرتبة الثانية الجن ما هي? الملك وما هي? الشمس وما هي اذا عندنا موظوع وعندنا محمول المحمول تعقر في المرتبة الثانية اذا اذا قلنا مفهوم الماهية لا نقصد الانسان ولا نقصد الماء ولا الذهب لان الماء ماء والانسان انزال والذهب ذهب بناء المحمول يعني مفهوم البهية نتعقل هذه الحيثيات. كل الطبائع تقال في جواب ما هو؟ يعني لها تعين لها حيثية كونها تقال في جواب ما هو حيثية. اذا مفهوم الماهية ليست طبائع افهم جيدا ليس الانسان والملك والجن والذهب والماء والشمس والقمر. لا لا لا هذا التعين كون الانسان يقال في جواب ما هو? كون الماء يقال في جواب ما هو? هذه الحيثية يقال في جواب ما هو? تسمى مفهوم الماهية. مفهوم الماهية تصدق على كافرين. يعني تصدق على ماهيات متعددة تقول الانسان ما هي? الملك ما هي الايه? الذهب ما هي الشمس ما هي? تحمل على هويات متعددة وهذه ضابطة من ضوابط المعقول الثاني ذكرناها بالتفصيل هذا معنى والكل يعني كل هذه الماهيات  نعم التي هي مشترك معنوي آآ من المعقولة الثانية. كيف تقول انسان ما هي الذهاب معي الشمس ما هي? الجن ما هي? الملاك ما هي الإلكترون ماهية? وهكذا هذا المحمول الوحدوي اعزله عن الطبائع الخلقية ركز فيه ما هو تقول هذه انما هي مفهوم ثاني مفهوم ثاني فلسفي طبعا لماذا? لانها تعرض الطبائع في متن الخارج الانسان وفي الخارج ما هي</w:t>
      </w:r>
    </w:p>
    <w:p>
      <w:r>
        <w:t>اما الانسان في الدين انسان مفهوم اقول في هذا الفصل مباحث شريفة جليلة صحيح هذا الكلام صادق نحن نذكرها نذكر هذه المباحث في مسائل. المسألة الاولى في الماهية والحقيقة والذات لا في عناوين نعم اما الماهية فهي لفظة مأخوذة عما هو. يشير الى مصدر هذا الوضع كلمة ما هي نعم لا يشير الى معناها بعد ما وصل. فقط اللفظة من اين جاءت? مأخوذة من ما هو ما هوية فحذف الواو صارت ما هي وهو ما به يجاب عن السؤال بما هو. هذا هو تعريف الماهية فانك اذا قلت يمثل ما هو الإنسان يعني ما هوية الإنسان? فقد سألت عن حقيقته وعن مهيته نعم يعني ما يخندقه ويميزه عن الاخرين فاذا قلت حيوان ناطق فقد حددته خندقته. نعم كان هذا الجواب هو ماهية الانسان? فتقول حيوان ناطق ماهي? الانسان ماهي? اذا كم مفردة عندك? عندك الموضوع هو الانسان او حيوان ناطق لا فرق وعندك المحمول هو ما هي? القمر كذا كذا. فالقمر ما هي? اذا لاحظ امرا مهما. الموضوعات تتغير. هذه المخلوقات تتغير. مخلوق انساني مخلوق قمري مخلوق شمسي. امل محمول واحد ما هي ما هي ما هي? اذا يعقل في المرتبة الثانية اذا يدرج تحت المعقول الثاني ام الاولي? تقول تحت المعقول الثاني الفلسفة في نعم وهذه اللفظة اعني ما هي? انما تطلق في الغالب من الاستعمال على الامر المعقول. ما معنى هذا الكلام? يعني العاقل هو الذي يصل اليها. ليس الحس والخيال نعم العقل الذهن ليس العقل. الذهن تأتيه معطيات حسية من الخارج ثم ترقى الى المرتبة الخيالية اه الخيال يفرق عن الحس اه اه المتعلق حاضر او غير حاضر يعني انت الآن امام الوالدة تشاهدها. هذا حس اذا جيت الى الدرس وهي في الدار فهي في خيالك وليس في حسك لماذا? لماذا? لأن المتعلق غائب اذا التقت هذه هذه الحقيقة او هذا المعطى اه الى مرتبة الخيال يأتي العقل و يصل الى الطبيعة الكلية وهي الانسان وليس له علاقة بامك وليس له علاقة بزايد وفلان وفلان لا ارتقى الى طبيعة كلية. كيف ارتبى ارتقى اليها بالعقل? اذا اذا قلنا وهذه اللفظة اعني ما هي انما تطلق في الغالب من الاستعمال على الامر المعقول? يعني للعاقل يصل اليها اين يدرك? يدرك في متن الاشياء في متن الاشياء في متن الاشياء يعني هذا المفهوم مفهوم الانسان يوصلنا الى كون هالأشياء طبيعتي الأشياء واذا لوحظ مع ذلك الوجود يعني اذا قاربناها في متن الواقع قيل له حقيقة وذات. اذا الحقيقة هي الطبيعة في الواقع الخارجي الذات هي المائية في الواقع الخارجي والماهية والحقيقة والذات من المعقولات الثانية. العارضة للمعقولات الاولى. تقول انسان ماهية الما هي جاءت في الرتبة الثانية. معقول الثاني. تقول الانسان حقيقة جاءت في الرتبة الثانية. الانسان ذات ذات جاءت في الرتبة الثانية. اذا كلها معقولات ثانية هل عندنا في الخارج الانسان والمهي بجنبه ابدا لما هي تعين من تعيناته حيثية من حيثياته ليس لها وجود مستقل وجود ربطي. اذا هي حيثية اذا هي تعقل ولا تحس معقول ثاني ما عندنا انسان وحقيقة بجنبه. وما عندنا انسان وذاذ بجنبه. الانسان مرة اذا كنا في جواب ما هو يتحيذ بما هي حقيقة وليست وهم يتعين بالحقيقة ذات وليس عرضا يتعين بالذاتية اذن مفهوم الحقيقة والمفهوم الماهية ومفهوم الذات تعينات وجودات رابطية يعني ليست متونا مستقلة بهويتها وانما هي تعينات لمن? للانسان كمثال اذا كانت حيثيات لا تعقل ولا تحس فتكون من المعقولات الثانية الفال سفية طبعا هذا معنى قول العلامة الحلي والماهية والحقيقة والذات من المعقولات الثانية العارضة للمعقولات الاولى. يعني تعرض الانسان للقمر الشمس. تقول الانسان ماهية الانسان حقيقة الانسان ذات الشمس حقيقة الشمس مهية الشمس ذات فان حقيقة الانسان اعني الحيوان الناطق معروضة لكونها ما هي. تقول الانسان ما هي? وذات يعني تقول انسان ذات وحقيقة يعني تقول الانسان حقيقة وهذه عوارض لها عوارض للانسان للحقيقة الانسانية اذا اذا كانت عوارض ما معناه? يعني ليس لها مثل مستقل. وانما هي وجودات ربطية باصطلاح العلامة الحلي امور اضافية نسب واضحة المسألة جدا نعم اذا مفهوم الماهية ليست المهية بالحمل الشائع. لا نتكلم عن الانسان شمس القمر. لا لا دعك من المعقولات الأولى طبائع المخلوقة وروح الى المحمول فقط مفهوم المهجمة ما يقال في جواب ما هو تشير الى حيثية في الخارج يعني كون هذا الانسان له هوية خاصة وكذلك الانسان حقيقة. اذهب الى الحقيقة مفهوم يشير الى حيثية كون الانسان متحققا وليس وهمان والانسان ذات دعك من الانسان روح الى مفهوم الذات تشير الى الانسان ليس عرضا متذود نعم يجب ان تفهم المسائل هكذا هنا ذهنك بدأ يتكون في هذا الفاصل فصل الماء هي قال وحقيقة كل شيء واحدة مغايرة. حقيقة مبتدأ واحدة مغايرة. خبر بعد خبر نعم حقيقة المبتدأ واحدة آآ خبر قل مغايرة خبر ثانية. نعم في مخطوطة اخرى هنا حسن زاد الأموني يقول باتفاق يعني في نسخة هكذا يقول وحقيقة كل شيء واحدة مغايرة باتفاق نعم لما يعرض لها من الاعتبارات والا لم تصدق على ما يناه فيها نعم هذه الاشارة انا هذه هذه المتن بينته والتخندق هذا هو التخندق يعني كل ماهية في دائرتها متخندقة واحدة لا تتعدد وتباين الماهيات الاخرى. واحدة متخندقة يعني في دائرتها فقط مغايرة مباينة قلت لك الكثرة الكثرة فرع التميز التميز عن التغاير اذن كل ما هي متخندقة في دائرتها. يعني الانسان غير الملك الملك غير الانسان الانسان غير الذهب وبالتالي لا تحمل ذات على ذات ابدا لا تقل الانسان ماؤون ابدا. لهذا التخندق وهذه المهاوية المغلقة لا يتم الحامل نعم بين الذوات وحقيقة كل شيء كالحقيقة الانسانية واحدة متخندقة مغلقة مغايرة يعني مباينة لجميع الماهيات اه نعم لجميع الذوات وكذلك ما يعرض عليها من حيثيات طبعا هنا المغايرة المغايرة اه التحليلية مثلا الانسان يدب على الارض في شخص بلال تقول بلال واحد وليس متكثر. عندك الوحدة في متن بلال من حيث المصداق الحقيقي والواقعي الوحدة في متن بلال ليست في مساحة بعيدة الا انه في التحليل هوية بلال حيوان ناطق الوحدة التي تعرضها كذلك بعد اخر كل ما يعرض الهويات آآ هي عبارة عن ماذا? عبارة عن حيثيات نعم عبارة عن حيثيات اذا العقل يقدر يستطيع ان يفكك بين الهوية يعني المائية وما يعرضها من حيثيات اذن الماهية في دائرتها في تخندقها غير ما يعرفها وغير الذوات الأخرى نعم يعني الإنسان غير الوحدة وغير الشجر وهذه واضحة جدا وحقيقة كل شيء واحدة يعني لا يمكن ان تتكرر في شمس في بقر متخندقة مغايرة عن المباينة. لماذا? للذوات الاخرى وهذه بديهية جدا لانها كل ذات متخندقة لا يمكن ان تقول الانسان ماء ابدا. الانسان شمس تباين ذاتي باعتبار التخندق</w:t>
      </w:r>
    </w:p>
    <w:p>
      <w:r>
        <w:t>اذا قلت الانسان هو الماء هنا ما هو ينتفي يرتفع ما هو الانسان حيوان ناطقه وشجر هذه الهوية تنتفي تأتي الهوية الشجرية. اذا هذا الاندماج المهوي مستحيل مستحيل كل ما هي متخندقة في دائرتها فلا هويتها الخاصة تغاير حتى ما يعرفها تغاير الوحدة تغاير المعلولية المخلوقية نغايرها وان اشتركت في مصداق واحد لا بأس نعم وحقيقة كل شيء واحدة مغايرة لما يعرض لها من الاعتبارات. اكتب الاعتبارات يعني الحيثيات التي يعتبرها العقل لوحدها حتى يفهمها نعم والا يعني وان لم تكن مغايرة لما يعرضها لم تصدق على ما يناه فيها لم تصدق على ما ينافيها يعني اذا لم تكن تباين ما يعرظها ومن الذوات تتداخل الواقعيات فمبدأ الهوية لا يقبل مبدأ الهوية كمعيار عقلي اه قهري وجملي يقول اذا كنت في دائرة الانسان لا تكون في دائرة اي شيء حتى الاعراض التي تناسبها فهي غيرها غيرها. وان اتحدت معها في المصداق والواقع في الخارج نعم اقول يأتي العلامة الحلي كل شيء له حقيقة هو بهامه هذا هو التخندق والانغلاق فالإنسانية من حيثها انسانية الإنسانية يعني الإنسان ليس الإنسانية بالمعنى العلوم الإنسانية لا لا الانسانية هنا بمعنى الانسان يعني الطبيعة الانسانية من حيث هي انسانية يعني انسان حقيقة مخندقة مغلوقة معزولة وهي مغايرة هذا الانعزال والانخضاع التخندق يجعلها مباينة لغيره. وهي مغايرة لجميع ما يعرض لها ويناسبها من الاعتبارات. اكتب تحتها الحيثيات والاعراض الذاتية والاحكام فان الانسان يعني الانسان من حيث هي هي يعني في مبدأ الهوية انسانية لا يدخل في مفهومها. يعني في تخندقها مبدأ الهوية تقول له الانسان وهو يقول الانسان انسان لا تزد ولا تنقص نعم لا يدخل في مفهومها الوجود والعدم ولا الوحدة ولا الكثرة ولا الكلية ولا الجزئية ولا التقدم ولا التأخر ولا غير ذلك من الاعتبارات الاعتبارات يعني الحيثيات او الاحكام او الاعراض الذاتية اللاحقة بها التي تلحق بها كالوحدة مثلا او الكلية والجزئية كما اشار لان الوحدة مثلا يمثل بالوحدة الانسان واحد لو دخلت في مفهوم الانسان قلت لكم مبدأ الهوية يحدد الانسان انسان وانسان اذا جاءت الوحدة هنا خرجنا من مبدأ الهوية الى مبدأ الجوهرية المبدأ الجوهرية يشير الى الحيثيات حين تعرض الماهية التي تخندقت في هويتها نعم لان الوحدة مثلا لو دخلت في مفهوم الانسان تحمل على الانسان لكن لا تدخل في هويته في مفهومه لم تصدق الانسانية على ما ينافي الوحدة بمعنى تصير الوحدة في متن الانسان والانسان بمتن الوحدة وهذا غير معقول. مثلا الانسان واحد صحيح ام لا? اه بلال واحد اتصف بالوحدة. اذا كانت الوحدة هي متن انسانيته يعني في صميم انسانيته يعني الانسان يساوي الوحدة. الله واحد حينها يكون الانسان هو الله هذا معقول غير معقول نعم يقول لو لان الوحدة مثلا لو دخلت يعني الوحدة في مفهوم الانسان في مبدأ الهوية للانسان. لم تصدق الانسانية على ما ينافي الوحدة مع مع ما ينافي الوحدة يعني اه عندنا بلال واحد وعندنا مليار انسان كثرة ام لا? اذا اذا صدقت على بلال الوحل لا تصدق على هذه الكثرة ابدا وهذا غير صحيح فهي كلية نعم لكنها لكن الهوية الانسانية تصدق عليه لصدقها على الكثرة. تقول بلال الانسان طه انسان زينب انسان سعاد انسان وكذلك القول في الكثرة يعني اذا كان في الكفرة في داخل هوية الانسان لا تكون الانسانية او الانسان واحدا فلا تصدق على بلال بوصفه واحدا نعم وكذا الوجود والعدم والكلية والجزئية وغيرها. فهي اذا مغايرة لهذه الاعتبارات مغايرة اكتب ليس في الحمل الاولي في الحمل في الحمل الاولي مغاير ليس في الحمل الشائع في متن الوجود قد تجتمع مع هذه الحيثيات. لا في هويتها في مبدأ الهوية. الانسان انسان فقط. لا زيادة ولا نقصان فهي اذا مغايرة لهذه الاعتبارات اكتب تحتها في مبدأ الهوية يعني في الحمل الاولي. وقابلة لها قابلة لها اين في متن الوجود? يعني اذا خرجنا من الهوية الى مبنى الجوهرية. وقابلة لهذه الاعتبارات يعني لهذه المواصفات. هذه الاحكام. قبول المادة للصور المختلفة. يعني هي تقبل لقبول المادة للصور المختلفة. تقول المادة تقبل الصورة المائية. يتعين الماء. المادة تقبل الصورة الذهبية. يتعين الذهب. المادة تقبل الصورة النباتية. يتعين النبات. المادة الانسانية تقبل الصورة الانسانية. يتعين الانسان نعم مع وقابلة وقابلة لها قبول المادة للصورة كمثال يعني يمثل المختلفة والاعراض المضادة فتكون تبيلة الواحدة وفي الكثرة كثرة الانسانية هي الافراد متكفرة تكون متقدمة في الاب متأخرة في في الولد. الاب انسان والولد انسان فتكون متقدمة في الوالد متأخرة في في بالابن نعم وهكذا قال يأتي ان شاء الله واللهم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