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لاحظتم كم هي لذيذة هذه المسائل وتجعلنا نفهم الواقع فهما جميلا وصحيحا وصلنا الى هذا المقطع قال وتكون الماهية مع كل عارض يعني بعدما تتخندق ويأتيها عارض يعني محمول يعني عرضي ذاتي يعني حيثية سميها كما تشاء يعني بعد مبدأ الهوية في مبدأ الجوهرية مبدأ الجوهرية عندنا ذات وعندنا محمولات نعم هذه المحمولات ليست هي الذات تعرضها هناك المعية قد تصل حتى بالاصد ذات ولا بأس. متقدمة متأخرة واحدة كثيرة فلا تكونوا في ذاتها لا هذا ولا هذا لكن باعتبار العارض باعتبار المحمول باعتبار الحكم باعتبار الحيثية تتصل بالوحدة والكثرة التقدم والتأخر مخلوقية وعلية ومعلولية وهكذا وتكون الماهية كالانسان مثلا الماية هنا بالحمل الشائع يعني الانسان الشجر بقر مع كل عارض يعرضها مقابل تلها مع ضده. يعني اذا اتصفت بالعارض تكون مقابلة لظده تقول انسان واحد في بلال انسان كثير في مصاديق متعددة نعم الانسان متقدم في الوالد متأخر في الابن في الولد. اقول اذا اخذت الماهية اكتب الماهية هنا بالحمل الشائع ليس مفهوم الماهية يعني الانسان الشجر الذهب الفضة القمر الشمس اذا اخذت الماهية مع قيد الوحدة يعني تعينت بالوحدة لها حيثية الوحدة ليست متكفرة. مثلا يمثل فقط قد تمثل انت ان بالتقدم والتأخر صارت واحدة لماذا صارت واحدة؟ بهذا القيد. يعني بقيد الوحدة واذا اخذت مع قيد الكثرة صارت كثيرة. الانسان في بلال واحد في مصاديق متعددة من افراد الانسان كثير فالواحدية يعني حكم الوحدة امر مظموم مظموم يعني خروج من مبدأ الهوية الى مبدأ الجوهرية تقول الانسان في دائرته ما هو? الانسان انسان لا زيادة ولا نقصان كلشي هناك منتفي وهذا لا يعني انها لا تقتضيه في دار الوجود. هذه مسألة اخرى الا ان في الهاوية هوية هوية مغلقة ثم تأتي الاعراف في مبدأ الجوهرية هناك تتشكل القضية تقول الانسان واحد فيحكي الواقع الخارجي المتمثل في بلال المتعين بالوحدة. تقول انسان كثير يعني الانسان في بناء في طه في زنا في سعاد في خالد وهكذا نعم واذا اخذت مع قيد الكثرة صارت كثيرة. فالواحدية امر مظموم اليها. فكذلك الكثرة مظمونة اليها مغايرة لها تصير بها الماهية واحدة مغايرة لها يعني مغايرة للماهية في حد ذاتها المتخندقة تصير بها بهذه الواحدية الماهية يعني الانسان واحدة. يعني الانسان يصل واحدا وتقابل باعتبار الوحدة انما هي يعني الانسان باعتبار القيد الاخر ما هو الكثرة. فان الانسان هنا يأتي بالمهية بالحمل الشائع لاحظت اذا المقصود من ما هي? هو الحمل الشائع يعني المصاديق الطبائع الخلقية فان الانسان الواحد مقابل للانسان الكثير باعتبار العارضين يعني عارض الوحدة وعارض الكفرة لا باعتبار الانسان باعتبار الماهية نفسها لا باعتبار الانسان الانسان هو انسان بقول بقول العلماء لا بشرط من الوحدة ولا بشرط من الكثرة. ما معنى لا بشرط? يعني تلك القابلية ليس القابلية بالمعنى المادية تلك تلك القبيلة ان يكون واحدا او ان يكونا كثيرا لا بشرط فبشرط ان يكون واحدا او يكون كافيرا المسألة واضحة جدا قال هذه المسألة بعد قال من اروع المسائل الفلسفية من ابتكارات الفلسفة الاسلامية الخارقة الرائعة صعبة شوية الا انها من اروع المسائل الفلسفية قال وهي من حيث هي هي المعيار العقلي الذي يجعلها هي هي يعني الانسان انسان هو مبدأ الهوية هناك يعني لم ننتقل بعد الى مبنى الجوهرية المعيار الذي يساعدنا على حمل المحمولات على الانسان مثلا على الماهية في مبدا نوعية الانسان انسان. تقول وجود لا لا وجود له علم لا لا عالم لا متقدم لا متأخر? لا فاسسوا هذه القضية الماهية ليست بهذا القيد من حيث هي هي لو موجودة ولا معدومة لا وحدة ولا كثرة ولا متقدمة ولا متأخرة لا علة ولا معلوم نعم قال وهي من حيث هي ليست الا هي. تقول ما هي? الانسان شجر ليست تقدم الليس على القيد. ليست من حيث هي هي يعني بهذا القيد نعم ليست من حيث هي بموجودة وبمعدومة بعالمة بلا بلا عالمة وهكذا وهي من حيث هي تقول ما هي? ليست من حيث هي الا هي لا علم ولا لا علم ولا وجود ولا وجود ولو سئل بطرفي النقيض يعني وجودها الا وجود العلم واللا علم فالجواب السلب لكل شيء قبل الحيثية لا بعد الحيثيات قبل الحيث يعني قبل ان ان تتحيذ بالوحدة او الكثرة او التقدم والتأخر العلية والمعلولية لا بعدها بعد الحيثيات لا تكون واحدة واذا كانت واحدة لا تكون كثيرة. واذا كانت كثيرة لا تكون واحدة اذا كانت موجودة لا تكون معدومة اذا كانت معدومة لا تكون موجودة بعد الحيثية ولهذا الصياغة الصحيحة تقول انما هي ليست من اي حيث من حيث هي هي يعني في مبدأ الهوية لاهية متناقضين لا موجودة ولا معدومة لا متقدمة ولا متأخرة ولو سئل بطرف نقيض تقول الماية في دائرتها في مبدأ تقول لا عالمة ولا لا عالمة لا موجودة ولا موجودة. سلب الطرفين فالجواب السلب لكل شيء قبل الحيثية لا بعدها. بعد الحيثية يعني بعد ما تتعين بالوحدة خلاص. لا تكون كثيرة واذا تعينت بالكثرة لا تكون واحدة. هذا بعد مبدأ الهوية يعني بعد من حيث هي هي اقول الانسان من حيث هو هو هنا قال الانسانية انسان احسن لان الان نعيش العلوم الانسانية يتصور القارئ لهذا المتن ان الانسانية بهذا المعنى لا لا لا الانسان يعني الطبيعة الانسانية من حيث هي هي ما معناه? يعني شي مبدأ الهوية. في حال تخندقها هناك موجودة لا معدومة لا عالمة لا لا عالمة لا الطرفان منفيان في ساحة الهوية ليست الا الانسانية. يعني الانسان انسان فقط حمل اولي وجميع ما يعرض لها من الاعتبارات يعني اعتبار الوحدة اعتبار الكثرة اعتبار الوجود اعتبار العدم اعتبار التقدم واعتبار التأخر مغاير وجميع مبتدأ مغاير الخبر. ومغاير لها ما شاء الله يعني انت عندك بلال انسان واحد فتتعمق في هويته تقول الانسان لا تأتي بالوحدة تتعمق في وحدته تقول واحد ولا تأتي بالانسان. انفصال فهمي انفصال في دائرة التعقل معنا بلال في الخارج واحد وجود تك بعد الهوية ليس في متن الهوية وجميع ما يعرض للانسان يعني للمعية الانسانية من الاعتبارات الحيثيات والاحكام وجود عدم كثرة وحدة تقدم تأخر علية معلولية مغاير خبر لي جميع لها اعطيني هذه الاعتبارات ما هي? كالوحدة والكثرة والعلية والمعلولية والتقدم والتأخر والكلية والجزئية وو على ما تقدم كما بين اذا عرفت هذا فاذا سئلنا عن الانسان اه هنا الانسان جميل. ليس الانسانية</w:t>
      </w:r>
    </w:p>
    <w:p>
      <w:r>
        <w:t>فاذا سئلنا عن الانسان بطرفي النقيض تقول الانسان في هويته موجود او معدوم تقول لا لا موجود ولا معدوم. يعني لا يقتضي الوجود ولا يقتضي العدم فقيل مثلا هل الانسان الف ام ليس باليف? كان الجواب دائما بالسلب سلب الطرفين على ان يكون قبل على ان يكون قبل من حيث تقول هكذا انما هي ليست من حيث هي قبل هكذا. السلب يعني يكون قبل الحديث. انما هي ليست من حيث هي بواحدة بكثيرة بموجودة بمعدومة بعلية معلولية متقدمة ومتأخرة لا بعد بعد من حيث. اذا قلت الانسان ليس من حيث هو يعني تشير الى ما بذله بموجود بمعدوم بمتقدم بمتأخر بمعلوم بعلة هذي كلها كلام صحيح اما اذا قلت الانسان من حيث هو ليس يعني تأخر الليس يعني الانسان لا يحمل عليه اي اه عارضون وهذا خطأ لا الانسان يتلبس بهذه العواريض هذا الفرق دقيق جدا فمه جيدا اذا اذا قلت الماهية ليست باي قائد? من حيث هي هي نعم كان الجواب دائما بالسلب على ان يكون بهذا الشرط ان يكون قبل من حيث يعني تقول انسان ليس من حيث هو لا بعد من حيث فنقول الانسان ليس من حيث هو انسان الفا ولا لا الف ولا نقول انسان من حيث هو انسان ليس الفا هنا العلامة الحلي اتى فقط طرف اتى بطرف فقط المفروض يأتي بطرفين كما في للحاشية تقول هكذا الانسان ليس من حيث هو بالف ولا الف. سلب الطرفين سلب الطرفين نعم لماذا? لان الماء فيه تخندقها لا تتصل باي شيء. ما معنى لا تتصل بشيء? يعني ننظر الى هويتها فقط. الانسان وما هو انسان نعم العقل يفهم فقط الانسانية اما من حيث التعينات لا يعقل كثير من الامور يعقل الوحدة لكثرة تقدم التأخر العليا معلول وهكذا مثلا في العلية والمعلولية الانسان في الاب علة معدة للانسان في الابن فالإنسان متقدم ومتأخر نعم فنقول الانسان ليس من حيث هو انسان الفا ولا لا الف ولا نقول انسان من حيث هو انسان ليس الفا لا لا ذاك خطأ نعم ولو قيل الانسان التي في زيد لا تغاير التي في عمرو من حيث هي انسانية لم يلزم منه ان نقول فاذا تلك الوحدة بالعدد. لان قولنا من حيث هي انسانية. اسقط جميع الاعتبارات وقيد الوحدة زائدون فيجب حذفه. نعم هذا شوف الان الانسانية موجودة في زيد في عالي في بنان في سعاد في ليلة في زينب لابي ذر في في في اليس كذلك هي اعتبار الكفرة عارض اعتبار الوحدة في بلال انسان بلال واحد عارضون الا ان كل الافراد في هويتها يعني من حيث هي ماذا تقول تقول انسان فقط انسان فقط نعم. ولهذا يقول ولو قيل الانسانية التي في زيد يعني الانسان في زايد زايد انسانو لا تغاير التي في عمرو لا تغايرها في ماذا زيد باعتبارو الاعراض والاعتبارات لا زيد في هويته الحقيقية في ذاته في حقيقته من حيث هي انسانية يعني آآ انت ركز على الانسانية تقول تجد الاشتراط زيد الإنسان بلال انسان ليلى انسان سعاد انسان لم يلزم منه اذا اشترك كل الافراد في الطبيعة الانسانية من حيث هم  اه انسان لا يلزم منه ان تقول فإذا تلك الوحدة بالعدد يعني زيد يصير هو بلال وبلال يصير هو سعاد وسعاد تصير هي ليلى لا لا لان قولنا من حيث هي انسان يعني ننظر الى الطبيعة ولا ننظر الى المشخصات الاخرى نعم اسقط جميع الاعتبارات. انظر فقط لزيد من حيث هو انسان. هو ليلة من حيث هو انسان لان هنا اشتراك اشتراك في الطبيعة نعم تأتي الخصوصيات زيد عالم عريض اسمر اه سعاد ليست عليمة شقراء عريضة سمينة هذه المشخصات والاعتبارات المتعددة وقيد الوحدة زائدون فيجب حذفه اين نحذفه نحذفه في مبدأ الهوية الانسان ليس واحدا في هويته الانسان انسان الوحدة تأتيه بعد تعرضه بعد نعم هكذا يجب ان نفهم المسألة نعم والله تعالى اذا اردنا ان نستثمر هذه القاعدة الراقية في تعينه بالقيم الالهية القيم الإلهية الآن تسمى القيم الإنسانية مع الأسف الشديد لانه ابعد الله تعالى وضعوا الانسان هو المحور. صارت القيم قيم انسانية. حتى نحن المسلمين اه صرنا نتلفظ بهذه الكلمة. القيم الانسانية وهي قيم الهية. ما عندنا قيم انسانية. اذا اسس الله تعالى التأسيس بمعنى التعين لان القيم لا تتأسس وهي سرمدية شؤون الهية. اذا تعين الله تعالى بالقيم كقيم الصدق. مثلا بر الوالدين هذه القيم الالهية التي تسمى الان بعد الحداثة القيم الانسانية يراعي الشخوصات يعني الطبيعة الانسانية بوصف الشخوصات ام بالطبيعة الانسانية بما هي هي? انت تفتي بهذه المسألة. يعني الصدق يصلح فقط للانسان الابيض يعني الانسان الاسود ليس بانسان يجوب يجب استعباده فتأتي يأتي الانسان الابيض من امريكا ويأخذ بالملايين من افريقيا افريقيا عبيدا له في القارة الامريكية لماذا? لان هذه القيم بالإنسان المشخص بالبياض. لا ابدا الله تعالى عادل فهذه القيم الالهية تهتم بالطبيعة الانسانية ولقد كرمنا بني ادم كرمنا في بعده الانساني وليس في بعد مشخصاته قد يكون في مشخصات بعض مشخصاته من اخبث الناس هذا الإنسان متعين بالبخل متعين بالفسق والفساد نعم هذه يجب ان تفهمها جيدا المسألة الثانية في اقسام الكل نعم اقسام الكلي في المنطق في الحقل المنطقي عندنا باب التعريف يوصلنا الى التصور باب القضايا يوصلنا الى التصديق وباب الاقيساء يوصلنا الى اه الحجة يوصلنا للتصديق باب القضايا اه الحكم عندنا باب الحكم لا نعيد باب التعريف يوصلنا الى التصور باب الحكم يوصلنا الى القضايا باب القياس يعني الحجة يوصلوا الى التصديق باب المغالاة المغالطات يوصلنا الى اه الى تصديقات الكاذبة مزيفة قبل باب التعريف عندنا باب الكلية في الخامس يعني اه النوع والجينس والفاصل هل هذه مسائل منطقية? لا ابدا ليست مسائل منطقية مسائل فلسفية تدرس في الحقل الفلسفي لانها من اعراض آآ الماهية من اعراض الماهية والماهية بحث فلسفي المنطقي يأخذها من الفيلسوف ويتلاعب بها في التعريف يعني من حيث تؤسس التعريف تصير تصير منطقية والا هي فلسفير في اقسام الكل قال وقد تؤخذ الماهية هذا المحقق الطوسي محذوفا عنها ما عداها بحيث لو انظم اليها شيء لكان زائدا. ولا تكون معقولة على ذلك المجموع وهو المهية بشرط لا. بشرط لا بشرط لا شيء ولا توجد الا في الاذهان هادي كلمة لا بشرط لا بشرط وبشرط شيء وبشرط لا لم تكن في ذلك الزمان واضحة جدا وان كان المحقق التونسي اتقنها باعجاب في رده على الفخر الرازي اكتب هنا وقد تؤخذ المهية المهي بالحمل الشائع ليس مفهوم المالية يعني الانسان الشجر قمر الشمس تنظر الى المعية وتبعد عنها كل الاعراض. يعني رافظة للاعراف لا بشرط من الحمل يعني لا تقبل الحمل تنظر اليها فقط</w:t>
      </w:r>
    </w:p>
    <w:p>
      <w:r>
        <w:t>هذا هو مبدأ الهوية الرافض للحمل وقد تؤخذ الماية لانسان مثلا محذوفا عنها ما عداها من الاعراض سماها هنا الاعتباريات او الحيثيات بحيث لو انظم اليها. اين ينظم في مبدأ الجوهرية شيء لكان زائدا زائدا عليها. ولا تكون مقولة على ذلك المجموع لا تكون مقولة على ذلك المجموع ما هي هذه الماهية? وهي الماهية? يعني الانسان بشرط لا شيء يعني بشرط عدم الحمل ولا توجد الا في الاذان يعني الطبيعة الخالصة افلاطون يقول موجودة في نشأة عالية نشأة الانوار المثل الافلاطونية يعني انت عندك في الخارج طه عندك علي عندك بلال عندك خالد عندك ليلى عندك سعاد عندك زينب وعندك الطبيعة الانسانية الخالصة بجنبهم يعقل هذا لا يعقل لا يعقل هذه الطبيعة الخالصة الخارجة من علم كل الشخوصات طبيعة عقلية ما معنى الطبيعة العقلية? يعني تعقل ولا تحس لا يعطيها الحس وانما يعطيها العقل فاذا قال هي في العقل لا يعني انها في العقل طبائع لا توجد في العقل الذي يوجد في العقل هو مفهوم الطبائع مفهوم الانسان يعني نصل اليها من خلال العقل. لا تعطى لنا كما يعطى لنا زيد او طه ليلة نعاينها زيد نعاينه بلال نعاينه. هل عندنا طبيعة انسانية خالية عريانة بجنب هذه الافراد وندركها مباشرة كما يقول افلاطون هذه الطبيعة الافلاطونية الخالصة من جميع الشخوصات هذا لا يمكن لا يمكن لان ملاك التشخص عند المشة هي هذه الاعراض هذه الاعتباريات كما سيأتي بيانه اذا ما عندنا طبيعة بجنب الافراد اذا هذه الطبيعة كيف نصل الى يقول بالعقل يعني انا ارى الانسان في متن زيد في متن ليلة رؤية عقلية وليست رؤية حسية هذا هو المعنى الطبيعة اين? الطبيعة في متن زيد في متن بلال في متن ليلى في متن سعاد. لكن من يوصلني الى هذه الطبيعة في متن زيد وبلال وليلى وسعاد? هو العاقل هذا معنى هذا الكلام. وقد تؤخذ الماهية محذوفا عنها. يعني خالصة من جميع الشخوصات. ما عادها من الاعتبارات. لا وحدة ولا كثرة ولا بيظا ولا سوداء ولا جاهلة ولا عالمة بحيث لو انضم اليها شيء كالبياض مثلا او الوحدة والكثرة والتشخص لكان زائدا ولا تكون مقولة على ذلك المجموع يعني لا تكن مقولة فالانسان مثلا لا يصدق على زيد بجميع شخوصاته ولا يصدق على ليلة بجميع شخوصاتها خربطها خربطة اه اكتب هذه فائدة جميلة فائدة جميلة الطبيعة الانسانية. اذا صدقت على الافراد كزيد طه ليلى سعاد صدق حقيقي ام مجازي? قد تتعجب من هذا السؤال الصدق مجازي وليس حقيقيا. لماذا? لانه اذا صادقت على بلال او طه بلال ما هو? طبيعته زائد مشخصات عنده لون عندو السمنة عندو علم عندو كثير من المشاخصات لا يمكن للطبيعة الإنسانية بما هي انسان تطال هذه الشخوصات فإذا صدقها على زيد تقول زيد الإنسان هنا يطال زيد بشخوصاته باعتبارياته بحيثياته هذا الاطالة مجازية. يعني تجاوزت الطبيعة الى شخوصاته صدق مجازي صدق قهري ومجازي صدقهري ما معناه لا تقول انا بمذاقي اطبق الانسان على زيد. اجعل زيدا انسانا بمذاقي بهواي انا لا لا يمكن لان الزيت فيه الطبيعة الانسانية وزوائد صدق الإنسان الطبيعة الإنسانية على زيد بطبيعته وزوائده في تجاوز صدق مجازي الا انه صدق قهري. لماذا? لان الطبيعة في زايد ليس بهواك انت تطبقها. اذا هذه الفائدة صدق الطبيعة يعني الطبيعة الانسانية الطبيعة الذهبية على مصادقهم اه صدق قهري ليس بهواك وارادتك وصدق مجازي اما الصدق الطبيعة الانسانية على طبيعة زيد بمعزل عن الاعتبارات والشخوصات هذا صدق قهري وحقيقي الى ان الطبيعة لا تنوجد لوحدها لا تنوجل لوحدها. نعم نعم ولا تكونوا مقولة على ذلك المجموع مقولة ذلك المجموع يعني بالشخصات لأنه اذا صادقت الطبيعة الإنسانية على زيد بشخوصاته وصدقت على ليلى بشخوصاتها صارت زيد هي ليلى وليلى هو زيد اختلطت الأمور نعم وهو الماهية بشرط لا بشرط لا يعني منغلقة عن اه الشخوصات. هنا نسأل هل عندك طبيعة انسانية خالصة عريانة من كل الشخوصات في الخارج عندك زيد وبلال وليلى وسعاد وزينب وو من الافراد. وعندك طبيعة انسانية خالصة خالصة في صفائها بجنبهم لا يمكن لا يمكن. اذا كيف نصل الى هذه الطبيعة الخالصة بالعقل? اين ندركها? ندركها في متون الافراد. نعم. يقول ولا تكون مقولة على دينك المجموع بيناها? وهو اهي بشرط لا شرط لا شيء. ولا توجد الا في الاذهان اكتب هنا نكتة جيدة توجد في الاذهان يعني زيد في الخارج اه عندو شخوصات الا ان طبيعته اي في ذهني انا لا يعقل تمزق في الكون تمزق في التكوين زيد بشخوصاته في الخارج وبطبيعته في ذهني يعني اذا لم يكن ذهني زايد غير موجود لا ابدا في الدين هنا فما جيدا يعني الذهن يصل الى عمق زيد ويرى الطبيعة. في الذهن هو نكتب في العقل. يعني انا اصل الى طبيعة زيد بمعزل عن شخوصته بعقلي لكن اين ادرك هذه الطبيعة? ادركها في متن زيد بالعقل يعني العقل له قدرة ان يصل الى طبيعة زيد الانسانية. بمعزل عن الشخوصات. الحس يعجز عن هذا الامر. انظروا الان الحس هل يعطيك الطبيعة الانسانية الخالصة ابدا نعم اقول الماهية كالحيوان او كالانسان لو قال الانسان افضل لان الانسان له علاقة بالافراد الحيوان له علاقة بالأنواع. مثلا قد تؤخذ محذوفا عنها جميع ما عاداها. من الاعتبارات الحيثيات الشخوصات الأعراض بحيث لو انضم اليها شيء لكان ذلك الشيء زائدا على تلك الماهية الحيوانية او الإنسانية. ولا تكن الماهية يعني الانسان صادق على ذلك المجموع. مستحيل  اذا صدق الانسان على الافراد في بعد الشخوصات ام في بعد الطبيعة المشتركة تصدق في الطبيعة المشتركة. من يوصلك الى هذه الطبيعة المشتركة? العقل يعني بالعاقل تصل الى تلك الطبيعة في متن الافراد. هذا معنى لا توجد الا في الدين نعم لا تعني انها في الدين هي في الدين لا ابدا الانسان في ذهنك. زايد الانسان في الواقع الخارجي. يعني الله تعالى يخلق طبيعة الزيت في دينك ويعطي للشخصات في الخارج. بمعزل عن طبيعته لا ابدا اذا قوله رحمة الله عليه يعني المحقق الطوسي لا توجد الا في اثنين يعني العقل يصل اليها في متن زيد. بدون العقل الحس لا يعطينا هذه الطبيعة نعم ولا تكونوا الماهية يعني الانسان او الحيوان صادق على ذلك المجموع ابدا. لان فيه شخوصات تصدق على المجموع باعتبار الطبيعة لا باعتبار الشخوصات. وهو الماهية بشرط بشرط لا شيء. يعني بعيدة عن كل الحيثيات ايه اعتبارك? وهذا لا يوجد الا في الذهن. لا في الخارج هذا كلام عجيب وغريب لا توجد الا في الدين ولا في الخارج. يعني الان انا الشيخ فضيل طبيعتي اي في ذهنك انت وماذا عندي هنا عندي الى الشخوصات لست انسانا خربط هذه خربطة</w:t>
      </w:r>
    </w:p>
    <w:p>
      <w:r>
        <w:t>يعني يجب ان نفهم المسألة لا توجد الا في الدين يعني لا تدرك الا بالعقل لكن اين تدرك? تدرك في مثني انا. انا انسان انا لست موجود في الاذهان في الاذهان مفاهيم وليست طبائع خلقية لان كل موجود في الخرج مشخص انظر مشخص يعني ملفوف بالاعتبارات والحيثيات والمشخصات. وهذه الحس الذي يدركها لحيس يدرك المشخصات ولا يدرك الطبيعة. من يدرك الطبيعة? الذهن يعني في مرتبته العقلية يصل الى كونه الطبيعة الانسانية في زايد. هذا معنى في الذهن ليس في الخارج. يعني ما عندنا الطبيعة الانسانية لوحدها في الخارج معزولة عن الشخوصات سلم عليه انسان عجيب هذا الإنسان. تخيل عندك انسان خالص من جميع الشخوصات عجيب وغريب صدقني  شيء عجيب وغريب وكل مشخص فليس بمتجرد عن الاعتبارات. اكتب هذه النكتة كم جميلة. يعني العلامة الحيني هنا يبين عمق المطلب. ليست متجردة على الاعتبارات. اذا من يجردها عن الاعتبارات? ويفهمها في باتنها هو العاقل هو العاقل الحس لا يجرد المشاخصات. العاقل يجردها ويفهمها في افقه لا ابدا. السهم في الدين. اما محك الفهم اي في متن الافراد. في انا وفيك انت تنوجد الطبيعة الانسانية قال وقد تؤخذ لبشرط منفتحة يأتي ان شاء الله.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