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في بحث الماهية في المسألة الاولى الى هذا المقطع قال وقد تؤخذ لبشرط شيء يشير الى اعتبارات الماهية بشرط لا يعني مغلوقة لا تقبل العوارض ولا بشرط مفتوحة وبشرط شيء في عالم التحقق بالشخصات. هنا يشير الى الا بشرط الماهية المنفتحة على العوارض يعني على ما يعرضها من حيثيات التي تناسبها وقد تؤخذ الماهية تولد بشرط شيء لا بشرط يعني لا بشرط من  الاحكام الاعراض الذاتية المحمولات وهو كل طبيعي موجود في الخرج اذا عندنا الكل الطبيعي عندنا الكل المنطقي عندنا الكل العقلي كلي الطبيعي هو الطبيعة المحضة الخالصة تسمى الا بشرط الا بشرط نعم لا بشرط من اي محمول او اي حكم او اي عرض ما بشرط يعني الانفتاح نعم فالطبيعة بهذا الاعتبار تقول تقبل العلم? نعم. لا علم نعم الجلوس نعم لا جلوس نعم منفتحة على الطرفين ثم يشير الى مسألة مهمة جدا هل الكل الطبيعي موجود في الخارج ام لا هو فقط حقيقة ذهنية? يقول موجود في الخارج. صحيح هذا هو المبنى الصحيح نعم ادراكه بالعقل لا يمكن الوصول اليه بالادراك الحسي هذا بعد معرفي بعد ادراكي كيف نصل الى الانسان في زايد من خلال العملية العقلية العملية الحسية لا تساعد العملية الحسية لا تساعد الذي يساعدنا هو الادراك العقلي نفهم الانسان في عمق زيد بالادراك العقلي اذن زيد قوامه ما هو؟ بالإنسانية وهذا هو الكل الطبيعي في متن زيد. وفي متن الليلة كواقعية خارجية  وهو جزء من الاشخاص جزء من الاشخاص طبعا جزء تحليلي فاذا كان عندك زيد زيد له لون اشقر مثلا له زمان له مكان شخوصات متعددة تلف كيانه الخارجي هذه الشخوصات مع الطبيعة الانسانية التي هي قوام حق هي تمام حقيقة الزيد بالانسان ليس بهذه الشخوصات الا ان هذه الشخوصات تعرضها للطبيعة فتكون الطبيعة في ضمن الانسان هذا هو الجزئية. يعني في ضمن الانسان وهو جزء يعني هذا الكل الطبيعي جزء من الاشخاص وصادق على المجموع الحاصل منه ومما يضاف اليه وصادق يعني ينطبق تقول زيد انسان. ليلة انسان لكن يجب ان تلتفت الى هذه النكتة المهمة سجلها عندك الصدق قهري ما معنى السد القهري? يعني نرى الانسان في زيت هذا هو الصدق ندرك بالعقل الانسان في زيد والانسان في ليلة الفارق بين ليلى وزيت في الشخوصات ذاك له زمان خاص مكان خاص لون خاص طبيعة مادية ذكرية خاصة هذه ليلة يعني عندها زمان خاص مكان خاص طبيعة انسانية مادية خاصة هي انثى عالمة لطيفة شخوصات فقط نعم وصادق يعني الكل الطبيعي على المجموعة للافراد هذه الافراد كيف تتحقق وتحصل منه? يعني الطبيعة الانسانية زائد الشخوصات ومما يضاف اليه اكتب تحتها الشخوصات او المشخصات او الاعراض التي تعرضه في الخارج من زمان ومكان ولون وعلم وو اذا للكل الطبيعي في متن الانسان وفي متن الليلة موجود نعم يصدق على زيد على ليلة الصدق القهري فهمناه لا يمكن ان تتدخل الارادة الانسانية في هذا الامر هذا هو الصدق القهري لماذا? لان الطبيعة الانسانية في ضمن الانسان زيد في ضمن الانسان الليلي يعني ليلى فلا يمكن انت تلاعب بارادتك في هذا الامر. هذا هو الصدق القهري الا ان الصدق على زيد وعلى بلال وعلى ليلى وعلى سعاد صدق مجازي ليس صدقا حقيقيا. يعني تجاوز الطبيعة الى الشخوصات زيد ليس بإنسان خالصا لا انسان وشخوصات. اذا اذا صدق الانسان على زيد اذا كنا في دائرة الطبيعة الخالصة هذا صدق حقيقي اما اذا تجاوزنا شخوصات كالزمان والمكان والبياض والعلم ما دخل هذه الأمور بالإنسان. فإذا صدق عليها الانسان يصدق بالمجاز وليس بالحقيقة. هذا معنى العبارة اقول العلامة الحلي هذا اعتبار اخر للمهية المعقولة لان بينا الاعتبار بشرط بشرط لا هذا اعتبار اخر للماهية معقول. نعم معقول يعني نتعقله للمهي هنا الماهية بالحمل الشائع معنى الانسان الماء الذهب وهكذا وهو ان تؤخذ الماهية كالانسان مثلا من حيث هي لا باعتبار التجرد ولا باعتبار عدم التجرد يعني لا الوصف ولا النواقض الوصف لا المحمول ولا نقيض المحمول كما يؤخذ الحيوان يمثل ينظر كما يؤخذ الحيوان من حيث هو لا باعتبار تجرده على الاعتبارات لا نجرده عن اه يعني ننظر اليه بما هو منفتح في دائرة الاعتبارات قد يعرضه حكم وقد لا يعرضه نعم كما يؤخذ الحيوان من حيث هو لا باعتبار تجرده من الاعتبارات يعني منفتح لا ليس بشرط لا يرفضها مع تجويز. تجويز يعني الانفتاح مع تجويز ان يقارن الحيوان يعني الطبيعة يغيره مما يدخل في حقيقته نعم تقول الانسان عالم الانسان جالس الانسان في القرن العشرين الانسان في النجف من حيث المكان وهكذا مما يدخل في حقيقته. وهذا الحيوان لا بشرط شيء وهو الكل الطبيعي عندنا الكلي الطبيعي والكل العقلي والكل المنطقي الكل الطبيعي والكل العقلي يأتيان بعد نعم هو طبيعة فقط الإنسان المنفتح لماذا قيدوه بالكل الطبيعي لتمييزه عن الكل المنطقي والكل العقلي كما سيأتي بيانه وهو الكلي الطبيعي لانه يعني الحيوان نفس الطبائع الاشياء نفسه هنا الف لام لماذا اتى بها? مع انه هو مضاف مرات الطبعة تكون في ايران الذي يصف الحروف لا يعرف اللغة العربية ويخطئ لانه يعني الحيوان ككل طبيعي نفس الطبائع الاشياء خطأ نفس طبائع الاشياء ونفس حقائقها وهذا الكلي موجود في الخارج فان الحيوان المقيد موجود في الخارج وكل موجود في الخرج فان اجزاءه موجودة في الخارج. فالحيوان من حيث هو لا الذي هو جزء من هذا الحيوان حيوان يعني كالبقر مثلا او كالأسد موجود. وهذا الحيوان جزء من الأشخاص الموجودة يعني في ضمنها وهو صادق على المجموع قلت لكم صدق قهري وعائلة رأينا لاحظنا الفرد بشخصاته صدق مجازي. اذا لاحظنا الفرد فقط في طبيعته صدق حقيقي وهو صادق على المجموع. من المجموع? الملكم من الطبيعة ومن قيد الخصوصية المضاف اليه المكان الخاص والزمان الخاص واللون الخاص اذا كيف نصل الى هذا الكل الطبيعي في متن زيد بالعملية العقلية ندرك الطبيعة في متن زيت خالصة هذا هو الكلي الطبيعي قال والكلية العارضة للماهيات يقال لها كل منطقي تقل الانسان كلي نعته بالكلية يعني الصدق على كثيرين انسى الإنسان كموضوع ركز على المحمول فقط الكلية مفهوم الكلية ده هو الصدق على كثيرين. لا يهمنا الطبيعة هنا فقط يهمنا مفهوم الكلي كمحمول بهذا التركيب الايسر الكلي هو مفهوم منطقي وهو مفهوم الكلية ما معناه? الصدق على كثير اذا وصلنا الى مفهوم غير الطبيعة وهو مفهوم كلي او الكلية وهو مفهوم منطقي يعني معقول لانه في هذا التركيب دقق جيد الانسان كلي الكلية اين تقع في في هذا التركيب في المرتبة الثانية بعد الطبيعة</w:t>
      </w:r>
    </w:p>
    <w:p>
      <w:r>
        <w:t>هو معقول ثاني منطقي معناه هو الصدق على كف المنتهى اذا عرض الانسان تقول الانسان كله فالطبيعة تصدق على كثيرين يعني تكتسب الصفة هي الصدق على كثيرين لان المتشخص لا يصدق على كثيرين نعم والكلية العارضة للماهية. اكتب تحتها الانسان يعرض الكلية تقول الانسان كلي يقال لها هذه الكلية التي هي معقول ثاني منطقي كلي منطقي والمركب منهما يعني المجموع الطبيعة مع وصف الكلية الانسان كل المجموع منهما الكلي العقلي وهما يعني الكل المنطقي والكل العقلي ذهنيا. ذهنيا لا يعني ان الانسان ينوجد في الذهن الإنسان لا ينوجد في الدين الطبيعة الانسانية لا تنوجد لا في الذهن ولا في الخارج طبيعة طبيعة في الخارج تنوجد او تتواجد بالشخصات فتنقلب زيدا وليلى وهكذا في الذهن فهم الانسان فهم الانسان غير الانسان اذا اذا قلنا هما ذهنيان يعني نصل الى هذه الطبيعة بالعقل فهذه اعتبارات ثلاثة ما هي طبيعة في حد ذاتها كل طبيعي طبيعة مع وصف الكلية الكلي العقلي وصف الكلية لوحدي كلي منطقي ينبغي تحصيلها في كل ماهية معقولة يعني وصل اليها العقل هذا كلام من? كلام المحقق التونسي على من حلي يقول هذان اعتباران اخران للكل يعني لكل اما كل طبيعي اما كل عقلي واما كل منطقي احدهما الكلية العارضة للطبيعة وهو الكلي لمنطقي. يعني ما معناه? يعني الصدق على كثيرين وانتهى الامر نظر الى طبيعة من الطبائع لا الصدق على الكافرين. اذا عارض طبيعة من الطباعة حينها تكتسب هذا الوصف وهي تصدق على الكثيرين نعم وهو الكل المنطقي لان المنطقي يبحث عن يعني ينتمي الى الحقل المنطقي الكلي المنطقي آآ يبحثه المنطقي باعتبار باعتباره يوصله الى التعريف الموصل الى التصور نعم اما الكلي كواقعية من الواقعيات في الدين موضوع الفلسفة والثاني العقل ما هو الطبيعة الانسانية مع وصف الكلية? الانسان كلي المجموع يسمى الكلي العقلي وهو المركب من المهي عن الطبيعة الانسانية مثلا ومن الكلية العارضة لها تقول انسان كلي اذا عارضت الكلية المنطقية على الطبيعة الانسانية تكسب تكسبها وصفا وهو الصدق على كثيرين نعم فان هذا اعتبار اخر مغاير للاولين يعني الاعتبار اه الثالث الكلي العقلي وهذان الكليتان يعني المنطقي والعقلي عقليان. لا وجود لهما في الخارج ما معنى هذا الكلام نحن نأتي الى الافراد ندرك بالعقل الطبيعة في ضمانهم لكن الطبيعة خالية نحن ندركها بمعزل عن الشخوصات ولا نشتبه ونعطيها واقعية خارجية مستقلة عن الشخوصات هذا معنى انهم اه انهما آآ وهذا للكلية العقلية لا وجود لا وجود لهما في الخارج. هذا هو معناه  لا وجود له في الخارج بمعنى لا لي على الافراد اما المنطقي يعني وصف الكلية التي تعرض الطبائع وتكسبها الوصف? يعني الصدق على كثيرين فلانه يعني الكل المنطقي لا يتحقق الا عارضا لغيره. اكتب تحتها معقول فمعقول يحتاج الى معروضة وهي الطبائع الانسان كلي حيوان كلي الذهب كلي وهكذا اذا الكلية من ثوان المعقولات يعني معقول ثاني الى انها معقول ثاني منطقي ليست متأصلة في الوجود. ما عندنا الكل المنطقي في الخارج وجود يعني الوجود الخارجي نعم المفاهيم المنطقية ليست واقعيات خارجية اذ ليس في الخارج شيء هو كل مجرد فالكلية اذا عارضة لغيرها من الطباء وكل معروض للكل من حيث وهو معروض له في الدين. ما معنى في الدين? يعني عندك انسان في الدين وتعرضه الكلية لا ابدان. يعني نفهم الانسان الدين يعني نتعقله منبسط في كثيرين نتعقل هذه الطبيعة انها منبسطة في كثيرين. يعني تصدق على كثيرين اذا فهمنا هذه النكت الدقيقة بهذا الفهم كثير من الإشكالات ترفع ومن الشبهات ان معرفية كذلك تتضح. نعم اذ كل موجود في الخارج شخصي صحيح ما عندنا الطبيعة الطبيعة الانسانية الخالصة بجنب زيد وبلال وليلى وسعاد ابدا وكل شخصي فليس بكلي فلكل ذهني الكل ذهني هنا بمعنى يفهم بالعقل نعم وهكذا الكلي العقلي يعني يفهم بالعقل. لهذا فهذه اعتبارات ثلاثة في كل معقول يعني لبشرط الذي شاط يعني الكلي الطبيعي ولكل المنطقي والكل العقلي ينبغي تحصيله تحصيلها احدها الكلي الطبيعي وهو نفس الماية يعني الانسان بما هو انسان ذهب بما هو ذهب والثاني الكلي المنطقي يعني تلك المواصفة التي تجعل الطبيعة تصدق عليها الكثيرين وهو العارض له يعني معقول والثالث العقلي وهو المركب منهما اذا اخذت الانسان بوصف الكلية المجموع يسمى الكلي العقلي. اذا عندنا اعتبارات ثلاثة كل طبيعي وهو الانسان والماء والذهب ما يعرض هذا الكلي من وصف الكلية لي هي منطقية يعني الكل المنطقي ثم المجموع كلي عقلي نعم المسألة الثالثة في انقسام الماهية الى البسيط والمركب قال والماهية منها بسيط وهو ما لا جزء له ومنها مركب وما هو له جزء وهما موجودان ظرورة اذا ان وجد المركب حتما الجزء الذي يركبه موجود. اقول ما هي الماية بالحمل الشائع دائما اه ركز على هذه النقطة يعني الإنسان يعني الماء يعني الشمس اما ان يكون لها جزء تتقوم مين? يكونها ومن غير يعني مجموعة اجزاء واما ان لا تكون كذلك الأول ما هو? وهو المركب كالإنسان المتقوم من الحيوان هو الناطق نعم والثاني والبسيط كالجوهر الذي لا جزء له  كثير من المصاديق مثلا الهيولة لا جزء لها الصورة النوعية لا جزء لها النفس في دائرتها لا جزء لها العقل لا يجوز له. هذه جواهر كلها بسيطة وهذان القسمان موجودان بالظرورة. فاننا نعلم بالظرورة بالظرورة وجود المركبات كالجسم والانسان والفرس وغيرها من الحقائق المركبة. ووجود المركب هذه الكبرى يستلزم وجود اجزائه فالبسائط موجودة بالضرورة مسألة سهلة لا تستدعي الوقوف طويلا. قال ووصفهما هي اعتباريان متنافيان وقد يتظايفا فيتعاكسان في العموم والخصوص مع اعتبارهما بما مضى هنا لا ادخل في تعريف البسيط. البسيط والذي ليس له جزء وانتهى اقسام التعريفات الاخرى هذه في الفلسفة ليس هنا والمركب كذلك واضح الذي ليس الذي له مكونات جيد نأتي الان الى الوصفين. المركب البسيط. يقول ووصفهما اعتباريان متنافيا يعني اذا كنا في دائرة الجزء لا نكون في دائرة المركب واذا كنا في دائرة المركب لا نكون في دائرة جزئي وان كان بينهما علاقة التقوم الجزئي يقوم المركب والمركب يتقوم الجزئي اقول يعني ان وصف البساطة ووصف التركيب اعتباريان عقليا  عارضان لغيرهما من الماهيات يعني مفهوم الجزئي ومفهوم الكلي من المعقولات الفال سفية تقول الماء مركب من ذرتين اذا عندنا طبيعة ما هي? وصف التركب يعقل في المرتبة الثانية. معقول ثاني فلسفي البسيط كالنفس تقول النفس بسيطة البساطة جاءت معقول ثاني بعد النفس. اذا معقولان سال سفيان. هذا معناه في دائرة الوصف وقلت لكم المعقولات الثانية مطلقا فلسفية اخلاقية فيزيائية فلكية اصولية فقهية منطقية لا تشير الى المتون لا تشير الى واقعيات وانما تشير الى حيثيات هذه الحيثيات وجودات ربطية لا هوية لها استقلالية. لا لا تستقل بمتن من المتون</w:t>
      </w:r>
    </w:p>
    <w:p>
      <w:r>
        <w:t>اللي يفهمها جيدا قاعدة ذهبية وبها نعالج مشكلات فلسفية وعقدية عريظة وواسعة وخطيرة يعني ان وصف البساطة يعني تقول النفس بسيطة يعني غير مركبة ليس الانسان الانسان مركب من نفس وروح من نفس وبدن لا النفس النفس بسيطة. تقول النفس بسيطة تركيب نفس موضوع والبساطة محمول من تعقل في المرتبة الاولى? تقول النفس. ومن تعقل في المرتبة الثانية? تقول البساطة اذن البساطة معقولة من اي صنخ معقولتان خارجي يعني فلسفي والتركيب كذلك تقول الماء مركب الماء معقول اولي والتركيب معقول ثاني والتركيب يعني يعني ان وصف البساطة ووصف التركيب اعتباران عقليا. يعني مفاهيم اه مفاهيم انتزاعية نتعقلها بالعقل لا تحكي متونا واقعية. تحكي حيثيات وهي وجودات ربطية لا هويتنا عارضا. هذا معنى الحيثية عارضان لغيرهما من الماهيات كالماء كما مثلت لك ما مركب من ذرتين والنفس بسيطة اذ لا موجودة وبسيط او مركب فالبساطة والتركيب لا يعقال يعقلان الا عارضان فهو من ثوان المعقولات يعني من المعقولة الثانية الفلسفية اذا لو موجود هو بسيط او مركب محض اكتب تحتها مفهوم البساطة ومفهوم التركيب او المركب ليس له متون مستقلة. وانما هي وجودات ربطية. اذ لا موجود وبسيط او مركب محظ يعني مستقل بواقعية مستقلة لا المفاهيم الثانية كلها تحكي حيثيات لا هوية لها مستقلة وليس لها ملف مستقل انما هي وجودات ربطية. فالبساطة والتركيب لا يعقلان الا عارضان يعني حيثيات فهم من ثواني المعقولات اه دققوا جيدا في هذه البنية وهي مهمة جدا. مرة نتكلم في البعد الذهني نخضع للنظم الذهني نتكلم بالمعقولات والمفاهيم مرة نخضع للنظم الخارجي دائرة الوجود. نتكلم بالحيثيات والواقعيات في المتون تجدون تموجا يتكلم في البنية الذهنية بلسان المعقولات وهو قصده البنية الخارجية فيتشوش ذهن الطالب نعم انظر يقول فالبساطة والتركيب لا يعقلان البساطة والتركيب اين? في الواقعات الخارجية. الماء مركب في الخارج. والنفس في واقعيتها بسيطة لا يعقلان يعني دخلن الى البنية الذهنية النظم الفهمي الا عارضان يعني حيثيات لهما من ثواني المعقولات يعني اذا جئنا الى النظم المعرفي نقول معقولات في الرتبة الثانية ولو كان موجودين لزم التسلسل هذه هي القاعدة الذهبية التي بينها بطريقة رائعة الشيخ الاشراق ان الحيثيات اذا استقلت تسلسلت بيناها بالتفصيل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