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كان الكلام في الجزء والجوز المركب او الجزء والتركيب وبينا آآ الجزء في دائرة الوجود  المركب في دائرة الوجود مثلا انسان دقيقة مركبة من روح وبدن صورة انسانية وبدن فالانسان هو المركب و الروح مثلا هو الجزء او البدن هو الجزء هذا بالحمل الشائع في متن الواقع الخارجي ثم جئنا الى مفهوم الجوز ومفهوم المركب. قلنا هذه معقولات ثانيا ليست لها اه متون مستقلة تقول الانسان مركب النفس بسيطة هذه المحمولات تقع في الرتبة الثانية من التعقل فهي معقولات ثانية طبعا فلسفية ما معنى? يعني ما عندنا مفهوم الجزء يحكي متن مستقل فترى انت الجزء او مفهوم المركب فترى المركب في الواقع الخارجي لا ترى الانسان المركب ترى النفس البسيطة اما الوصفان فليس لهما بازاء واقعي ينطبقان عليه وبالتالي ليس له لهما متنا خارجيا وجودات ربطية انا حيثيات هذي بيناه ثم يقول اذا عرفت هذا فانهما متنافيا. نعم اذا كنا في دائرة الجزء لا نكون في دائرة المركب واذا كنا في دائرة المركب لا نكون في دائرة الجوز مسألة منطقية جدا. اذا صدق على الشيء الواحد انه جزء كل يعني مركب يلزم اجتماع المعقدة اذ لا يصدق على شيء انه بسيط وهو مركب من جميع الجهات ماذا يحدث حين والا يعني اذا صدق الجزء والكل على شيء من جميع الحيثيات لازم اجتماع الناقضين فيه وهو محال يعني يرجع الى معيار عقلي اساسي وهو مبنى التناقض. نعم فاذا كان شيء جزءا ومركبا في الالة نفسه من جميع الابعاد فهو جزء وليس بجزء مركب وليس بمركب هذا هو اجتماع مؤقتا وقد يتظايفا نعم يعني جزء بالنسبة الى ذلك المركب هو اه جزء والمركب هو مركب بالنسبة الى ذلك الجوز يعني يتعقلان معا وقد يتظايفان اعني يؤخذ البسيط بسيطا بالنسبة الى مركب مخصوص فتكون بساطته باعتبار كونه جزءا من ذلك المركب لا ان لا لا انه لا جزء له هو المركب المخصوص? نعم قد يكون هو في حد ذاته مركب الا انه يكون جزءا بالنسبة الى مركب خاص. مثلا الحيوان في الإنسان تقول الإنسان حيوان ناطق فالانسان كطبيعة مركبة من بعد حيواني والناطق. بعد ناطقي فالحيوان جزء بالنسبة الى الانسان المخصوص. اما في ذاته لا هو مركب تقول جسم النام حساس متحرك بالارادة عندهم مكونات تخصه ويكون المركب مركبا باعتبار القياس الى الجزء فيتحقق الاظافة بينهما. نعم المركب يكون مركبا بالقياس الى الاجزاء والاجزاء تكون اجزاء اجزاء بالقياس الى المركب. وقد يكون الجزء القياسي مركبا في ذاته نعم وهذا كان حيوان يمثل فانه بسيط بالنسبة الى الانسان بسيط يعني جزء بالنسبة الى الانسان على معنى انه جزء من انظر استدرك هذه المسألة. على معنى انه تجوز يعني الحيوان جزء من الانسان. فيكون ابسط منه ابسط من الانسان الانسان له زيادة في التراكم بزيادة الناطقية واذا اخذ باعتبار التضايف تعاكس مع اعتبارهما الأول عن الحقيقي عموما وخصوصا فعندنا الجوز والمركب الجزء هو الذي يقوم اه المركب والمركب هو الذي يتقوى بالجوز هذا هو المعنى العام ويدخل تحت هذا المعنى العام الجزء النسبي المركب النسبي نعم كحالة الحيوان الحيوان اذا اخذناه في دائرته ليس قياسيا ليس بالقياس الى الانسان آآ لا يكون جزءا ابدا بل هو لا يكون بسيطا مركب اما اذا اخذناه بالقياس يدخل تحت المعنى الجزئي يعني تحت الجزء بمعنى الجزء العام ولهذا يقول اعني الحقيقي عموما وخصوصا يعني بين الجزء المركب الحقيقيين والجزء المركب النسبيين عموما خصوص مطلق الحقيقي عام من النسبي نعم فالنسبي دائرة داخل الحقيقي نعم وذلك لانهما بالمعنى الحقيقي متنافيان. اذا جئنا الى الحقيقة الجزء لا ينسجم مع المركب لان البسيط لا يصدق عليه انه مركب بذلك المعنى المعنى الحقيقي. واذا اخذ بالمعنى الاضافي يعني القياسي جوزنا ان يكون البسيط. يعني جزء مركبا كالحيوان قلنا بالنسبة الى الانسان جزء ولكن بالنسبة الى ذاته مركب من جسم لامي حساس متحرك بالارادة لان بساطته ليست باعتبار نفسه باعتبار الحيوانية بل باعتبار كونه جزءا من الانسان من غير يعني ميزة واذا جاز كون البسيط بهذا المعنى مركبا كان اعمنا البصير بالمعنى الاول يعني بالمعنى الحقيقي فيكون المركب بهذا المعنى اخص منه. نعم. يعني المركب من آآ مركب بالمعنى القياسي بهذا المعنى يعني بالمعنى القياسي اخص منه بالمعنى الاولي بالمعنى الحقيقي وقد تعاكس اعني البسيط عن البسيط والمركب في العموم والخصوص باختلاف الاعتبار. نعم. فالحيوان باعتبار حقيقته مركب باعتبار قياسه الانسان بسيط يعني جزءن بحسب الاعتبار تتغير تتغير الحيثيات والاحكام مسألة سهلة جدا ليست صعبة قال وكما تتحقق الحاجة في المركب كذلك في البسيط المركب واضحة جدا انه محتاج محتاج الى علتين علة تفيض عليه التحقق والوجود وعلل القوام مثلا الانسان بزيت يحتاج الى لعلة خالقية وهادي هي الحيثية التعليلية ومرة يحتاج الى في داخله الى مكونات وهي الروح والبدن فالمركب واضح جدا انه محتاج معتدل الى اجزائه يعني محتاج الى احتياج داخلي والى احتياط خارجي العلة التي تفيض عليه التحقق والبسيط كيف? بعضهم يقول البسيط لا لا يحتاج الى الا الا اذا تركب اما المبلغ الذي يختاره يختاره المحقق التونسي ليقول لا المركب يحتاج والبسيط يحتاج نعم يقول وكذا تتحقق الحاجة الى الى الغير في المركب فكذا في البسيط يعني كما ان المركب يحتاج الى غيره البسيط كذلك يحتاج الى غيره. فالبسيط لا ينفرد بعدم الاحتياج ثم العلامة الحلي يبين الملاك وهو الماهية. كونهم هموم كنان اذا كان في دائرة الماهيات وعارضه الامكان قلنا ملاكه قال الاحتياج اقول الحاجة تعرض للبسيط. طبعا البسيط هنا بالحمل الشائع البسيط يعني الواقعيات الطبائع وليس المفاهيم المفاهيم العقلية ثانوية ليس مفهوم البساطة البسيط البسيط مثلا  الحيوان في ذات الإنسان يعني الجزء الذي يركب الانسان الروح فداء في الانسان الحاجة تعرض للبسيط اكتب البسيط بالحمل شاة يعني الخلقيات وللمركب معا. يعني البسيط محتاج الى غيره. والمركب محتاج الى غيره. هذا الاحتياج على قسمين احتياج خالقي يعني حيثية تعليلية تفيض عليه الوجود او مكونات داخلية اذا كان من المركبات نعم الحاجة الى الغير تعرض للبسيط وللمركب معا فان كل واحد منهما ممكن اذا الملاك ما هو في الاحتياج والامكان ليس البساطة والتنكب. وكل ممكن على الاطلاق قاعدة كلية فانه محتاج الى السبب نعم اما سبب فاعلي واما سبب داخلي كالمركب مثلا يحتاج الى مكوناته. فالحاجة ثابتة في كل واحد منهما. يعني اذا سئلت ما هو ملاك الاحتياج في البسيط والمركب? تقول الامكان اذا ليست خصوصية البساطة او التراكب هي التي تحدد الحاجة او لا. الذي يحدد الحاجة هو الامكان</w:t>
      </w:r>
    </w:p>
    <w:p>
      <w:r>
        <w:t>يعني اللا اقتضاء وقد منع بعض الناس احتياج البسيط الى المؤثر الى الفاعل. مبنى مبنى يعتمد على لطافة فكرية يقول لان علة الحاجة يعني ملاك الحاجة انما هي الإمكان اذا هو يبني على مبنى الفيلسوف صحيح ملاك الحاجة هو الامكان يعني لا يقتضى وهو امر نسبي. نسبي يعني قياسي ممكن بالنسبة الى شيء يعني الى الوجود مثلا تقول الانسان ممكن ممكن بالنسبة للوجود في التحقق ممكن بالنسبة الى العلم في كسب الكمال العلمي وهكذا هذا هو ما معنى امر نسبي يعني قياسي انما يعرض لي المنتسب تقول الانسان بالنسبة الى الوجود ممكن تقول ممكن الوجود ممكن العلم فعندنا الانسان وعندنا العلم فتأتي هذه النسبة الامكان نسبة الإمكان اذن هذا الإنسان ليس لخلوصه يحتاج. وانما باعتبار ما يعني خرجنا من الانسان لوحده زائد اعتبار بمجرد ان يأتي الشيء الزائد فالمركب هو الذي احتاج وليس الانسان الخالص. تقول الانسان كيف يصير موجودا? لا تقل الانسان بما هو انسان. تقول الانسان بما هو ممكن يعني اذن انضمت اليه حيثية جعلته يقبل الوجود. اذا بما هو بسيط لا نعم وهو امر نسبي يعني الامكان انما يعرض للمنتسبين يعني عندك الماهية الانسانية والوجود او العلم فما لم تتحقق الاثنين لم تتحقق الحاجة نعم ولا اثنيان اثنين في البسيط فلا احتياج له اذا هو ركز على عنوان البساطة على من حل? يقول لا ليس الملاك البساطة او التركب الملاك هو الإمكان والجواب ان الإمكان امر عقلي يعرض للمنتسبين عقليين هما المهيأ الانسان والوجود او العلم وتتحقق باعتباره الحاجة لكل واحد منهما الى المؤثر نعم فالانسان يحتاج الى علة تعطيه الوجود او العلم والوجود يحتاج الى علة ان تلصقه بالماهية والعلم يحتاج الى علة تلصقه بالماهية الانسانية نعم اذن لا فرق بين البسيط والمركب اذا كان في دائرة الامكان في احتياجهما الى العلة قال وهما قد يقومان يقومان بانفسهما وقد يفتقران الى محل في عالم عالم الخلق المشائي يقسم الموجود الى قسمين. موجود الهي. يعني الله وموجود خلقي يعني الله هو الخلق اذا جاء الى الخلق يعني عالم الامكان بقول الفيلسوف وعالم الخلق بالقول القول الديني هذا عالم الخلق يقسمه الى جوهر وعراظ الاعراض بسيطة والجواهر منها بسيط ومنها مركب. يريد يبين هذه المسألة وهما قد المركب والبسيط يقومان بانفسهما وقد يفتقران الى المحل. اذا قام بنفسه جوهر اذا قام بغيره محل. بغيره يعني بالمحل فهو عرض اقول كل واحد من البسيط والمركب قد يكون قائما بنفسه كالجوار كالجوهر والحيوان ليس كل الجوار بعض الجواهر مثلا العقل آآ بسيط غير مركب لكن بما انه ينتمي الى عالم الخلق فهو يكون قائما بنفسه وقد يكون مفتقرا الى المحل كالكيف والسواد وهما ظاهران يعني الاعراض اذا عرفت هذا فالمركب من الأول لابد وان يكون احد اجزائه قائم بنفسه والاخر قائما به. يعني اذا جئنا الى الى المركب فالمركب عنده اجزاء وعنده اجزاء مقومة يعني قائمة بنفسها وعنده اجزاء قائمة الاجزاء الاخرى. مثلا تاخذ تفاحة تفاحة فيها اعراض مثل اللون الأحمر اللون الأحمر عرض التفاحة متكونة من بعد جوهري وهوية التفاحة ذات التفاحة وهذه الاعراض تفاحة اذا كانت عندها اجزاء وهي عندها اجزاء صورة تفاحية ومادة تفاحية هذه مقومات للتفاحة المقومات الذاتية والاعراف الاعراظ تأتي بعد. يعني تعرظ المقومات المادية اذا عرفت هذا فالمركب كالتفاحة مثلا من الاول يعني الجوار لابد وان يكون احد اجزاء قام بنفسه قائم بنفسه والا لا تتحقق معنى الجوهرية. والاخر قائما به على الاعراض والملكب من الثاني لابد وان يكون جميع اجزائه محتاجة الى المحال يعني الاعراض الاعراض دائما تحتاج الى محل اما الى محل فيه مركب او البعض اليه والباقي الى ذلك البعض يعني حسب الترتيب حسب التركيب فالاعراض تحتاج الى محل الى الجوهر نعم والجوهر يحتاج الى مكوناته الى اجزائه. فالانسان جوهر تحتاج الى النفس اه يحتاج الى النفس متعلقة بالبدن يحتاج الى النفس والبدن. تشكل جوهر الإنسان ثم يأتي بياضه ياتي علمه يأتي طوله ياتي عرضه وهذه كلها اعراض تحتاج الى المحل مسألة تأتي بالتفصيل في بحث الجواهر والاعراض هنا فقط يشير الى مسألة انتساب الجوهر والعرض الى الماهية فيبحث والا جوهر العرض يأتي في محله ويطول المسافة كثيرا وانا لا ارى  فلسفة لهذا التطويل يعني اذا اخذنا اه هاظا هي الجواهر والاعراض من الكتاب من هنا دقق جيد معي هذا هو الى الاهيات بالمعنى الاخص انظر يعني الحجم الاكبر خصصه للجواهر والاعراب وهي بحث مهوي محض تأتي بالتفصيل ان شاء الله اذا عندنا الانسان جوهر اذا جئنا الى جوهرية هو كذلك متنكم من اجزاء نفس الانسانية وبدن فيحتاج الى اجزاء اجزاءه يجب ان تكون بسيطة في نهاية المطاف تقوم الجوهر الانساني. الجوهر الانساني ليس في فراغ له طول عرض لون وكذا. هذه الاعراض تعرض الجوهر اقول كل واحد من البسيط اعيد التطبيق كل واحد من البسيط والمركب قد يكون قائما بنفسه كالجوهر والحيوان. وقد يكون مفتقر الى المحال كالكيف والسواد وهما ظاهرا. يعني ايه مجورة وعرب اذا عرفت هذا فالمركب من الاول المركب من الأول يعني الجوهر غير العرب لابد ان يكون احد اجزائه قان بنفسه. يعني يجب ان ننتهي ننتهي الى جزء قائم بنفسه. والاخر قائم به. والمركب من الثاني لابد وان يكون جميع اجزائه محتاجة الى المحل الى المحل يعني الجوهر اما اما الى ما حل فيه المركب او البعض يعني اما المركب بجميع بجميع مكوناته واما بعض المركب والباقي الى ذلك البعض يعني يعرظ العرب تعرض جهة من المركب والاعراض الاخرى تعرظ جهة من المركب الاخر. اذا بنينا على هذا الامر. يعني في اعراظ هكذا مثلا انت ترى تفاحة تفاحة من جهة حمراء ومن جهة بيضاء يمكن يمكن يعني هذا البياض لم تمسها الشمس جيدا فبقيت بيضاء لم تنظر الى اللون الاحمر. عندك كم عرضة؟ عندك البياض وعندك الاحمرار يعرضان تفاحة واحدة ولكن ليس ليس في جميع مساحتها. الاحمرار يأخذ قطعة يعني مساحة والبياض مساحة اخرى. ولهذا قال اما الى محل في محل فيه المركب او البعض اليه والباقي لا ذلك البعض قال والمركب هنا المحقق الطوسي والمركب انما يتركب عما يتقدمه وجودا وعدما. طبعا المركب تابع لاجزائه والمركب انما يتركب عما يتقدمه وجودا وعدما. يعني المركب دائما ياتي بعدها مكوناته وجود وعدم. يعني اذا تحققت المكونات تحقق المركب اذا انتفت المكونات انت المركب. الانسان مركب فهو متقدم اه يتقدمه ماذا? الروح و البدن انزعل الروح من البدن ينتفي هذا الانسان في هذه النشأة نعم والمركب انما يتركب عما يتقدمه يعني نشأة المركب بمكوناته والمكونات متقدمة وجودا عليه وجودا وعدما. يعني اذا وجدت مكونات وجد واذا انعدمت انعدم بالقياس الى الدين والخارج وهو علة الغنى عن السبب</w:t>
      </w:r>
    </w:p>
    <w:p>
      <w:r>
        <w:t>فباعتبار الدين بين وباعتبار الخارج غني فتحسو الخواص ثلاثة واحدا منك متعاكسة واثنان اثنتان عام جيد. اذا عندنا مركب هذا المركب عنده مكونات بينت لكم بالمثال الإنسان الإنسان له مكونتان روح وبدن تعلق في تعلق بين الروح والبدن تشكل الانسان فعندنا تقدم وعندنا تأخر المتقدم النفس والبدن في حالة التعلق يأتي المركب يتصل بي التأخر. يقول والمركب ما زلنا في المتن. انما يتركب عما يتقدمه وجودا وعدما بيناه يعني اذا وجد الروح والبدن وجد الانسان. اذا انعدم الروح مثلا فصل الروح عن عن البدن انعدم الانسان نعم والمركب انما يتركب عما يتقدمه وجود وعدم بالقياس الى الدين والخارج. يعني في تركب ذهني وتركب خارجي. خذوها قاعدة من من عندي انا خالصة صافية ما عندنا تركب ذهني تركب ذهني ما عندنا عندنا فهم التراكم فهم للتراكم. اذا كل ما اذا كلما كنا في البنية الذهنية تكلمنا في البنية الفهمية ما انا تركب ذهني ابدا عندنا فهم التركب في الدين نعم ولهذا يقول والمركب انما يتركب عما يتقدمه وجودا وعدما بالقياس الذي هو الخارج. يعني في تركب ذهني وفي تركب خارجي وهو علة الغنى عن عن السبب وهو هنا حسن زاد املي حفظه الله يقول وهو يعود الى عما يتقدم والمركب انما يتركب عما يتقدمه. عما يتقدمه وهو علة الغنى عن عن السبب اي قل اي تقدم الاجزاء على الماهية المركبة يعني تقدم الروح والبدن على الانسان المركب منهما فالظمير راجع الى المصدر المستفاد من قوله عما يتقدم حتى نفهم العبارة جيدا وهو علة الغنى عن السبب هو علة الغنى عن السبب طبعا يعني انت الانسان اذا تشكل اه البدن والنفس في هويته فهويتي تمت علة تامة المعلول تحقق. انتهى الامر نعم. فباعتبار الدين بين وباعتبار الخرج غني فتحصل خواص ثلاثة واحدة منها متعاكسة واثنان خلينا نشوفو العلامة الحلي ماذا يقول؟ اقول المركب هو الذي تلتئم ماهيته من عدة امور واضحة جدا. المركب له مكونات قد تكون المكونات اثنتين واثنين او تكون اكثر فبالظرورة يكون تحققه متوقفا على تحقق تلك الامور. قلنا المكونات علة داخلية المركب والمتوقف على الغير متأخر عنه. نعم هذا التأخر قد يكون بالتأخر الزماني قد يكون بالتأخر الرتبي قد يكون بالتأخر الجوهري. هذا كله يدرس في الفلسفة. فالمركب متأخر عن تلك الامور. فيتأخر عن كل واحد منها. نعم. فالانسان متأخر عن الروح والبدن ومتأخر عن الروح لوحدها ومتأخر على البدن لوحده فكل واحد منها موصوف بالتقدم في طرف الوجود نعم ثم اذا عدم احدهما لم تلتئم تلك الامور. نعم. اذا انتفى الروح بعد التئام ينتفي يعني التراكم ينتفي فلا تحصل المهية. فيكون عدم اي جزء كان من تلك الامور كالروح مثلا علة لعدم المركب قاعدة المعلوم ماذا ينتفي? اذا انتفت جزء من العلة التامة والمعلوم ماذا يتحقق? اذا التأمأت التأمت كل اجزاء العلة. هذه قاعدة عقلية نعم فيكون عدم اي جزء مثلا الروح تنفصل عن البدن. كان من تلك الامور علة لعدم المركب ينتفي الانسان والعلة متقدمة على المعلو القاعدة فكل واحد من تلك الامور موصوف بالتقدم يعني نقول الانسان المركب مسبوق متقدم يعني يأتي بعد الروح والبدن. فالروح والبدن متقدمان على الانسان تأخذ الروح لوحدها متقدمة على الانسان البدن متقدم على الانسان. الانسان كمركب متأخر عن الروح والبدن فكل واحد من تلك الامور موصوف بالتقدم في طرف العدم ايضا نعم يعني اذا كنا في دائرة الوجود الروح متقدمة على الانسان البدن متقدمة على الانسان اذا كنا في ذلك العدم انعدام الروح متقدم على انعدام الانسان. نعم. لان انتفاء العلة سابق على انتفاء ال معلول. فقد ظهر ان جزء الحقيقة متقدم عليها في الوجود والعدم نعم في الوجود والعدم القانون الكلي ما هو؟ قانون هو العلية والمعنوية. العلة لا تورث المعلول الا اذا اكتملت بجميع مكوناتها وفي انتفاء معلوم يكفي انتفاء جزء واحد منها نكمل البحث ان شاء الله في الجلسة القادمة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