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معكم الى هذا المقطع قال والمركب انما يتركب عما يتقدمه وجودا وعدما وصلنا الى شرح العلامة اعيد تطبيق الشرح. اقول المركب هو الذي تلتئم ماهيته من عدة امور. هذا تعريف للمركب. يعني مبدأ تصوري فبالضرورة يكون تحققه. اذا وجدت متوقفا على تحقق تلك الامور. لماذا? لان المركب قائم باجزائه والمتوقف على الغير متأخر عنه مسألة عقلية ان المركب دائما يتأخر عن اجزائه ومكوناته فالمركب متأخر عن تلك الامور فيتأخر عن كل واحد منها مجتمعة او منفصلة. مثلا الانسان مركب من روح وبدن في حالة الاجتماع يعني تعلق الروح بالبدن فهو متأخر عنهما حتى في حالة تعلق ما هي نوعية التقدم والتأخر? هادي مسألة اخرى وكذلك متأخر عن الروح لوحدها وعن البدن لوحده فتقول الروح متقدمة على الانسان. البدن متقدم على الإنسان الإنسان متأخر عن الروح موال الانسان المتأخر عن البدن اذا اردت كذلك الانبساط في المعلومة تقول الانسان متأخر الروح متقدمة اكتسبت آآ معقولين فلسفيتين معقولين ثانيتين فلسفيتين مفهوم التأخر ومفهوم التقدم. لسنا في هذا الصدد الان نعم يقول فالمركب متأخر عن تلك الامور يعني المكونات الاجزاء فيتأخر عن كل واحد منها. اذا كانت كثيرة او كانت مثلا اثنين فكل واحد منها موصوف بالتقدم يعني الروح متقدمة على الانسان البنان متقدم على الانسان في طرف الوجود ثم اذا عدم احدهما لم تلتئم تلك الامور فلا تحصل ما هي. تخيل الروح انفصلت عن البدن يعني راحت الى عالم البرزخ السعودي او بقول بعض المتكلمين دخلت في كتم العدم فتنتفي المهية. اذا المهية قائمة بتلك الاجزاء اذا وجدت الاجزاء تنوجد وتكون متأخرة عن اجزائها ومكوناتها اذا انتفت مكونة واحدة تنتفي الماهية المركبة. فيكون عدم اي جزء اي مكون منها كان من تلك الامور يعني منها علة لعدم المركب الانسان ينتفي بانتفاء الروح والعلة متقدمة على المعلوم قاعدة كلية لان العلة هي التي تفيض المعلوم فكل واحد من تلك الامور يعني المكونات يعني الاجزاء. موصوف بالتقدم في طرف العدم ايضا يعني انتفاء الروح متقدمة. او متقدم على انتفاء الانسان ايضا. فقد ظهر ان جزء الحقيقة يعني جزء الماهية الماهية في دار الوجود فقد ظهر ان جزء الحقيقة متقدم على الحقيقة في الوجود والعذاب. لكن في الوجود باعتبار الموجودية والعدم باعتبار المعدومية ثم ان الذهن مطابق للخارج فيجب ان يحكم بالتقدم في الوجود الذني والعدم الذهني فقد تحقق ان المركب. خلينا هذه فقط تحقق خلوها اه الماهية في التحقق الوجودي باعتبارها متأخرة عن اجزائها فالاجاء يجب ان تكون اه متحققة لان هي علة المركب المركب لا يتحقق الا اذا تحققت اجزاؤه ومكوناته. هذه مسلمة في العدم كيف اذا انتفت الروح انفصلت عن البدن ينتفي الانسان يعني هناك عندنا آآ حقيقة عدمية وترتبت على حقيقة عدمية ام اعتبار في اعتبار اعتبار في اعتبار. هذا الاعتبار في الاعتبار ويسميه الذهني لماذا? لانه بنشاط ذهني وصلنا اليه بنشاط ديني وصلنا اليه والى ما عندنا من الاعدام في الخارج فقد ظهر ان جزء الحقيقة المتحققة متقدم عليها في الوجود لان وجود الجوز هو الذي يؤدي الى وجود المركب والعدم هذا الاعتبار الاعتبار. يعني الروح اذا انتفت اه يتحقق العلة العدمية بالاعتبار ولا هي رفع العلة ما ما جازا وادعاءا نقول عدم العلة مسبوق على عدم المعلول. عدم الروح مسبوق على عدم الانسان. والا ما عندنا لا عدم على مستوى العلة ولا عدم على مستوى وانما رفع الوجود. نعم ثم ان الذهن مطابق للخارج فيجب ان يحكم بالتقدم في الوجوه الديني والعدم الذهني في ذهنه نعم آآ هذه العبارة ما معناها? معناها يعني يبقى عاينا الخارج ورأينا الاجزاء متقدمة والمركب متأخر فيجب ان نفهم التقدم في الاجزاء ونفهم التأخر في الانسان ما عندي كلها هذا الطريق جلست في متن الخارج بمتن الدين هذا الكلام في تصوري انا لا معنى له. نحن نفهم التقدم للاجزاء ونفهم التأخر للمركب نعم فالدين يجب ان يفهم هكذا ما عندنا تقدم خارجي وتقدم ذهني. عندنا تقدم واحد وتأخر واحد وهو في متن الوجود. ثم نسلط عليه الفهم ما كان متقدما. نفهمه متقدما. ما كان متأخرا نفهمه متأخرا حتى تأتي المطابقة مطابقة الفهم للواقع الخارجي نعم فقد تحقق ان يعني تحقق آآ تحقق علميا فقد تحقق ان المركب انما يتركب عما يتقدمه وجودا في دائرة الوجود والعدم بالقياس الذي هو الخارج. لا ما عندنا دين وخارج. عندنا خارج فقط فالدين يأتي ويفهم هذا الخالق هذا الخارج اذا اذا قلنا عندنا دين وخارج يعني عندنا خارج تجلى في افق الفهم فما كان متقدما في الواقع الخارجي كيف يفهم افهم متقدما ما كان متأخرا يفهمه متأخرا اذا عرفت هذا فنقول هذا التقدم الذي هو من خواص الجزء نعم يستلزم استغناء الجزء عن السبب عن السبب الجديد عن السبب الجديد يعني دي مسألة انا في تصوري انا شهودية اذا كان للجزئي علة مثلا الله تعالى يخلق الروح الروح بدون علة لا يمكن يقول الله تعالى اوجد الروح اين يوجدها؟ يوجدها في دائرة الإنسان الروح هكذا لوحدها لا معنى لها الروح في هذه النشأة متعلقة بالبدن بمجرد ان تتعلق في البدن يتعين الانسان اذا في جزئياتها للانسان لا تحتاج الى علة اخرى عنة الخلق جعلتها جزءا للانسان. فلا يحتاج الى علة اخرى فيستغني عن علة اخرى. يعني الخالق حينما اوجد الروح اوجدها في بدن اوجدها في بدنه بعنوان الجزئية للانسان. نعم اذا عرفت هذا فنقول هذا التقدم الذي هو من خواص الجزء يستلزم استغناء الجزء عن السبب الجديد لسنا نقول انه يكون مستغنيا عن مطلق السبب لا الروح اوجدها الله. لكن اذا اوجدها في بدنه فلا يعطيها كذلك علة الجزئية. لا بهذا الايجاد البسيط اوجدها جزءا للانسان. نعم  يعني العلامة الحين كانه استشعر الاشكال كيف يعني السبب الجوز يعني. الجوز كالروح للانسان يعني تستغني عن السبب مطلقا يقول لا عندها الا هي الخالق اوجدها في البدن. لكن اذا اوجدها في البدن لا يجعل لها علة اخرى تكون بها آآ سببا للانسان. لا ابدا. ولهذا يقول لسنا نقول كأنه يدفع اشكال. كيف? يعني الجزء ليس له سبب مطلقا لا يقول سبب جديد يعني سبب يجعله جزء من الانسان. لسنا نقول انه يعني الجزء يعني الروح مثلا يكون مستغني عن مطلق السبب. لا فان فعل جزء وفعل الكود. اعمل خط تحت هذه العبارة فان نفع الجزء وفعل الكل. يعني الله تعالى اذا اوجد الروح في البدن فقد اوجد الانسان لا يجعل الروح ثم يجعلها سببا للإنسان</w:t>
      </w:r>
    </w:p>
    <w:p>
      <w:r>
        <w:t>كم عملية? عمليتان لا لا لا اوجد الروح في البدن تحقق الانسان بذلك الجعل بجعل واحد وذلك لان المتقدم لا يعقل احتياجه الى علة متأخرة عن المتأخر عن نعم. يعني الجوز في كونه مكونا للمركب لا يحتاج الى علة جديدة بل ولا خارجة عن علة المركب. فان علة كل جزء داخل في علة الكل يعني الله تعالى اذا خلق الروح في البدن فقد خلق الانس. نعم انقل انظر فان علة كل جزء داخل في علة الكون. فاذا اعتبر هذا التقدم بالنسبة الى الدين فهو بين واضح جدا. واذا اعتبر الى الخارج فهو غني عن السبب نعم يعني الله تعالى لا يخلق الروح ثم يخلقها جزءا للانسان لا في خلقها في البدن فقد جعلها جزءا للانسان بذلك الجعل البسيط الاوحدي نعم وهذه الخاصية اهم من الخاصية الاولى لان الاولى هي حصول موصوف بالتقدم والثانية هي حصول المطلق. نعم لاحظت كيف اذا الروح لاحظها بلحظين معلول لي الله تعالى فلها سبب مطلق وهي تكون علة للمركب فهل الله تعالى يأتي ويجعلها الا للمركب? لا اذا جعلها في البدن فقد جعلها في المركب نعم في المركب لكن العقل يجعل العلة المطلقة متقدمة على العلة في دائرة المركب لان الروح الا للمركب وهذه الخاصية اعم من الخاصية الاولى لان الاولى هي حصول الموصوف بالتقدم والثانية هي الحصول المطلق نعم هذه مسألة جدا جميلة ودقيقة والآن في الفلسفة واضحة جدا اه يسمى الجعل البسيط وجعل المركب نعم عندنا جعل بسيط وعندنا جعل المركب في مكونات المركب يكفي الجعل البسيط لتحقق المركب. نعم يقول وهذه الخاصية اعم من الخاصية الاولى. الخاصية آآ وهذه الخاصية يعني كون الجوز اه عل لي المركب كون الجزء مكونة للمركب. اعم من الخاصية الأولى اه الخاصية الاولى اه لحظة نعيد واذا اعتبر بالنسبة الى الخارج فهو غني عن السبب. وهذه الخاصية اعم من الخاصية الاولى. لان الاولى الخاصية الاولى هي حصول الموصوف بالتقدم بالنسبة الى المتركب. والثانية هي الحصول المطلق. يعني الروح لا اعتبار كونها معلولة لله تعالى وكونها مكونة يعين لي الانسان ذاك انوجاد مطلق وهذا انوجاد للإنسان ان وجد للانسان هنا نسأل هل العلة اذا اوجدتها اوجدت الروح ثم توجده مرة ثانية للانسان لا نقول بإنوجدها المطلق كانت جزءا جزءا للانسان يقول هذه الخاصية يعني اذا اعتبر بالنسبة الى الخارج فهو الغني عن السبب. يعني في كون الروح متقاومة للانسان لا تحتاج الى يعلن جديدا وهذه الخاصية يعني يكون الروح الا للإنسان اعم من الخاصية الأولى لان الاولى هي حصول موصوف بالتقدم والثانية هي الحصول المطلق. المطلق. ولهذا قيل لا يلزم من كون الوصف بين الثبوت لشيء. وكونه غنيا عن السبب الجديد. كونه جزء ان يعني انت الروح الروح تقول متقدمة على الانسان. نعم يعني الإنسان بدون روح لا معنى له الروح متقدمة على الانسان. انها جزء الانسان. هنا نسأل يعني الروح احتاجت الى علة في انوجادها ثم تحتاج الى سبب جديد في كونها جزءا للانسان هنا وحقق التونسي يقول له يقول يقول بالجعل المطلق يكفي الجعل المطلق يكفي يعني اذا اوجد الروح متعلقة بالبدن فقد تحقق الانسان. لا يجعل الروح متقدمة متعلقة بالبدن هذا هذا السبب الأول. ثم السبب الثاني يعني يجعلها جزءا للإنسان لا. ولهذا قال في في المتن والمركب انما يتركب عما يتقدمه وجودا وعدم. بيناها يعني الاجزاء هي التي تركب المركب وعدم بالقياس الذي هو الخارج يعني في الخارج الأجزاء متقدمة على المركب وهي التي تقومه وتتقدم عليه والذين يفهم هذا الشيء كذلك كما هو في الخارج يفهم ان المكونات السابقة ومتقدمة على المركب وهو علة الغنى عن السبب. علة الغنى عن السبب يعني في كونه جزءا للمركب يعني في كون الروح جزءا للانسان لا تحتاج الى علة جديدة بالعلة الاولى تكفي. نعم. اذا اوجد الله الروح في البدن بهذا الجعل البسيط جعله مركبا جعله مكونا للانسان والانسان مولاه مركب من هذه الروح والبدن. نعم. وهو علة الغنى عن السبب على ما نحلي استظهر من هذا الكلام? اشكالا ما هو? كيف يعني الروح لا تكون معلولة? لا لا تكون معلولة كونها مكونة للإنسان اما في اصلها فهي معلول لله تعالى تيجعلها متعلقة بالبدن فجعلها جزءا للانسان بهذا الجعل البسيط. فلا تحتاج الى جعل جديد يجعلها جزءا للانسان. هذه العبارة وهو علة الغنى عن السبب. سبب هذا السبب الثاني في فباعتبار الدين بين نعم الدين يدرك ان المكونات متقدمة على المركب وباعتبار الخارج غني يعني آآ المكون لا يحتاج الى علة تجعله مكونة للمركب اذا خلقته في المركب فهو كان متقدما فاذا اعتبر هذا التقدم بالنسبة الى الدين فهو بين. لان الدين الدين يدرك ان المكونات متقدمة على المركب. يعني الروح والبدن متقدما على الانسان واذا اعتبر بالنسبة الى الخارج فهو الغني عن السبب يعني لا يحتاج الى حيثية خارجية تجعله جزءا تجعله كيانا نعم الله جعل الروح كيانا نعم الروح ممكنة مخلوقة. اما كون الروح اه جزءا للانسان فتحتاج الى علة لا تقول بالخلق الاول يكفي بالخلق الاول يكفي واذا شئت الدقة الدقة لا الله تعالى خلق الانسان خلق الانسان خلق المركب دفعة واحدة. ثم يأتي الدين ويحلل الاجزاء ويقول كل مركب تتقدمه الاجزاء. هكذا الامر نعم واذا اعتبر بالنسبة الى الخارج هل يحتاج الى علة تجعله جزءا للكل? لا فهو الغني عن السبب. وهذه الخاصية يعني الغنى عن السبب اهم من الخاصية الاولى لان الاولى هي هي حصول الموصوف بالتقدم. يعني الله تعالى يجعله دفعة واحدة متقدما على المركب. والثانية هي الحصول المطلق. الحصول المطلق يعني الخلق المطلق الانسان ولهذا قال قال لا يلزم من كون الوصف لا يلزم من كون الوصف بين الثبوت للشيء ولا يلزم من كونه غنيا عن السبب الجديد كونه جزءان نعم يعني الروح خلقها الله تعالى سلمنا في كونها جزء من الانسان غني عن السبب نعم غني السبب. لماذا? لان لغو تحصيل للحاصل فاذا اوجد الله تعالى الروح في البدن فقد اوجد قال انس ولهذا قيل لا يلزم من كون الوصف بين الثبوت للشيء وكونه غنيا عن السبب الجديد كونه جزءان نعم. فالله تعالى اذا خلق الروح في البدن فخلق الانسان اذا الروح في كونها جزءا للانسان تحتاج الى علة جديدة يعني الله تعالى يخلق الروح ثم يخلقها جزءا للانسان. هذا خطأ ان الله تعالى اذا خلق الروح في البدن فقد خلق الانسان وقلت لكم العملية بالعكس هادي عملية تحليلية الله خلق الانسان اني جاعل في الارض خليفة. خلق الانسان ثم العقل يأتي ويحلل هذه الطبيعة الانسانية يجد ان هذه الطبيعة الانسانية لها بعد الهي والروح وبعد ارضي وهو البدن فتتعلق الروح بالبدن اه خلق الهي بقدرة الهية</w:t>
      </w:r>
    </w:p>
    <w:p>
      <w:r>
        <w:t>فالعقل يقول اذا كان الانسان متكونا من الروح والبدن فحتما الاذى متقدمة على الكل على المركب. نعيد هذا التقدم ما هو؟ ليس تقدما زمنيا. ابدا وانما التقدم بالجوهر كما بين في الفلسفة فقد حصل لكل ذاتي على الاطلاق خواص ثلاثة. ذات يكتب يعني الجزء المركب. الجزء المركب. يعني خذ الروح والبدن مثلا فقد حصل لكل ذاتي اعطي بالمثال احسن. الإنسان مركب عنده روح وبدن. الروح تعلقت بالبدن فقد حصل لكل ذاتي على الاطلاق خواص ثلاثة. الاولى وجوب تقدمه في الوجود والوجودين والعادمين. وهذه متعاكسة عليه. يعني في في الوجود نقول تنوجد الاجزاء ينوجد المركب في العدم اذا انتفى المعلول المركب يعني انتفت اجزاؤه. فهنا وجود وهنا هو عدم تعاكس الثانية استغناؤه عن السبب الجديد. يعني كون الجزء جزءا للمركب لا يحتاج الى علة اخرى. عن السبب الجديد يعني علة اخرى تجعله جزءا لا ابدا يعني الله تعالى يخلق الاكسجين لوحده. ثم يخلق الهيدروجين لوحده ثم يخلق المجموع حتى يتشكل الماء لا لا ابدا اذا ربط الله تعالى الاكسجين بالاكسجين الاكسجين بالهيدروجين بقدرته المطلقة فتحقق الماء هذا يكفي يعني هذا الربط الاولي يحقق الماء. لا نحتاج الى ربط جديد نعم الثاني استغناء الجوز يعني الذاتي الذاتي هنا يعني الجزء عن السبب الجديد. الثالثة امتناع رفع رفع المودة له نعم اه هذا جدا جميل هذا الكلام خذ الإنسان مثلا انسان حيوان ناطق اذا تعين هذا المركب فالذاتي يكون ضروريا ام لا? يكون ضروري. فلا يمكن ان يرفع ما دام الهوية موجودة. الانسان انسان لا يمكن ان يرفع حكمة الله هكذا لا يمكن ان تبقى تبقى الهوية الانسانية متعيلة الاجزاء منتفية اذا كانت الاجزاء موجودة بالظرورة الهوية ما موجودة. واذا كانت الهوية موجودة بالظرورة الاجزاء موجودة طبعا هذه الظرورة ظرورة ذاتية ليست ازلية كما يأتي ان شاء الله في الالهيات بالمعنى الاخص الثالثة امتناع رفع الذات عن ما هو ذاتي له نعم يعني كيف بالجعل البسيط. الخلق البسيط يمكن لله تعالى الا يخلق الانسان مطلقا. يبقى في جلاله وجماله. يمكن ان لا يكون? نعم يمكن. لا يخلق الانسان. لكن اذا خلق الانسان وجعل له مكونات سماها الذاتي هنا ما يقاوم الذات. ذاتي يعني المنسوب الى الذات اذا خلق الانسان فهذا الذاتي ضروري للانسان ضروري اي نوع من الضرورية الظرورية الذاتية ليست الازلية ضرورية في داعش الممكنات ضروري لا ينفك عن الانسان ما دام الانسان اه متعينا الثالثة امتناع رفع الذاتي يعني المكون يعني الجزء عما هو الذاتي له وهاتان الخاصتان اضافيتان يعني نسبية نعم اعم منه اعم منه هنا الضمير والباقية في كل مركب. اعم من المركب لمشاركة بعض اللوازم له في ذلك نعم اذن عندنا خاصية الأولى وجوب التقدم يعني تقدم الاجزاء على المركب في الوجود وتقدم الاجزاء على المركب في الدين يعني في الفهم ثم الجزء لا يحتاج الا علة جديدة سبب جديد في كونه جزءا للانسا لا في تعلق الروح بالبدن يكفي ان لتحقق الانسان ثم ان الذاتي في تعاين ما هي لا يمكن رفعه وهذه قاعدة جميلة جدا قلنا مبدأ الهوية هو الاساس في جميع المعايير العقلية كل المعايير العقلية تخدم مبدأ الهوية اذا لم يكن الذاتي ظروريا للذوات للماهيات لا يستقر الوجود لا يستقر الوجود. يعني هذا الانسان متجلي في زيد. متجلي في ليلة عنده بدن وروح في زيد وبدن وروح في ليلة تخيل ان الروح ليست ضرورية للانسان ليست ضرورية للانسان يعني يمكن تأتي وتروح يمكن تأتي وتزول. فهوية الزيت تستقر كهوية انسانية ابدا هوية ليلى تستقر كهوية انسانية لا تستقر ابدا. وهكذا دواليك في جميع المخلوقات فلا يستقر الوجود اذا حتى يستقر الوجود. العناية الالهية ماذا فعلت? فعلت هذا الفعل. وهو حكيم. مكونات الطبائع. مكونات الحقائق. مكونات المركبات. دائما تكون ضرورية لا ترفع حتى تستقر هذه الواقعيات  والا لتستقر وبالتالي الوجود الخلقي لا يستقر وبالتالي يكون لغوا لا معنى له. نعم. يعني زيد في لحظة انسان في لحظة لحظة اخرى ربك يعلم ماذا يكون. لماذا? لان المكون الاساسي فيه هي الروح قد تنتفي لانها ليست ضرورية فيه. هذا لا يعني ان الروح لا تحتاج الى علة لا في كونها مكون الانسان تكون ضرورية لتعين الطبيعة الانسانية نعم قال المسألة الرابعة في احكام الجوز يأتي ان شاء الله بالتفصيل واللهم صلي على محمد وال محمد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