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الرابعة من بحوث الماهية في احكام الجزء يريد الماتن رحمة الله عليه ان يقارب اجزاء الماهية  اضطر ان يدخل في مقاربة الجوز لان المهية المركبة كما تعلمون متشكلة من جنس وفصل اذا كنا في البنية الذهنية اذا كنا في البنية الحقيقية تتشكل من امور حقيقية منها استخرج الجنس ومنها استخرج الفصل كما يأتي بيانه بالفصيل ثم يبين مسألة هذه الاجزاء في الماهية كيف تجتمع في المعية وهذا البحث ينبئ عن عبقرية خارقة لعلمائنا في فهم هذه الدقائق ما هي اجزاء ولا ما هي واذا كنا في البنية الذهنية من اين جاءت هذه الاجزاء? وما هي العلاقة التكوينية بين هذه الاجزاء? في متن الواقع في البنية الخارجية وفي البنية الذهنية بحث جميل ورائع يريد ان يصل الى هذا الهدف ما هي العلاقة بين الجنس والفصل او بين المادة والصورة من دعا الجنسي والفصل قال ولابد من حاجة ما لبعض الاجزاء الى البعض ولا يمكن شمولها باعتبار واحد. يعني هذه الحاجة المتبادلة بين الاجزاء ان تكون باعتبار واحد. لماذا يلزم الدور انت تحتاجني في القوام وانا احتاجك في القوى من جهة واحدة باعتبار واحد هذا يلزم الدور سيتبين ان الجنس يحتاج الى الفصل من جهة والفصل يحتاج الى الجنس من جهة اخرى. وكذلك المادة تحتاج الى الصورة من جهة والصورة تحتاج الى المادة من جهة اخرى حتى لا نقع في الدور الباطن هذه مقدمة. اذا البحث عن ماذا عن مكونات المائية ما هي وكيف تتحد واذا اتحدت حتى تشكل الماهية فكيف اتحدت باي اعتبار لا يضطر ان يدخل الى بحث الاجزاء قال ولابد من حاجة ما لبعض الاجزاء الى البعض واضح جدا ان الاجزاء المبعثرة التي لا علاقة لها فيما بينها وليست هناك حاجة للاجتماع لا يتشكل المركب ابدا ثم هذه الحاجة لا تكون دورية اذا كانت دورية لا يمكن ان يتحقق الشيء لماذا? لان الدور باطن. اذا تكون حاجة باعتبارين وليس باعتبار واحد ولا بد من حاجة ما لبعض الاجزاء الى بعض حتى يتشكل المركب والا لا ولا يمكن شمول هذه الحاجة باعتبار واحد. حتى نقع فلا نقع في الدور اقول كل مركب كالانسان متشكل من حيوان ناطق او من بدن وروح على الاطلاق كل مركب على الاطلاق يعني قاعدة كلية فانه يتركب من جزئين فصاعدا. نعم. ان الواحد لا يركب المركب الواحد يبقى واحدا اذا يحتاج الى ان ينضم اليه امر اخرون فيأتي الاحتياج المتبادل بعيدا عن الدور الباطن يأتي المركب فانه يتركب من جزئين فصاعدا. ثلاثة اربعة خمسة. ولابد من ان يكون لاحد الاجزاء حاجة الى جزء اخر مغاير له. نعم يجب ان تكون هناك مغايرة فانه لو استغنى كل جزء عن باقي الاجزاء يعني يتفرد ويستغنى لم تحصل منها من هذه الاجزاء حقيقة واحدة اذا اذا كان هناك مركب فاعلم ان هناك اجزاء بينها حاجة اه حاجة متبادلة ولكن باعتبار يختلف ليس باعتبار واحد نعم كما لا تحصل ينظر يمثل كما لا تحصل من الانسان الموضوع فوق الحجر مع الحجر حقيقة متحدة ابدا يعني هذا الكتاب الان كمادة واحد زجاج واحد هل تحقق هناك مركب لمركب حقيقي لمركب اعتباري نعم اما مركب حقيقي الى وسيأتي ان شاء الله الفارق بين المركب الحقيقي والمركب الاعتباري. السيارة مركب اعتباري اما الانسان مركب من روح وبدن مركب حقيقي. الملاك ما هو؟ في المركب الإعتباري اثار الكل والمركب هي آثار الأجزاء اما في المركب الحقيقي اثار المركب غير اثار الاجزاء كما لا تحصل من الانسان الموظوع فوق الحجر مع الحجر حقيقة متحدة. حقيقة فاعل تحصل فلابد لكل مركب على الاطلاق قاعدة كلية من حاجتي لبعض اجزائي الى بعض يعني فيه نوع علاقة عضوية بين الاجزاء والا لا يكون هناك تركوا ثم المحتاج قد يكون هو الجزء السوري اذا جئنا الى الاجزاء قلنا في حاجة بينهما هنا يفصل في نوعية الحاجة ثم المحتاج قد يكون هو الجزء السوري لا غير كالهيئة الاجتماعية في العسكر عسكر افراد لكن انت ما تقول فرض فرض فرض تقول هيئة هذه الهيئة محتاجة الى اه افراد العسكر اما الافراد العسكر لا تحتاج الى هذه الهيئة نعم والبلدة في البيوت والعشيرة في العدد والمعجون من اجتماع الادوية امثلة على ان الصورة يعني الهيئة الناشئة من الافراد في حالة الاجتماع هذه فقط هي المحتاجة ام الاجزاء وقد يكون هو الجزء المادي هنا يذهب الى الأمور التكوينية كالهيولة في الجسم ولا يمكن شمول الحاجة بان يكون الجزء المادي محتاجا الى الصورة و السوري او الصورة الصورة النوعية والصوري محتاج الى المد اذا اخذت الحاجة باعتبار واحد يلزم الدور لأنه يلزم الدور المحال باطل توقف شيء على نفسه اذا يجب ان يكون الاعتبار يختلف. مثلا في المادة والصورة المادة محتاجة الى الصورة محتاجة الى المادة هل هذا احتياج دوري يفضي بنا الى اجتماع النقيضين لا لماذا? لان المادة محتاجة الى الصورة مثلا مادة الذهب محتاجة الى الصورة الذهبية مادة الماء محتاجة الى الصورة المائية البدن الانساني الذي هو مادة محتاج الى الروح التي هي الصورة المادة محتاجة الى الصورة في القوام لما هي هويتها غير متعينة كيف تتعين? تتعين وجودا بالصورة والصورة تحتاج الى المادة في تشخصها وبروز اثارها على مستوى المادة نعم اذا اخذت انت التفاحة الفلسفة تقول متكونة من ابعاد متعددة تأتي وتحلل هذه الابعاد البعد الأول وهو صورة تفاحية ما به حقيقة هذه التفاحة. مادة تفاحية يأتي الاتحاد تأتي التفاحة ثم يأتي اللون والطعم والشكل وهذه الاعراض هي التابعة لمن? تابعة للصورة. هذه الاعراض امور صدورية من الصورة. الصورة تصدرها توجدها لكن الحامل لهذه الامور هي التفاحة الصورة تحتاج الى المادة في تشخصها وبروز اثارها والمادة تحتاج الى الصورة في قوامها في تحققها وقد تشمل الحاجة الجزئين معا لا باعتبار واحد باعتبارين كالمادة المحتاجة في وجودها. يعني في قوامها التحققي الى الصورة والصورة كيف? والصورة المحتاجة في تشخصها للمادة اذا تشخصت برزت اثارها برزت اثارها نعم بحث مقدمة لبيان مكونات المائية وهي الجنس والفصل وكيف يتحد الجنسو مع الفاص قالوا وهي قد تتميز في الخارج وقد تتميز في الدين. يعني هذا التركيب من جزئين على الاقل قد نقاربه في البنية الخارجية وقد نقاربه في البنية الدينية هل المقاربة سواء? لا تختلف اما الجيد لاعتباره يختلف لماذا? لان الذهن البنية الذهنية لها قوانينها وحاكميتها والبنية الخارجية لها قوانينها ولها حاكميتها قال وهي قد تتميز في الخارج يعني عندنا بنية خارجية</w:t>
      </w:r>
    </w:p>
    <w:p>
      <w:r>
        <w:t>وقد تتميز في الدين عندنا بنية دينية اقول اجزاء الماهية يمنع في المتن ماذا قال? قال وهي يعني هذه الاجزاء اقول اجزاء الما هي لابد وان تكون متمايزة لانها مركبة من اجزاء بمجرد ان تقول مركبة من اجزاء يعني كثرة كثرة اساسها التميز تميز فرع الكثرة او الكثرة فرع التميز اجزاء الماهية لابد وان تكون متميزة. ثم التمايز قد يكون خارجيا كم امتياز النفس والبدن النفس تنتمي الى نشأة ملكوتية والبدن ينتهي الى ينتمي الى نشأة الملكوت اذا فيه تمايز بالقطع فيه تمايز الذين يعني النفس والبدن هما جزء الانسان. جزء الانسان يعني مكونتا الانسان وقد يكون ذهنيا كامتياز جنس السواد عن فصله  هادي هي البيداغوجية البيداغوجية اه المتعبة انت كنت تتكلم في النفس والبدن. كمل كمل فالبنية الذهنية على اساس النفس والبدن يعني الجنس والفصل يعني النفس الناطقة تنقلب في البنية الذهنية هي الفصل عن الناطق والبدن ينقلب ماذا ينقلبه الجنس احسن يكون التناسق في العبارة. اذا هنا خلل في البيان. مشكل بياني يروح الى السواد السواد بسيط من الصعب ان تفهم انت اه البعد الجنسي فيه والبعد الفصلي في الاعراض الاعراض بسائط فكيف تصنع له جنسا عاما ويأتي الفصل ويخصصه. صعبة في بداية الدراسة مثل لي بالبدن والنفس بدن النفس في البنية الخارجية النفس ملكوتية والبدن ملكي بتمايز ثم في الذهن نتكلم بالجنس والفرص الجنس مأخوذ من الملك والفصل مأخوذ من الملكوت يعني من الناس وقد يكون ذهنيا يعني في البنية الذهنية كامتياز جنس السواد عن فصله يعني الكلام عن الجنس والفصل لماذا جئت بالسواد ابقى في الانسان تتناسق الأمور وتتضح لان السواد بسيط فمن الصعب ان تفككه الى اجزاء. اذا هذه اجزاء تكون صناعية وليست تكون حقيقية انت انطلقت من حقيقة الانسان بدن حقيقي وروح حقيقية فانه يعني السواد لو كان خارجيا لم يخلو اما ان يكون كل واحد منهما محوسا او لا يعني السواد عندو جنس وفصل في الخارج اذن كيف تحققت هذه الوحدة سواء يديا نعم يقول فانه لو كان خارجيا. يعني يريد يبين ان السواد متشكل من جزئين هو الجنس السواد والفصل السوادي في الافق الذهني يعني السواد كعرض بسيط نأتي ونصنع له جنسا ونصنع له بصنا مع ان ما عندنا فصل وجيز في الواقع يعني ما عندنا مادة سوادية وصورة سوادية. لان الاعراض بسيطة غير مركبة ليست كالمركبات كالانسان والذهب والماء والفضة يريد يبين هذا التركيب الصناعي يعني الصنعي الدين يصلحه لاجل الفهم فقط نعم يقول يريد يبطل كون هذا التلكم من جنس والفصل على مستوى الاعراض منها السواد ان هذه نية يعني صناعية تأمنية فانه لو كان هذا التميز تميز الجنس عن الجنس السواد عن فصل السواد خارجيا لم يخلو يعني هذا التالي اما ان يكون كل واحد منهما يعني الجنس السوادي بهذه الجهة والفصل السوادي بهذه الجهة لانها واقعيات خارجية على الفرض لم يخلو اما ان يكون كل واحد منهما محوسا او لا يعني نبني ان الجنس السوادي محسوس والجنس الفصلي محسوس. اذا كم حس? حسان ما عندنا مع مع انه بالشهود انت ترى سوادا واحدا. تحس بسواد واحد. وقلت لكم هذه البساطة اولى والقوة الباطن كل واحد منه محسوس يعني كم واقعية السواد صار واقعيتين والاول باطل لانه ان انما فل السواد استحال جعله مقوما استحال يعني السواد يقسم الى قسمين اذا صار هذا الجزء هو سوادا فتماهى في في المركب فكيف يكون مقوما له سواد يقوم نفسه والسواد يتقوم بنفسه مستحيل يقول لانه انماثل السواد يعني صار سوادا ذلك الجزء الاول. استحال جعله ذلك الجزء مقوما. للسواد المركب. يعني الثواب لعدم الاولوية يعني بأي ملف جعلت السواد الذي يركب هو المقاوم للسواد المركب وكذلك وللزوم كون الشيء مقوم لنفسه. السواد يقوم السواد وان خالفه يعني الجزء ليس هو المركب ليس اسود شيء اخر وان خالفه يعني خالف الجزء السوادي الى المركب السوادي فاذا انظاف الفصل الى الجنس يعني يأتي الفصل الى الجنس فاما ان لا تحدث هيئة اخرى فيكون المحسوس هو اللوني المطلق السواد لون يفرق البصر حسب الفصل فالسوادي المحسوسة هي اللونية المطلقة وهذا خلف سوادية ليس اللونية المطلقة اللورية المطلقة عامة تصدق على البياض على اللون الاحمر واللون اصفر نعم لماذا? لان الفصل اذا جاء الى اللونية المطلقة لا يغير فيها شيئا تبقى على ذاتها فيصير السواد حينها اللونية المطلقة السواد ليس اللون اللوني المطلق السواد احد مصاديق اللونية المطلقة. لان البياض كذلك لوني المطلق انك اذا عرفت السواد بالتعريف الجنسي والفصل الصناعيين تقول لون مفرق للبصر او جامع للبصر حسب التعريف نعم يقول فاذا انظاف الفصل الفصل دائما ينضاف الى الجنس الى الجنس فاما ان لا تحدث هيئة اخرى شيء شيء جديد فيكون المحسوس هو اللوني المطلق فالسوادية المحسوسة هي اللولية المطلقة وهذا خلف لماذا خلف? لان اللونية المطلقة عام تصدق على البياض وعلى السواد وعلى الاصفرار وهكذا فاذا كان السواد هو اللولي المطلق فيصدق على البياض يصدق على كل الالوان. فنقع في ماذا? في اجتماع ضدين. نعم. او تحدث هيئة اخرى. يعني الفصل اذا جاء الى ذلك السواد تحدث هي اخرى فلا يكون الاحساس بمحسوس واحد بل بمحسوسين هذا خلف المحسوس الأول الذي هو الجنس والمحسوس الثاني الذي هو تحقق ببركة الفصل. نعم والثاني باطل. ما هو الثاني? ارجع الى الكلام اما ان يكون كل واحد منهما محوسا او لا يعني السواد له جزء واحد والجزء الثاني واحد اثنين. كلاهما ليس بمحسوس. هذا خلاف كل الاعراض محسوسة. الاعراض الكيفيات المحسوسة الالوان. نعم والثاني باطلني انه لم تحصل عند الاجتماع هي اخرى كان السواد غير محسوس. وان حدث كان الحادث هو السواد وهو معلول الجزئين وهو خارج عنهما. يعني فيه تعدد تعدد يعني الجنس السواد والفصل السوادي والمركب الذي هو السواد. فيكون التركيب في في قابل السواد او في فاعله. يعني اما في في المادة المادة القابلة الصورة التي تشكل السواد اولا في الصورة التي اذا انضمت الى المادة التي تشكل السواد لا فيه وهذا خلف يعني سواد لا يكون معلولا هذه المتاهات كلها كلها ناتجة من اختيار هذا المثال اختيار مثال السواد وهذا اشتباه بيداغوجي لو بقي على مثاله الاول وهو الانسان متشكل من بدن وروح في البنية الذهنية البدن يصير جنسا والصورة الانسانية يعني الروح او النفس تصير فصلا يعني الناطقية. وتنحل المشكلة بدون هذه الى متهت لكن قلت لكم هم كانوا يعيشون فراغا ليس مثلنا نحن. نحن الان ارتباطات متعددة اه ما عندنا الوقت ها هو جالس ويكتب يفصل نعم. اذا اذا جينا الى الاعراض مطلقا بدون استثناء بسيطة اذا تركبها حقيقي ام صناعي? تقول صناعي صناعي يعني فعالية ذهنية فصلت العامة الذي هو الجنس</w:t>
      </w:r>
    </w:p>
    <w:p>
      <w:r>
        <w:t>على الخاص الذي هو الفصل ثم ربطت بينهما لماذا? حتى تؤسس للتعريف تعريف هذه الاعراض البسيطة الجواهر بعضها بسيط الامور التي تنتمي الى عالم الملكوت كالعاقل والنفس والله تعالى وبعضها لا مركب لانسان متشكل من بدن وروح مركب التفاحة من مادة وصورة. الذهب من مادة وصورة تعرف بماذا? بالجنس وفصل العوالم الفوقانية الله تعالى فوق المقولة لا يعرف العوالم الفوقانية كالنفس والعقول تعرف كذلك بتعريفات صناعية لانها بسيطة غير مركبة نعم اذا اخذت انت عرظا كالسود وعنده جزئان يكونان هذا السود فاعلم بان بين الجزئين علاقة ما علاقة افتقار من الطرفين بدون دور بدون دور نعم لا استقلال لهما اذا بنيت على الاستقلالية تقع في الإشكال الذي بينه على من حل تأتي الى الجزء الأول سواد تقول نعم. اذا كيف يكون هو عل للسواد كيف يكون الا للسواد? لماذا جعلته هو الاول لم تعجل? هو الثاني ويلزم تقوشي بنفسي ثم ياتي الجزء الثاني الذي هو الفصل يريد ان يتحد مع الجنس الذي هو جزء فنشأت هيئة جديدة تقول او لا? يعني لم تنشأ هيئة جديدة. يعني يبقى اللون على اطلاقه. فالسواد ماذا يكون? يكون اللون المطلق السواد نوع من اللون المطلق. اللون اللون جنس فلا يكون الجنس هو الفصل نعم. واذا جاءت هيئة جديدة هذه الهيئة الجديدة كيف مستقلة عن المركب فاذا استقلت كيف تفهمها انت؟ محسوسة عندنا كم محسوس عندنا اثنان وهكذا نقع في متاهات بينها الشيخ بالتفصيل قال واذا اعتبر عروض العموم عروض العموم يعني العموم هنا الجنس ومظائفه الذي هو ينظم اليه الفصل فقد تتباين وقد تتداخل مرة عندنا التدابر تباين مرة مرة عندنا تداخل متى يصح هذا الامر حتى تتحقق الما هي في دائرة التباين الماهية لا تتحقق انما فيه حاجة واجتماع ايداعت التداخل التداخل المطلق التماهي المطلق هذا لا يمكن اذن فيه نوع علاقة خاصة سنبينها بيناها علاقة الاحتياج من الطرفين احتياج العام للخاص في تشخصه واحتياج الاحتياج العام للخاص في تحققه واحتياج الخاص للعام يعني الفصل للجنس في بروز اثاره وتشخصه واذا اعتبر عروض العموم ومظائفه يعني العامي ينظم ينظم يعني يعرض للمظائف والعكس قد تتباين وقد تتداخل. اقول هذه القسمة باعتبار عروظ العموم ومضاء باعتبار مظائفه عن الخصوص عام وخاص للاجزاء للقسمة باعتبار عروض العموم ومظائفه يعني الخصوص للأجزاء للأجزاء جر ومجرى متعلق بهذه القسمة عروظ هذه القسمة للاجزاء للاجزاء المتعلق بالعروض فانا اذا اعتبرنا عروضهما للاجزاء حدثت هذه القسمة فان اذا اعتبرنا ماذا? عروضهما عروض الاجزاء عروظ الاجزاء عروضهما للاجزاء يعني العروض العموم للخصوص والخصوص للعموم حادثت هذه القسمة. اي قسمة التباين وهكذا قل وذلك يبين لان اجزاء الماهية اما ان يكون بعضها اعم من البعض فتسمى المداخلة او لا تكون فتسمى المباينة اما ان ان يكون بعضها اعم من البعض يعني عندك آآ الجزء الأول عام والثاني اخص. هل تسمى المتداخل او لا تكون يعني لا هذا عام ولا هذا خاص يعني ما في اتحاد فتسمى المباينة المهيئة لا تتحقق والمتداخلة قد يكون العام عاما مطلقا اما متقوم بالخاص وموصف به كالجنس ومظائفه الفصل هذه مصداق من مصادق المداخلة وهذه المداخلة التي تشكل الماهية. هل هي الصحيحة? هذه هي التي تشكل الماهية ونبين العلاقة بين الجنس والفاصل الجنس باعتباره مأخوذ من المادة. يحتاج الى الفصل في قوامه والفصل يحتاج الى الجنس في تشخصه وبروز اثاره. نعم. والمتداخلة يعني لسنا في التباين. نحن الان في التداخل. يعني فيه شركة قد يكون العام عاما مطلقا. اما بالخاص وموصوف به تقول الحيوان ناطق كالجنس ومظائفه الفاصل تقول حيوان ناطق او صفة له ليس من باب الجنس والفصل كالموجود المقول على المقولات العشر المقولة العشر يأتي بحثها بالتفصيل. الجوهر والأعراض التاسعة ان شاء الله نبينها في الدرس القادم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