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وسهلا بكم اعزائي الطلاب. كان الكلام في المركب واجزائه ونريد ان نصل بهذا البحث الى الماهية. لان الفصل كله عن الماهية وبينا التركم من الجنسي والفصل الجنس عام والفصل الذي يخصصه خاص ثم وصلنا الى قسم اخر من الاجزاء التي تعطي المركب تشكل المركب الوجود اذا عرظ الباقولات ووصلنا الى بحث المقولات وسيأتي بالتفصيل الممل وهي الجوهر والأعراض التسع الجوهر له خمس انواع العقل والنفس والصورة النوعية والهيولة والجسم سيأتي بحثها بالتفصيل. لا افيض فيها الان والاعراض الكم والكيف والجدى اعني الملك والاظافة وان يفعل وان لا يفعل والاين والمتى والوضع. هذه هي الاعراب الاعراض كلها بسيطة وسر بساطتها المشاء لم يصل اليها لانها هي حيثيات التعينات لا هوية لها اين فهمنا هذا الامر في الحكمة المتعالية اما في المشاية لا في المشاء لا يصل عقله الى هذا الامر والجوار على قسمين جواهر مركبة وهي التي في عالم المادة عالم الملك وجواهر بسيطة غير مركبة تنتمي الى عالم الملكوت كالنفس العقل نأتي الان الى هذه الجواهر تقول الجسم وجود. فيأتي التركب من مقولة الجسم والوجود. يقول  والمتداخلة قد يكون العام عاما مطلقا اما متقوم بالخاص وموصوفا به كالجنس مثلا الحيوان ومضاعفه الفصق الناطق. تقول الجنس الحيوان ناطقه فيأتي المركب التداخل والمركب هو الإنسان او صفة له ليس من سلخ الجنس والفصل صفة له كالوجود المقولة على المقولة العشر مقولة العشر هنا ليس للحيثية وانما الحمل الشاة يعني العقل والنفس والجسم وهذه الامور تقول الجسم موجود العقل موجود النفس موجود فعندنا تلكم من ما هي جوهرية والوجود. فالوجود يكون صفة ليس في متن المقولة او مقوما للخاص مقاوما للخاص عندك عام مقاوم للخاص. مصداقهما هو الطبيعة الانسانية عامة. يعني تطال ليلى تطال السعال تطال بلال تطال طه. كمصداق متعدد. هذا هو الخاص والطبيعة النوعية الإنسانية عام او مقوم للخس كالنوع الاخير بشرط يكون هذا النوع الأخير لماذا? فلسفة فلسفة الخلق هكذا. نذهب من الجنس الاعلى التي هي المقولات العشر ثم نتنزل نتنزل تضييق الأمور يعني تزداد القيود القيود القيود ثم نصل الى النوع الطبيعي هذا النوع الطبيعي بعده تأتي عملية الخلوق يعني الإيجاد الموجودات يعني المشخصات يعني الافراد فالنوع الاخير يعني الطبيعة الانسانية مثلا تكون في طه تكون في ليلة تقوم طه يعني قوام طه ما هو شخوصات ام الطبيعة? الطبيعة الانسانية. وكذلك في ليلة او مقوما للخاص. الخاص هنا يعني المصادق الخارجية ممثل كان النوع الأخير كتب الإنسان مثلا المقاوم لخواصه. خواصه يعني مصديقه المطلقة المنتشرة وقد يكون مظافا مضافا كالحيوان والابيض اه هنا لا نتكلم عن الوجود نتكلم عنا آآ الاوصاف التي تعرض الماهية. تقول حيوان ابيض نعم حاولوا بصمة كالفرس فرس ابيض هنا الأبيضية ليست من مقومات الحيوان وإنما تنضاف اليه نعم. هذا المتداخل فتتشكل الماهية من جنس وفصل ويتشكل الواقعية من آآ الجوهر والوجود او الافراد من الطبيعة والشخصات  ان اه الطبائع والاعراظ نعم تقول آآ التفاحة حمراء في تلكم من جوهر تفاحي واللون الاحمر هذا بالنسبة المتداخل والمتباينة ما يتركب عن الشيء واحدى علله عجيب يعني المركب شيء اه علله مثل الاعداد انت عندك عشر تفاحات تقول عندي مركب لأن التفاحة اه عشر تفاحات وواحد زائد واحد زائد واحد الى عشرة تركبت من اعداد فالشيء اه علله ما هي علله? هذا الواحد المتكرر هو سبب تعين العشر والمتباين ما يتركب عن الشيء وحد علله احدى علله او معلولاته او غيرهما اما بعضها عدمي كالاول. الاول هنا مصطلح الأول يقول كالعدد الاول والعدد الاول مقابل عدد المركب والاول يعني هو الذي ليس له عد يعده. مثلا السبعة سبعة ليست كالستة ستة عندك اثنين العدد اثنين اثنين ستة اما السبعة ما عندك هكذا عدد؟ اثنين اثنين يعطيك سبعة او ثلاثة ثلاثة يعطيك سبعة لا فهذا المركب الثاني الاول. نعم. مصطلحات في علم الحساب كان الأول او كلها وجودية حقيقية متشابهة كالاحاد في العدد. واحد واحد. نعم. او مختلفة اما معقولة كالمادة والصورة والعفة والحكمة في العدالة يعني المادة والصورة كحقائق نعم معقولة يعني وصل اليها العقل فهمها العقل والعفة والحكمة في العدالة ذهب الى الاعتباريات ذهب الى الاخلاق او محسوسة كاللون والشكل في الخلق والسواد والبياظ في البلقة البلقة هذه متشكلة من لونين السواد والبياظ او بعضها اظافي كالسرير المعتبر في تحققه نوع نسبة او كلاهما كذلك كالاقرب والا بعد. فهذه اصناف المركبات هادي هي كلها اصراف المركبات يعني اذا جئت الى الواقع لا تخرج عن هذه المركبات شيء جميل انسان يعرفه علمي تكويني اذا اما التلكم من جنس وفصل واما وجود وما هي? ما هي يعني المقولة يعني العقل النفس الذهب او من ما هي واعراظ تقول فرس الابيض او حيوان ابيض لا فرق او الأعداد الاعداد اذا كانت من اه المركبات يعني ليس لها عاد سبعة خمسة احدى عشر تلاتاش هذه ليس لها عد ثم المركب او الأول هو الذي له عد مثلا ستة عنده اثنين اثنين ستة. ثمانية اثنين اثنين ثمانية. هذه كلها المركبات. يقول او اه المادة والصورة بيناها او العفة والحكمة في العدالة. يعني انسان عادل يعني متركب في اخلاقه من العفة والحكمة نعم العفة يعني بعيد عن القذارة بعيد عن الامور التي ترفع العدالة والحكمة يعني يضع الشيء في مكانه المناسب في تصرفه الاخلاقي معتدل حكيم يعني يراعي الاوضاع. ام محسوسة كاللون نعم السواد والشكل في الخلقة الشكل هو نهاية الجسم الشكل هو نهاية الجسم كلما كان الجسم متناهيا جاء الشكل ترى شكل في التفاحة ترى شكل في الوردة هذه الأمور يعني وردة والشق تركب خاتم الشكل في تركب نعم او كالبول قال البلقة يقولون متركبة من لونين السواد والبياض نعم السرير كذلك سرير خشب مم متشكل منا من امور كثيرة تتحد وتشكل السرير في تحقق تحققه نوع نسبة او كلاهما كذلك الاقرب والابعد هذه اصناف المركبات نعم. لكن الذي اه يرتكز عليه في بحث الماهية هو التركم من الجنس والفصل الجنس مأخوذ من المادة والفصل مأخوذ من الصورة قال وقد تؤخذ مواد وقد تؤخذ محمولات هذا كذلك بحث جدا جميل وهو محض بنية ذهنية محض بنية دينية يعني يجب ان تفهم جيدا البنية الدينية كيف تشتغل الان تأتي الى الانسان في الواقع الخارجي. ما هي مكوناته تقول الروح والبدن في اتصال واحتياج بين الطرفين. يعني بين الروح والبدن حتى يتشكل الانسان الروح بمعزل عن البدن والبدن بمعزل عن الروح لا يتحقق الانسان هذه هي حكمة الله تعالى</w:t>
      </w:r>
    </w:p>
    <w:p>
      <w:r>
        <w:t>نأتي الان ونريد ان نحمل الروح على الانسان نقول الانسان روح خطأ لان الروح هنا جزء يقول الانسان بدن خطأ والعجيب انه فيه مذاهب فلسفية ذهبت الى هذا ذابت ان الانسان المتمحض في المادة وهي المادية وبعض الفلاسفة ذهبوا الى ان الانسان متمحض في النفس كديكارت ووقعوا في ورطة كبيرة. كلاهما وقعا في ورطة كبيرة ورطة ورطة معرفية فلسفية ودينية نعم دنيا. تخيلوا ان الديكارت اه يقول النفس منفصلة عن البدن اه والحيوان ليس له نفس فلا يدرك فكان اتباعه اذا التقوا مع التقوا بالكلاب اجلكم الله يضربوهم يبرحوهم بالظرب سألوهم لماذا? يقول لهم لانهم لا يشعرون انظر هذه السخافات مع الاسف الشديد. اذا هذا المطلب مهم جدا. هل الانسان يحمل عليه الروح لوحده ابدا حمل الجزء على الكل لا يفيد لا يحق لك ان تقول الانسان روح فقط. ولا يحق لك ان تقول آآ الانسان بدن فقط ولا يحق لك ان تقول النفس هي البدن ولا البدن هي النفس يعني الروح اذا انفصلت لا يحمل عليها البدن والبدن اذا انفصل لا تحمل عليه الروح والروح لا تحمل على الانسان والانسان لا يحمل على الروح. والبدن لا يحمل على الانسان والانسان لا يحمل على البدن لماذا? لان الجزء لا يحمل على الكل زيد الواقعيات الخارجية اصلا ليس لها حامل. الحملة مقولة به النية. مقولة ذهنية ويأتي السؤال كيف يتحقق الحبل الحمل خذها قاعدة قاعدة بنيوية لا يمكن التدليل عليها بنيوية نجد انفسنا في غارقين في دائرتها. دائرة هذه البنية الحمل والعموم الحمل يعني العموم يعني المحمول يجب ان يكون عاما منفتحا لبشرط فنأتي الى المادة اذا اردنا ان نحملها على الروح او على الانسان نخرجها من الخصوصية الى العموم يعني تنقلب لبشرط من الحمل عامة بمجرد هذه المادة تدخل في العموم تنقلب الجنسان تنقلب جنسا حيوانا حينها تقول الانسان حيوان. صحيح تقول الحيوان ناطق صحيح لانه الناطقية كذلك اخذتها من من النفس الناطقة وارجعت عامة اذا الجنس الذي هو حيوان عام والفصل الذي هو ناطق عام والانسان كذلك عام فاذا قلت الانسان حيوان صحيح اذا قلت بعض الحيوان انسان صحيح اذا قلت الحيوان ناطق يعني حملت الناطقية على الحيوان صحيح اذا قلت الانسان ناطق صحيح سر ما هو? ارجاع هذه الجزئيات في متن الواقعة في البنية الواقعية الى افق الفهم الى افق الدين تكتسب العمومية لان هذه العموم الدين عموم ويتحقق لها اذن في البنية الخارجية لا يمكن لك ان تقول انسان بدنه لكن في البنية الذهنية يمكن تقول الانسان حيوان. لان البدن صار عاما وهو الحيوان والناطقية نفس النفس الناطقة صارت ناطقا بالعموم فنقول الانسان حيوان صحيح الانسان ناطق صحيح حيوان ناطق صحيح بعض الحيوان انسان كذلك صحيح يريد يبين هذه النقطة في هذا المتن قال وقد تؤخذ مواد وقد تؤخذ محمولا يعني هذه المركبات مرة نتعامل معها في البنية الخارجية مرة نتعامل معها في البنية الذهنية فيتحقق العموم واذا تحقق العموم تحقق الحمل اقول اجزاء الماهية قد ينظر اليها يعني يبصر نبصرها يبصر اليها باعتبار كونها مواد فتكون اجزاء حقيقية هادي البنية الخارجية يعني البدن والروح او النفس ولا تحمل على المركب حبله وهو ابدا لماذا? لان عالم الخرج ليس عالم الحمل عالم التحقق الحمل في البنية الذهنية في العموم في العموم. فلا تقل الانسان روح ابدا. الانسان روح بدن. ولا تقل الانسان بدن ابدا لاستحالة كون الكل هو الجزء هذه الكبرى هذه الكبرى. لماذا لا يحمل البدن على الانسان? تقول الانسان بدن. لان الكل لا يحمل على الجوز وقد ينظر اليها الى هذه الاجزاء باعتبار كونها محمولة صادقة على المركب يعني دخلت الى البنية الذهنية فاكتسبت العموم. ولهذا يقول صادقه من يصدق العموم ام لا? العموم على المركب فتقول اه الانسان من مصاديق الحيوان تقول انسان حيوان  الانسان اه ناطق صحيح يعني من مصادق الناطق صحيح حيوان يعرضه الناطق يعني من صفاته بعد الذات بعد انعقاد ذاته ناطق لان على المبنى المشهور حمل ناطق على الحيوان يعني حمل الفصل على الجنس من الحمل الشائعة نعم مثاله الحيوان قد يؤخذ مع الناطق فيكون هو الانسان هو الانسان نفسه نعم عاود قل هو الانسان نفسه وقد يؤخذ بشرط التجرد والخلو عن الناطق وهو الماهية بشرط لا كما تقدم تحقيقه فيستحيل حمل حمله على المجموع المركب منه ومن غيره يعني بشرط لا ما معناه يعني يجوز تنظر اليه كالجزء فالانسان يجوز يعني فقط بدن او فقط روح لا ابدا اذا عندنا اعتباران الشيء اولا بشرط والشيء بشرط شيء. الشرط بشرط شيء انغلاق الجزئية. البدن في دائرته لا يمثل الانسان لوحدي والحيوان بشرط شيء. يعني في داخله فقط لا يمثل الانسان لا تقل انسان روح ابدا اذا يجب ان تدخل الى العموم لا بشرط الا بشرط النفس الناطقة تنقلب ناطقا والبدن ينطلق ينقلب اه حيوانان حينها يأتي العموم لا بشرطية فيأتي الحمل. مثاله الحيوان قد يؤخذ مع الناطق فيكون هو الانسان نفسه. يعني تقول حيوان ناطق البعض. وقد يؤخذ بشرط التجرد والخلو عن الناطق. يعني التجرد والخلو هنا يعني التفرد. يعني الجزئية وهو المهي بشرط لا. يعني رافضة بشرط لا يعني رافضة للجزء الاخر. حيوان يعني الناطقية لوحدها اه النفس الناطقة لوحدها والبدن لوحده كما تقدم تحقيقه فيستحيل فيستحيل حمله على المجموع المركب منه من غيره. لا تقول الانسان بدن ولا تقول الانسان روحن او لا تقول البدن انسان ولا الروح انسان. واذا اخذ من حيث هو هو مع قطع النظر عن القيدين كان محمولا يعني يأتي العموم يعني هذا هو لا بشرط لا رافضون ولا بشرط شيء نعم لان بشرط لا الانغلاق لا يأتي الحمل انا لنفسي رافض للطرف الاخر اولى بشرط شيء يعني صار واقعية خارجية والحمل ليس في الواقعات الخارجية. الحمل دائما في افق الذهن. الحمل مفهوم منطقي مفهوم منطقي واذا اخذ من حيث هو اكتب تحتها لا بشرط عندنا اعتبار بشرطنا الانغلاق بشرط شيء التحقق الخارجي من حيث ما هو كتب لا بشرط يعني المنفتح على الحمل. لا بشرط من الحمل لا بشرط اذا جاء الحمل يقبله مع قطع النظر عن القيدين. اكتب القيدين تحتها بشرط لا وبشرط شيء. كان محمولا لماذا? لانه وصل الى العموم اذا خذ نعيد المثال انسان متشكل من روح وبدن نأتي الى الروح الملكوتية انت الان كيف تقول انا رافظة للبدن يعني البدن ليس في دائرتك تقول نعم. هنا لم لم يتشكل الانسان فلا يحق لك ان تقول الانسان روح نأتي الى البدن منغلق بشرط لا من الروح. يعني بمعزل عن الروح لا يتشكل الانسان فلا يحق لك ان تقول الانسان بدر او البدن انسان مرة لا يكون في الاندماج يعني صار حقيقة واحدة اصل الاندماج</w:t>
      </w:r>
    </w:p>
    <w:p>
      <w:r>
        <w:t>ما عندنا التفصيل حتى يأتي الحمل. اذا متى يكون الحمل اذا جعلنا الروح لبشع منفتحة والبدن مو فتح انفتاح الروح على البدن لتحقق الإنسان هذا يسمى الحيوان يعني الجنس انفتاح البدن على الروح حتى يتحقق الانسان هذا يسمى لا انفتاح الروح على البدن وحتى يتحقق الانسان هذا الناطق وانفتاح البدن على الروح حتى يتحقق الانسان هذا هو الجنس حيوان ناطق. فتقول حيوان ناطق يعني الناطقية حملت على الحيوانية. حيوانية قبلت الناطقية الناطقية قابلت الحيوانية. هذا وصف العموم ثم اذا تشكل المجموع هو الانسان كذلك يأتي الحمل حيوان الانسان حيوان صحيح. بعض الحيوان انسان صحيح الانسان ناطق صحيح. بعض الناطق انسان صحيح نعم واذا اخذ من حيثه هو اكتب تحتها الا بشرط يعني لا بشرط من الحمل اذا جاء الحمل يقبله يعني اذا جاء البدن الى الروح يقبله حينها يكون البدن جنسا والروح ناطقة. اه فصلا مع قطع النظر عن القيدين يعني لا بشرط لا ولا بشرط شيء بل لا بشرط كان محمولا الان هذه المصطلحات انطبخت وتوظحت ليس كزمان العلامة الحلي. عندي يقين ان من كان معاصرا العلامة الحلي لا يعرف هذه المصطلحات. لماذا? لان المحققة توصي ادخلها من الفلسفة لم تكن معهودة في المدارس الكندية واستمرت لا تعرفها ادوات معرفية راقية ادخلها من دخلها المحقق التونسي من الفلسفة اذا اذا سألتك هذا السؤال عندنا هذا المكون الحديد مادة حديدية حديدية صورة حديدية متى الاجزاء تحمل على الكل هو الحديد تقول اذا ذهبنا الى اللا بشرطية الى العموم نعم نذهب الى الجنس والفصل لا نبقى في المكونات الجزئية لان الجزء لا يحمل على الكل قاعدة كلية قال فتعرض لها الجنسية والفصلية لاحظت اذا ذهبنا الى البنية الذهنية خرجنا من البنية الخارجية ماذا تنقلب الصورة الفصلية الصورة النفسية فصلا. وماذا تنقلب البدن او المادة جنسا اقول اذا اذا اعتبرنا حمل الجوز على الماهية كيف يتم الحمل؟ حاصلت الجنسية والفصلية يعني اذا ذهبنا الى مقولة الحمل نذهب الى العموم نتكلم بلسان الجنسي والفاصل لا نتكلم باسم الروح والبدن لا نتكلم من الروح لا تحمل على الانسان نجوز والبدن لا يحمل على الانسان لا يجوز مع انك انت تقول انسان حيوان والحيوان من من اين جاء? جاء من البدن. وتقول انسان ناطق. الناطق هي من علاجات. جاءت من النص الناطقية. كيف تم الحمل هنا? لاننا ذهبنا الى الجنسية والفصلية. يعني ذهبنا الى العموم والعموم اين? في افق الدين. لان الجنس هو الجزء المشترك والفصل هو الجزء المميز نعم ولهذا نحن قسمنا الكليات الخمس التي تستخدم في المنطق بهذا الطقس الذي ذكره العلامة الحلي تقول المفهوم اما الذاتي واما عربي يعني المكون للمائية اما مكون يأتي بعد انعقاد الماهية وهو العرضي واما الذاتي. يعني في داخل عمق الماهية ذات اما كباب الذاهب الماهية وهو النوح اما الجزء الماهية هنا عندنا قسمان اما الجوز المشترك جنس واما جزء مختص هو الفصل نوع جنس فصل هادي هي الذاتية. ذاتيات اذا جئنا الى العرض الذي يعرض المهي بعد انعقاد اه هويتها تقول اما عربي خاص كالتعجب للانسان واما عرض ينعم كالمشي للانسان. يعرضه يعرض البقر يشير الى هذه القسمة اقول اذا اعتبرنا حمل الجزء على الماهية حصل الجنسية والفصلية حصلت الجنسية والفصلية. لان الجنس هو الجزء المشترك والفصل هو الجزء المميز اه الجزء المشترك يكتب في الماهية والفصل والجزء المميز يعني الخاص والجزء المحمول يكون احدهما قطعان الجزء المحمول يعني تقول حيوان ناطق الناطقية حملت على الحيوان نعم او تقول بعض الناطق حيوان او تقول الانسان حيوان او تقول بعض الحيوان انسان. او تقول الانسان ناطق او تقول بعض الناطق انسان كلها صحيح نعم والفصل هو الجزء المميز. قلنا الفصل هو اه وظائف سلف يحصل الجنس يقسم الجنس ويميز الجنس يحصله يعني يخرجه من دائرة الابهام الى دار التحصن حيوان  ناطق يتحصل حقيقة انسانية. ثم يقسمه الى انسان او غير انسان ثم ماذا يميزه يميز هذا الحيوان بدائرة الناطقية يعني يميزه كحقيقة انسانية عن باقي الانواع الحيوانية والجزء المحمول يكون يكون احدهما قطعا حسب حسب من اين تنطلق? اذا قلت حيوان ناطق الناطق هو المحمول. اذا قلت بعض الناطق الحيوان الحيوان هو المحمول فاذا اخذ الجزء اه اخذ الجزء محمولا حصلت الجنسية اعني مقولية ذلك الجزء على كثيرين نعم تصدق على كثير من انظر هذه العبارة التي انا كررتها دائما في كلامي وهي العموم العموم اين? في الذهن انظر يشير اليها هنا بدقة فائقة. فاذا اخذ الجزء او اخذ الجزء هذا محمولا انا سميتها العموم هو سماها ماذا؟ الصدق على الكثيرين نفس الشيء حاصولة الجنسية يعني العموم بدائرة ماذا دائرة الحيوان اعني مقولية ذلك الجزء الجزء يعني جزء المهي ها نعم على كثيرين هذا هو العموم اذا لا حمل بدون عموم او الفصلية يعني الجزء الاخر هو الفصلية يعني الناطقية اعني التميز الجزئية اه فجزء الما هي اما جنس واما فرس والجسر هو الكلي الجنس هنا يعرف والكل المعقول على كثيرين مختلفين بالحقيقة مثل الحيوان يصدق على الانسان وعلى البقر حقائق واحدة لا مختلفة في جواب ما هو تقول ما هو الانسان البقر؟ الجمل؟ حيوان ما هو زيد ليلى سعاد بلال طه. انسان حقيقة واحدة اختلاف بالعدد والتشخصات والجنس هو الكل المعقول على كثيرين مختلفين بالحقائق في جواب ما هو. ما هو البقر والانسان والفيل والاسد والقط. البزونة عندكم تقول حيوان نعم والفصل هو المقول على الشيء في جواب اي شيء هو يعني التمييز وفي جوهره تقول ما هو اه للناطق فقل هو الشيء الذي يميز الانسان يعني الماهية بداخلها في جوهرها. في جوهرها يكتب في ذاتها نعم في داخلها في صميمها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