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هذه الفقرة قال وجعلهما واحد كلام عن مكونات المائية الجنس والفصل يشير الى النقطة التي مر علينا بيانها وهي ان الجعل جعل بسيط وليس جعلا مركبا والله تعالى في عالم الخلق وعالم الايجاد لا يوجد البدن ثم تأتي هذه ثم ثم ترقي الزمان ثم ياتي الروح ويتعلق بالبدن او تأتي الروح وتتعلق بالبدن. لا ابدا والله تعالى يخلق دفعة واحدة للانسان بالجعل البسيط ثم اذا اكتشفنا ان هذا الانسان مكون من مكونتين ناتي ونحلل داخله نجد انه هناك في بدن له حيثية القبول يقبل ونجد هناك روحا له حيثية الفاعلية هذا لا يعني ان الله تعالى خلق البنان ثم بعده خلق الروح اذا ذهبنا الى البنية الذهنية البنية الفهمية نجد الجنس والفص كذلك بما ان الحقيقة الخارجية جعلت دفعة واحدة فكذلك لا يمكن تقدم الجنس على الفصل في الخلق. دفعة واحدة يجعلان معا ينوجدان معا وهذا معنى كلام المحقق الطوسي في المتن وجعلهما يعني الجنس والفصل واحد يعني بالجعل البسيط وليس بالجعل المركب. اقول يعني به جعل الجنس والفصل ولم يكون مذكورين صريحا بل اعادة الظمير اليهما لكونهما في حكم المصرح بهما لان البحث كان في الجنسي والفصل مسألة سهلة وانما كان جعلهما واحدان وانما كان جعلهما واحدا لأن الفاعل يعني الله تعالى في خلقه للاشياء المادية. لم يفعل حيوانا. جاء بالمثال جاب المثال في البنية الوجودية ليس لهم هو حيوان ناطق حيوانية مستلة من البعد المادي والناطقية مستلة من بعد الملكوتي. يعني النفس الناطق لم يفعل حيوانا مطلقا ثم ترتبا يميزه بانضمام الفصل يعني الناطقية اليه فان المطلق يعني الحيوان المطلق لا بشرط لا وجود له بل جعل الحيوان هو بل جعل الحيوان هو بعينه جعل الناطق. هذا هو الجعل البسيط وليس الجعل المركب واعتبر هذا في اللونية اللونية تقول السواد لون مفرق للبصر او جاذع للبصر فهل الله تعالى جعل لونية ثم جاء الفصل لا جعل السواد فجئنا نحلل هذا السواد لفهم هويته ووجدنا انه ينطوي بالتحليل على بعد عام هو اللونية مطلقة ثم فصل يخرج هذه النوعية من الاطلاق الى حصة خاصة بالسواد فنفهم السواد. هذا لا يعني ان الجعل جعل مركبنا ابدا نعم واعتبر هذا يعني هذا البحث وهذا التحليل في اللونية فانها يعني اللونية لو كان لها وجود مستقل يعني اللونية الله تعالى يخلق اللونية ثم يأتي بفصل السواد يجعل هذه اللونية حصة خاصة بالسواد لا ليس كهذا كذلك فانها لو كان لها وجود مستقل فهي هيئة يعني هيئة كيف يعني تحتاج الى متكأ اما في السواد فيوجد السواد لا بها هذا خلف يعني السواد متكأ وهذه الهيئة اللونية تأتي عليه يعني السواد كان حقيقة مستقلة قبل الهيئة فينوجد السواد بدون هذه اللونية وهذا خطأ فيوجد السواد لا بها يعني هذا خلف يعني لون وليس بلون لأن هو هو المتكأ هي تتكئ عليه يعني موجود قبلها او في محله في محل السواد اللي هو الجسم فالسواد عرضا لون وفصله. لا واحد وهذا يقول فالسواد ينقلب ماذا حقيقتي فاجعله يعني الفتوى النهائية فجعله لونا هو بعينه جعله سوالا وهذا هو الجعل البسيط بيناها بالتفصيل قال والجنس ها هنا في بحثنا كالمد. والفصل كالصورة وهو معلول الجنس معلول والاخر سورة يعني الفصل الاخر يعني الفصل وهو علة خليني ابينها في النظم الوجودي ثم نذهب الى النظم الذهني النظم الفهمي كيف تتم عملية الخلق يقولون عندنا لعل الفاعلية هي الله تعالى او عقول كلفها الله تعالى بالخلق على مبنى المشا او لا هي شروط موضوعية لتحقق الخلق يعني علل معدة لعملية الخلق فان وجد الانسان او الذهب او الماء كيف تتعين عملية الخلق يبدأ الدين يحلل العلة الأساسية هو الله العلة القريبة التي تقع في عرض فاعلية الله تعالى ان تقع في طول فاعلية الله استغفر الله تقع في طول فعالية الله هي الصورة الصورة النوعية الصورة المائية الصورة الانسانية يعني الروح صورة ذهبية الصورة الفضية تقاوم ماذا? المادة. يتحقق الشيء اذا الصورة علة للمادة الا انها علة قريبة. العلة الاساسية هي العلة الالهية اذا بالنسبة الى المادة الصورة علة علة قريبة عند صدر المتألهين الحكمة المتعالية الا معدة وليست علة فاعلة ارضية فقط لفعالية الله تعالى حسب المدارس نأتي الى هذه الواقعية. صورة علة للمادة الا قريبا على مبنى المشة اذا ذهبنا الى البنية الذهنية نتكلم بالجنس والفصل ليس المادة والصورة فكذلك الجيز معلول لماذا للفصل الفصل يقومه يقاومه نعم يقومه وجوديا يعطيه التحقق والجنس في بحثنا هذا كالمادة كالمادة التي في البنية الخارجية متقومة بالصورة وهو معلول كذلك متقوم الفصل والاخر صورة يعني مأخوذ من الصورة وهو علة لمن? علة لهذه الحصة من الجنس. اقول الجنس اذا نسب مع فصله الى المادة والصورة لف ونشر مرتب. الجنس اذا نسب مع فصله الى المادة. المادة تناسب الجنس والصورة تناسب الفصل وجد الجنس اشبه بالمادة من الفصل والفصل اشبه بالصورة من آآ من الجنس. وهذا الجنس هو المعلول والفصل هو العلة بيناها وذلك يبين لان للفصل نسبة الى الجنس المطلق الناطقية منسوبة الى الحيوانية المطلقة. ما هي وظيفتها تاخد حصة من حيوان مطلق يعني الناطق يوجد حصة من الحيوان المطلق فيتحقق الانسان نعم لان للفصل نسبة الى الجنس المطلق يعني كالحيوان المطلق وهي نسبة التقسيم يقسم الحيوان كجنس الى انسان وغير انسان نعم والى النوع نسبة الى النوع اعني الجنس المقيد بالفصل يعني يشرح هذه النسبة الى الجنس اعني الجنس المقيد بالفصل يعني الفصل كالناطق له نسبة الى الحيوان المطلق يقسمه ويأخذ حصة منه ويجعلها انسان والى وعلي وينسب الفصل الى النوع اعني الجنس المقيد بالفصل يعني تقول حيوان مقيد بالناطقية حيوان ناطق النوع ما هو? حيوان ناطقون وهي التقويم. التقويم يعني يقومه من مكوناته. نعم الفصل من مكونات النوع ذاتي للنوع نعم والى حصة النوع من الجنس والى حصة النوع من الجنس يعني الفصل يأخذ من الجنس حصة خاصة بالنوع فقط وهي نسبة العلية يعني علة للحيوان الذي يناسب ماذا الذي يناسب الانسان فقط ليس علة لمطلق الحيوان مثلا اذا اخذنا الناطقية تاخذ حصة من الحيوان تناسب الانسان. فيكون حيوان انسان لا تأخذ الحيوان المطلق ليست الفصل ليس علة للحيوان المطلق. لماذا لانه اذا كان علة للحيوان المطلق يجر معه كل الانواع. البقر والفور والاسد والفيل والنملة وهكذا. اذا يأخذ حصة فقط من الحيوان وذلك لان الشيخ ابن سينا اخروها هادي شوية اريد ابين مسألة مهمة جدا ما معنى ان الفصل يأخذ حصة من الجنس المطلق</w:t>
      </w:r>
    </w:p>
    <w:p>
      <w:r>
        <w:t>اذا طبقناها بمثال الناطقية تأخذ حصة من الحيوان المطلق وليس الحيوان المطلق ابين لكم المسألة بطريقة رائعة جدا ما هي نسبة الانسان الى الحيوان ونسبة الانسان الى الناطق ونسبة الناطق الى الحيوان اذا تكلمت بعنوان كلي نسبة الجنس الى النوع النوع الى الجنس والنوع الى الفصل والفصل الى النوع والفصل الى آآ الجنس والجنس الى الفصل فقط نمثل بالحيوان الناطق المسألة ليس كما يتوهم البعض حيوان ثم يأتي الفصل و ياخذ حصة من الحيوان ويجعلها انسان. المسألة ليس هكذا مسألة يجب ان نفهمها جيدا حيوان ارضية تكاملية ارضية تتكامل تتكامل تتكامل فتتماهى في الفصل ترقى الى الفصل وهذا هو التكوين عندنا ذات ممتدة ياتي الجسم نامي تتلقى حيوانا آآ نباتا ثم حساس متحرك بالارادة. تترقى حيوان ثم تتماهى في الفصل. الفصل هو جامع لجميع الكمالات اذن الحيوان يتماهى في الفصل الانسان حيوان بتمامه? طبعا حيوان في حصته ونطقم بناطق بتمامه والحيوان ناطق بتمامه والناطقية حيوان بتمامه. لكن بهذا الفهم حيوانية اذا تلقت وتماهت في الفصل. تماهت يعني ذابت في الفصل فتصير هي الفصل في بعدها التكاملي والفصل هو الحيوان في بعده النهائي اذا تم التكامل تعين الانسان فالانسان حيوان في اي بعد في بعده التكاملي عنوان هذا التكامل هو النطق اذن نحن في حقيقة واحدة انسان وحيوان ناطق حقيقة واحدة هذا الذي يشكل لنا الحمل الاولي. تقول الانسان والانسان حمل اولي انسان حيوان حمل اولي انسان ناطق حمل اولي. الحيوان ناطق حمل اولي السيد العلامة اكتشف هذا الأمر فقط في الحيوان الناطق قال حمل شائع انما مازال دهنه الشريف يتصور ان الحيوان غير الناطق لا الحيوان هو الناطق في ذات التكامل. في داعية النهاية يجب ان نفهم هكذا المسألة. اذا ليس الحيوان العام هنا حيوان الذي صار ناطقا ليس مطلق الحيوان. الحيوان الذي تماه في الناطقية والاسد هو الحيوان الذي تماهى في الافتراس على مبنى تعريف الاسد وذلك لان الشيخ من الشيخ الرئيس ابا علي ادع ان الفصل بالنطق كمثال علة لحصة النوع من ماذا من الجنس يعني لا يأخذ الحيوان المطلق حيوان خاص بالإنسان يعني يصير في نهاية التكامل ناطقيا. لأنه قد تقدم انه لابد من احتياج بعض الأجزاء الى البعض حيوان يحتاج الى الفصل والفصل يحتاج الى الحيوان فالجزء المحتاج من النوع ان كان هو الجنس فهو المطلوب وان كان هو الفصل كان الجنس مساويا للفصل ويلزم وجود الفصل اينما يوجد الجنس لانه علة فلا يكون الجنس اعم هذا قلت نعم يريد يبين انه سينا من هذا من المحتاج الى من? يقول الجنس محتاج الى الفصل لأن الجنس كالحيوان مثلا هو الذي يصعده الناطق الى نهاية الكمال ملاك ترقي الحيوان الى كمال الناطقية التي هي لب الانسان هو الفاصل الفصل هو علة الجنس يعني يرقيه يجذبه الى التكامل فيصير انسانا اما اذا بنينا على ان الجنس هو علة الفصل هذه كارثة جدا كارثة جدا لا يمكن ذلك. لماذا يقول يقول فالجزء المحتاج من النوع يعني من الانسان اذا كان هو الجنس الحيوان هو الذي يحتاج الى الناطق فهو المطلوب هذا هو هذا هو المبنى الصحيح. وان كان هو الفصل ابني ان الناطق هو المحتج يعني الأعلى محتاج الى الأدنى. الروح يقومها البدن كارثة بعد اذا قوم البدن الروح كارثة يعني الضعيف قوم القوي عالم الملك يقوم عالم الملكوت. كارثة. وان كان هو الفصل كالناطق مثلا. كان الجنس مساوي للفصل  لماذا? لان يقول مساوي انا اقول ارقى لانه علة اذا كان الفصل محتاج الى الجنس فالجيس اقوى ليس مساويا. يعني في الحد الادنى يكون مساويا له. ويلزم وجود الفصل اينما ينوجد للجنس. هذا صحيح اينما ينوجد او يوجد الجنس اينما يكون الحيوان يكون الفصل. حيوان في الاسد فالاسد يكون انسانا يكون نملا تتداخل كل الواقعيات. لماذا? لان الحيوان علة الناطق الحيوان موجود في الاسد? نعم. فيكون الناطق في الاسد. فالاسد يكون اسدا وانسانا. تختلط الواقعيات لماذا? لان العلة اينما تكون يكون المعلول. هذه قاعدة عقلية. اليس كذلك جيد. الحيوان موجود في النمل الانسان يكون نملا والنمل يكون انسانا. حيوان موجود في النمل فيكون الناطقية. فيكون الانسان فالنمل انسان ونمرا وهكذا. ويلزم ويلزم من هذا اذا كان الجنس علة للفصل. وجود الزم وجود الفصل اينما يوجد الجنس. لماذا? لانه علته. لانه علة والعيلة اينما تكون يكون المعلول فلا يكون الجنس اعم هذا خلف لا يكون الجنس اعم آآ يكون مساويا والاتعس من ذلك انه تختلط الواقعيات لو بينها السيد العلامة الحلي بينها بهذه الطريقة يكون افضل ليس آآ ان الجنس يخرج من العمومية ويصير طويل الفصل لا اتعس من ذلك. الواقعيات كلها تختلط. كلها تختلط. لماذا? لان اذا جعلنا الحيوان هو علة للفصل اينما يكون الحيوان تكون الفصول مجتمعة كلها فتختلط الواقعيات والجنس كذلك يخرج من العموم الى الخصوص من الفصل الخاص الخاص قال وما لا جنس له فلا فصله الفصل له. لماذا قلنا التساوي في الاحتياج الجنس يحتاج الى الفصل في تحققه وتحصله والفصل يحتاج الى الجنس في آآ تشخصه وبروز اثاره اقول الفصل هو الجزء المميز للشيء. نعم يكتب تمايز داخلي لأن الخاصة كذلك تميز لكن الخاصة تميز خارجيا الفصل يعني ايه كان ناطق? هو الجزء المميز. كيف يتميز الانسان بالحيوانية? لا تتميز بالناطقية هو الجزء المميز للشيء كالانسان مثلا عما يشاركه في الجنس يعني يتميز عن البقر عن الاسد عن الفيل الذي يشاركه في الجنسية للحيوان على ما تقدم الذي بيناه فاذا لم يكن للشيء جنس لم يكن له فاصل هذا هو التحقق في هذا المقام او هذا هو التحقيق في هذا المقام نعم اينما يكون الجنس يكون الفصل واينما يكون الفصل يكون الجنس كذلك لكن هنا بنى على الجنسية لماذا? لان الجنس ما هو الجنس طبيعته هويته يتماهى في الفصل يتلقى تماما فيتعين فصلا فلا معنى للحيوان بدون فصل. نعم وقد ذهب قوم غير محققين جيد. هذا ذهب قوم غير محققين خرجها الى تاريخ علم الكلام لا تبقيها في المتون التي تربي الطالب على الاجتهاد اجتهاد العقدي خليها في التاريخ تاريخ علم الكلام الطالب اذا تكون وصار عالما هذه التاريخيات يطالعها مرة في حياته وانتهى خمس مجلدات عشر مجلدات لا يهم يطالعها مرة فقط. من باب الفضول او من باب التوسع في المعرفة لماذا? لان هذه مفاهيم ومعارف تجاوزها الزمن حتى انت لا تقبل على من حلي خليها في تاريخ علم الكلام في عشرين مجلد لا يهم يريد ان يطالع مسألة في المجلد الخامس يفتح المجلد الخامس ويطالعها. لا تبقى في المتون التي وظيفتها وتكوين الذهنية الاجتهادية الكنامية للطالب. تبقى فقط المطالب الصحيحة والعميقة ونربي الطالب على الاجتهاد. هناك الاجتهاد ليس في هذه الامور العربية. هذا امر عرضي والامر عربي. قلنا اذا حذف من المتن المتن تبقى هويته على</w:t>
      </w:r>
    </w:p>
    <w:p>
      <w:r>
        <w:t>ما هي عليه. وقد ذهب قوم غير محققين ان قلت ذهب قوم قوم غير محقق غير محقق يعني مسألة عرضية الى ان الفصل يعني الناطق مثلا هو المميز في الوجود المميز في الوجود. كيف يميز في الوجود? الذي يميز في الوجود على مبنى اصالة المائية هي المشخصات الاعراض نعم الاعراض هي التي تميز نعم الفصل يميز في داخل الماهية يعني انت ترى انسانا وترى اسدا تعرف ان هذه الهوية غير هذه الهوية اما انت لا ترى الهوية الانسانية في داخلها ترى مشخصات الإنسان ومشخصات الأسد. المهم وجوزوا تركيب الشيء من امرين متساويين من امرين متساويين كالجنس العالي الجنس العالي والفصل الاخير. الجنس العادي مثلا تقول الانسان جسم ناطق يعني حذفت بعض الاجناس الدانية والفصل الأخير يعني الناطق وكل من الامرين ليس جنسا فيكون فصلا يتميز به المركب عما يشاركه في الوجود وكل من الامرين ليس جنسا انت تقول جنس عالي كيف وعام عام ياتي الفصل يميز اذن كل ما سبق الفصل من مكونات اجنس تقول انسان حيوان ناطق. هذا التركيب نحلل نبدأ من الذات. الذات يعني جوهر ممتد ماذا يعطينا? الجسم نام ماذا يعطينا? النبات او الشجر حساس متحرك بالارادة ماذا يعطينا? الحيوان الناطقون ماذا يعطينا? النوع يعني الانسان كل ما سبق الناطق من مراتب مكونة للمالية الانسانية هي اجنس جنس عالي جنس متوسط جنس قريب الذي هو اه الحساس متحرك بالارادة ثم يأتي الناطق وهذا خطأ لان الاشياء المختلفة لا تفتقروا في تمايزها عما يشاركها في الوجود وغيره من العوارض الى امر مغاير لذواتها. نعم بذواتها تتميز وبشخصاتها فان كل واحد من الجزئين المتساويين كما يمتاز بنفسه عما يشاركه في الوجود كذلك المركب منهما يتميز الانسان بالبداهة يتميز عن الشجر وعن الاسد ولو افتقر كل مشارك في الوجود او في غيره من الاعراض الى فصل لزم التسلسل. نعم اذا جعلنا في الوجود التميز بالفصل جيد. الانسان تميز بالفصل ثم من يميز هذا الفصل? فصل اخر ومن يميز الفصل الثالث فصل رابع وهكذا نقع في التسلسل. لا ابدا ليس هكذا ولم يكن جعل ولم يكن جعل كل واحد من فصل المركب. ولم يكن المركب فصل لكل منهما للتساوي نسبة للتساوي نسبته ونسبتهما الى الوجود. نعم كلها متساوية للوجود يعني كلها مندكة في الوجود اي باي ملاك جعلت هذا جنس وهذا فصل وهذا فصل وهذا جنسا. يفتقد الملاك لأنك تتكلم بلسان الوجود اما اذا تكلمنا بلسان الماهية الترتيب المنطقي في البنية الذهنية العامة ثم الخاص كل من كان عام سكن جنسا اذا لا يمكن للعام بدون مميز هو الفص. فكل جنس يحتاج الى فصل. فاذا عثرت على فصل فيما هي مركبة فابحث عن الجنس لا محالة موجود اذا هذا الكلام لا معنى له تميز ليس في الوجود وانما التميز في داخل الماهية الوجود اما بالمشخصات اذا اشتركت في الهوية مثلا انا عندي هنا عندي هنا بلال وعندي هنا ليلى طبيعة انسانية واحدة يصعب علي التميز بالطبيعة الواحدة. انسان انسان اذن المميزات ما هي? المميزات الاعراف بلون وطول وعلم وو يتميز عن ليلة وليلة تتميز عنها. لماذا? لان وحدة الطبيعة انسان وانسان اذا كنا في خارج الطبيعة الواحدة انسان واسد بالطبيعة تختلف هذا انسان وهذا ماذا? هذا اسد قال وكل فصل تام فهو واحد نعم اذا وصلت الماهية الى تعينها فاعلم انها فيه هناك فصل نهائي جامع لجميع الكمالات السابقة تنضوي تحته جميع الكمالات السابقة اذا لم تصل الى فصل كامل نهائي واحد يلزم التسلسل داخل المائية تقول جوهر ممتد نعم حساس متحرك بالارادة ناطق كذا كذا كذا. استمرار في الفصول لا يمكن لي الماهية ان تنعقد لا يمكن تصور ما هي فيجب ان ننتهي الى فصل كامل تنضوي تحته جميع الكمالات السابقة هادي هي الحقيقة وهذا التكوين اقول الفصل منه ما هو تام وهو كمال الجزء المميز. نهاية الشيء ومنه غير تام وهو المميز الذاتي مطلقا. هذا يميز فقط الا انه ليس بت والقوة لا يكون الا واحدا لأنه لو تعدد لازم امتياز المركب بكل واحد منهما فيستغني عن الاخر ويلزم كذلك التسلسل انا الآخر في التميز فلا يكون فصلا ولان الفصل علة للحصة فيلزم تعدد العلل على المحلول الواحد وهو محال اما الفصل الناقص وهو جزء الفصل فانه يكون متعددا هذه قاعدة تكوينية رائعة جدا نعم في داخل الماهية يمكن ان تكون فصول متعددة نعم لا بأس ذلك لكن بنحو الطولية هل هذه الفصول ممتدة? لا ابدا يجب ان تنتهي الى فصل ينطوي على جميع الفصول السابقة بل ينطوي حتى على الاجناس السابقة كلها تنضوي تحتها هيمنته هناك يأتي التكامل وهذا هو العلة لجميع الاجناس السابقة اما الفصول الوسطية نعم مشكل مشكل ليس بمشكل وصول الوسطية لكن يجب ان تنتهي الى فصل نهائي وكمال النوع تقول جسم لا قبل الجسم جوهر اي جوهر عقل نفس جسم له ممتد هذا الفصل الأول اذا ميزت الجوهر عن ماذا? ميزت الجوهر عن غيره انتهى الوقت نكمل ان شاء الله في الحصة القادمة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