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هذه الفقرة وما اكملناها. قال وكل فصل تام فهو واحد يريد يبين البنية المائية  البنية الذهنية كيف تكون قلنا اذا اخذنا الإنسان كمثال يا ابن الجوهر نسأل اي جوهر عقلي نفسي جسمي فيجب ان نميزه نميزه بماذا بالامتداد يعني الجسمية فخرج العقل وخرجت النفس بقية فقط الجسم فنقول جسم الجسم كذلك عن اجسام متعددة. عندنا شجرة جسم حديد جسم يأتي النمو خرجت كل المعادن بقية فقط هذه الاشجار نبتت لان النمو خاصية للنبات والاشجار المعادن والاحجار لا لا تنمو ثم نترقى في الفصول نقول حساس متحرك بالارادة خرج نبات الاشجار لانها لا تتحرك بالارادة. اذا تحركت تحركت بالريح اما البزونة او القط يتحرك بارادته يمينا وشمالا شاهدها انت بالمعاينة ثم نترقى في فصل ارقى وهو الناطق تعينت الهوية الانسانية تخيل استمر استمرت الفصول فالهوية الانسانية تتعين انها لا تتعين لا تتعين يقولون التصور لا ينعقد لنا فصل بعد فصل فصل بعد فصل فصل بعد فصل آآ لا تتحدد ولهذا سمي الحد. الحد يعني جعل له اه حدين حد من الأول وحد من النهاية من القوة الجوهر من النهاية المنطق تتحدد هوية الانسان لا يمكن تصور هذه الا ما هي جيد المبنى ما هو? المبنى انها يجب ان تنتهي الى فصل تام تنضوي تحته كل ما سبق يعني في الناطقية عندك كل الكمالات السابقة. لماذا? لان كمال الدانية تنضوي تحت الكمال الارقى وهو الناطق قيمة الانسان بالناطقية بهذا الوعي وبهذا الادراك ولهذا كرمه الله تعالى بهذا الادراك ثم لم يترك فقط الانسان على مستوى الادراك لان حتى الشيطان يدرك يدرك عالم العرش ويدرك كثير امور لا يدركها الانسان قال له اجعلك تفوق الانسان وتفوق الملائكة كرمه بالارادة هذه الارادة كلما تعاقلنت تعاقلون الصحيح يعني تحركت في متن الحقيقة والواقع ترقت اشتدت في هذه الابعاد. فيفوق الملائكة الشيطان حسابه معروف مطرود من رحمة الله. ليس كمالا للانسان انه يتفوق على الشيطان كمال الإنسان ان يتفوق على الملائكة لكن اغلب الناس الشيطان هو الذي يتفوق عليه مع الاسف الشديد جيد اذا جاء لم يكن هناك فصل اخير هو تمام آآ الكمالات وهو النهاية وهو الواحد في الاساس فعندنا كلها فصول متساوية متساوية في القيمة لانها ما عندنا فصل واحد تام جمعها وانضوت تحته  بعد تتساوى في التميز تساوى في التميز ولا نعرف الواقعية ما هي? اقول الفصل منه ما هو تام وهو كمال الجزء المميز كمال الجزء المميز هو الكمال يعني الناطقية هي الاساس في الحيوان ومنه غير تام هذا فقط وهو يميز فقط وهو المميز الذاتي مطلقا. الفصل ما هو المميز الذاتي يعني داخل الذات يعني تام سكوت غير تام سكوت المهم يميز والاول يعني التام لا يكون الا واحدا حتى تتعين الهوية بحقيقتها حتى لا تتسلسل الفصوص الفصول لانه لو تعدد تعدد لازمة امتياز المركب لكل واحد منهما فيستغني عن الاخر في التميز فلا يكون فصلا يلزم كذلك التسلسل ولا تنعقد الهوية في التصور ولان الفصل علة للحصة قلنا الناطق علة للحصة الحيوانية التي تناسب الانسان فيلزم تعدد العلل على المعلول الواحد وهو محال. اذا يجب ان ننتهي الى فصل تاب واحد كل الباقي خاضعة له هو الذي يعطي الهوية للانسان وهو النطق الى تسلسلنا نحن فقط في التميز فقط والتميز اللانهائي تميز اللاواقفي نعم تميز ثم يأتي واحد يميز ثم واحد يميز كلهم يتساوون في التميز والهوية لا تتحدد. مشكلة اذا يجب ان ننتهي الى فصل ينطوي على جميع الفصول هو العلة لتمامها مهيمن عليها مقومنا حتى تتعين الهوية الانسانية ولأن الفصل علة للحصة فيلزم تعدد العلل على المعلول الواحد وهو محال اذا بقينا في الفصول كم علة? الف علة لجنس واحد لا يجب ان ننتهي الى فصل هو الملاك هو الاساس هو الكمال وهو الناطق اذن الفصول السابقة كلها معدات لفصل الحقيقي هو الانسان اما الفصل الناقص وهو جزء الفصل فانه يكون متعددا نعم فصول الوسطية كما سميتها انا الامتداد والفصل الاول النمو فصل متوسط حساس اه فصل متوسط متحرك بالارادة. فصل متوسط كلها لا قيمة لها تميز فقط القيمة لمن? للناطقية نعم. يجب هكذا ان تفهم. اذا لماذا طرح هذا البحث طرحها البحث تفادي عدم تحدد الهويات اذا استمر الفصل بدون توقف عندنا مميزات فقط آآ لا تتحدد الهوية. لماذا? لان الفصل التام الذي هو علة للجميع حتى يقوم الهوية الناطق هو الاساس في تقوم الهوية انزع من الانسان ناطقيا ماذا يبقى? لا شيء اذن هو يعطي الحياة لجميع ما سبق من اجناس وفصول اي يعطيها الحياة في الانسان فتكون متواجدة في الانسان الانسان بجسمه يجلس يأخذ حيز بنموه يأكل يأكل الاكل ملاك النمو هو الاكل لما لا يأكل حتى ينمو ويعوض ما تحلل ثم يتحرك بارادته ويشعر البرد والحرارة الحساسية ثم يدرك ماذا امور ارقى هذه كلها موجودة في الانسان وتتحدد هويته ببركة هذا الفصل واحد الكامل وهو الناطقية قال ولا يمكن وجود جنسين في مرتبة واحدة. في مرتبة واحدة اكتب بنحو العرضية. لماهية واحدة. نعم. الاجناس كلها تكون ماذا? طولية. لا تكون عرضية الفصل عنة للجنس. تخيل عندنا جنس واحد في عرض الجنس الثاني فلا يكن بنحو الطولية بنحو الطولية معقول يعني تكامل تدرج الى الوصول الى الكمال النهائي والذي هو الناطق مثلا لا عندنا جنس في عرض الجنس الجنس الأول في عرض الجنس ثاني يأتي الفصل يجعلهما معلونا واحدا اندمج يعني ما كان جنسا واحدا لم يكن جنسا واحدا وما كان جنسا ثانيا لم يكن اه جنسا ثانيا صعبة جدا جيد. جاء الفصل حققهما. لان الفصل علة للجنس فالهوية داخلية كيف تتحدث؟ يعني عندها جنس الحيوان وعند جنس اخر فهويتها تتعدد لا تتشخص في الفهم ولا حتى في الوجود فلا يمكن ان يكون للنوع جنسا في عرض واحد لا بالطولية نعم مثلا الجوهر جنس اعلى يأتي الامتداد فيترقى ثم يأتي النمو ثم يأتي الحساسية ثم يأتي الناطقية ثم يتمهد في آآ في هاته الحساسية والحركة بالارادة ثم الناطقية. هذه كلها بنحو الطولية تلقت تتلقى فتتماهى في الفصل يعني في الناطقية اما لا الناطقية عند الجنس من هذا الجانب وجنس من هذا الجانب هي والناطقية علة والمعلول يكون واحدا لكل علة معلول واحد هذا للسلخية والمسانخة فيندمج الجنس شيء عجيب وغريب اذا اندمج الجنسان الاثر كذلك تندمج فانت ترى حقيقة واحدة لها اثار غريبة عجيبة نعم فيجب ان يكون الجنس واحدا. نعم</w:t>
      </w:r>
    </w:p>
    <w:p>
      <w:r>
        <w:t>وان تعدد طوليا لا بأس اقول الجنس للمهية. مثلا كالحيوان الناطقية للإنسانية. قد يكون واحدا كالجسم الذي هو جنس واحد اه كالجسم الذي هو جنس واحد هو الجوهر يعني من مصاديق الجوهر الجسم وقد يكون كثيرا كالحيوان الذي هو له اجناس كثيرة اه تقول اه جوهر ممتد نام حساس متحرك بالارادة اجناس متعددة بنحوط طولية لكن هذه الكثرة الجنسية لا يمكن ان تكون في مرتبة واحدة. بل يجب ان تكون مرتبة واحدة يكتب بنحو العرضية بل يجب ان تكون مترتبة متدرجة متكاملة. يعني بنحو الطولية في العموم والخصوص. نعم كلما تلقى تخصص الجوهر عام. الجسم خاص اذا جاء النمو جاءت الشجرة تخصصت اكثر اذا جاءت الحساسية والارادة تخصصت اكثر لحد كيف? هذا هو الترتب التكاملي بل يجب ان تكون مترتبة يعني بنحو الطولية في العموم والخصوص العام سابق على الخاص فلا يمكن وجود جنسين في مرتبة واحدة بنحو العرضية لنوع واحد لان فصلهما ان كان واحد ولابد ان يكون واحدا كان جعل الجيشين الجنسين جعلا واحدا. يعني في حقيقة واحدة كم جنس جنسا وكل جنس له اثاره الخاصة فالانسان له اثار الحيوانية وله اثار اخرى عرضية عرضية نعم وهو محال محال يعني ماذا  اه المحال يعني اجتماع المريضين مبنى التناقض فيتجلى بآثار حيوانية وفي الان نفسه ومن جميع الحيثيات يتجلى باثار الاخرى ينكر هذا? لا يمكن. يعني اذا اراد ان يكون حساسا لا يكون ياتي الفصل الجنس الثاني واذا تعين الفصل الجنس الثاني يأتي اه فصل الجنسون الأول فيأتي اه التناقض والتضاد وانت غاير لم يكن النوع الواحد نوعا واحدا بالنوعين نعم اذا اندمج يأتي اشكال اجتماع النقيضين تداخل الاثار وتداخل الحقيقة واذا تنوع نعم لا يكون النوع واحدا يكون نوعان في نوع واحد هذا خلف يعني اجتماع النقضين اذا القاعدة الاجناس اذا كانت مترتبة طوليا نعم معقول لان هذا هو التكامل الا ان الجنس الاخير يجب ان يكون واحدا هو الكمال والنهائي قال ولا تركيب عقلية عقلي الا منهما. يعني اذا جئنا الى البنية الذهنية واكتشفنا الجنس والفصل مركبات عقلية عقلية يعني تأملية اه ما عندنا الا الجنس والفصل غير الجنس والفصل لا تجد في التركبات العقلية. اذا المائية مهما كانت متركبة من جنس وفصل. مرة فصل مستلان من حقائق تكوينية كالمركبات المادية ومرة لا ما عندنا مادة وصورة كالاعراض والواقعيات الملكوتية هناك نأتي الى التأمل حتى نحدد لهما الهوية نأتي الى النشاط الذهني التأملي نجعل الجنس والفصلة الصناعيين فنقول مثلا العقل جوهر مجرد جوهر المجرد صناعة ذهنية لتمييزه فقط نعم يقول ولا تركيب عقلي الا منهما الا من الجنس والفصل اقول التركيب قد يكون عقليا وقد يكون خارجيا الخارجي كالإنسان مثلا من الروح والبدن كتركيب العشرة من الاحاد وراحل الاعداد لا تعطي الامثلة بالبسائط تشوش ذهن الطالب الاعراض بسائط وتركيبها صعب جدا تحتاج الى شغل الى تجربة ذهنية طويلة اعطي بالامور الواضحة. الانسان متشكل من روح وبدن انتهى الامر لماذا تذهب الى الاعراض? العدد العدد عرض الكم يقول كتركيب العشرة من الاحد. يعني العشرة عشر تفاحات واحد زائد واحد زائد واحد زائد واحد زائد واحد اذا تركت المادة التفاحة تركز فقط على العدد العشرة ما هو? واحد متكرر عشر مرات والتركيب العقلي لا يكون الا من الجنس والفصل لان الجزء اما ان يكون مختصا بالمركب او مش تركا اذا كان مشتركا كالحيوان يحتاج الى فصل يخصصه والأول هو الفصل القريب لان الجزء اما ان يكون مختصا قلنا هو الفصل به يتميز اه الشيء او الماهية او المركب او مشتركا هو الجنس الحيوان والاول هو الفصل القريب تقول حيوان الناطق. الناطق فصل قريب والثاني يعني الجنس اما ان يكون تمام المشترك او جزء مشترك والأول هو الجنس تماما المشترك هو الجنس تماما المشتركة للحيوان نعم والاولى هو الجنس او لا الجزء المشترك والثاني اما ان يكون مساويا له او اعم منه مساويا له او اعم منه والأول يلزم له كونه فصلا للجنس نعم فيكون فصل مطلقا وهو المطلوب. والثاني اما ان يكون تمام المشترك او لا يكون. والأول جنس والثاني فصل فصل الجنس والا لزم التسلسل لماذا الفصول تذهب الى ما لا النهاية? لماذا اذا كان هذا الجزء الجزء آآ يعني الثاني يعني الجزء المشترك لم يكن جنسا فيحتاج الى فصل هذا الفص ماذا يكون يحتاج الى مميز اذا كان جنسا يحتاج الى ماذا الى فصل ونقع في التسلسل نعم والثاني اما ان يكون تمام المشترك او لا يكون. والاول جنس لان اه ما هي العامة تماما مشتركة يعني الماهية العامة دائما تكون جنسا والاول جنس والثاني فصل فصل جنس يعني الذي يميزه جيد. اذا كان هذا المميز الخاص جنسا بدوره يحتاج الى فصل يعني يحتاج الى مميز وهذا المميز جنس يحتاج الى مميز تاء نقع في التسلسل المشكلة الهوية لا تتحدد نعم والا لزم التسلسل فهو محال فقد ثبت ان ان كل جزء محمول اما ان يكون جنسا او فصلا وهو المطلوب. المحمول يعني فداء في الذهن يعني العموم اذن كل تركيب عقلي من جنس وفصل ما عندنا شيء اخر. الجنس هو البعد العام والفصل يأتي الى هذا البعد العام يجعله حصة اذا جعله حصة صار هو النوع ترى هذا هو النوع هذه الدقة العقلية جدا جميلة وسيتبين لك بالحكمة المتعالية هذه المباحث وان كانت دقيقة وظريفة وجميلة كلها بنيت على ماذا? على اصالة ما هي نعم اذا القاعدة العامة هي كل تركيب عقلي لا يمكن ان يكون الا من بعد عام هذا البعد العام الذي هو الجنس لا يبقى على عمومه مطلقا وانما يتخصص بالفصل يعني تتحدد حصة منه فينقلب حينها نوعا يعني اذا قلنا الانسان حيوان ناطق ليس الحيوانية المطلقة في صميم الانسان هذه الحيوانية التي في اسد وفي الفيل وو لا لا حصة من الحيوانية من جعلها حصة هو الفصل قسمها قد تتصير في نهاية المطاف نوعا انسانيا او نوعا بقريا او نوعا اسبير حسب الفصول حسب الفصول هذه قاعدة. اذا كل مركب بدائرة العقل يتشكل من امر عام مخصص مخصص مميز مقسم مقوم محصل هادي خصوصيات الفصل مقسم لذلك العام يقسمه الى حيوان انساني وغير انساني يحصله من دائرة العموم والابهام الى حقيقة نوعية ثم يميزه عن باقي انواع الحيوانات انسان غير الاسد ثم يقوم النوع يعني الفصل وتمام النوع مقوم للنوع نعم قال ويجب تناهيهما. يعني الاجناس والفصول يجب ان تنتهي لماذا? لتنعقد الماهية اذا جاء الفصل بعد الفصل والفصل بعد الفصل من ناحية النهاية والجنس قبل جنس وجنس قبل جنس من حيث البداية بنقع في التسلسل من هنا من هذه الجهة والتسلسل النزولي من هذه الجهة من جهة الفصول ونذهب في التسلسل لا تنعقد المهيات ولا يمكن تصور الماهيات ولا يمكن تمييز الماهيات في العالم الخارجي</w:t>
      </w:r>
    </w:p>
    <w:p>
      <w:r>
        <w:t>بالعالم الخارجي اذن العناية الإلهية اذا خلقت الأشياء يجب ان تحددها ام لا? تحددها. الخلق من معانيه هو التحديد ومن معانيه والايجاد نعم اقول الجنس والفصل قد يترتبان في العموم والخصوص كالحيوانية والجسمية وقد لا يترتبان والمرتبة يجب تلاهيها في الطرفين. يعني من حيث الجنسية صعودا ومن حيث الفصلية نزولا فانه لولا قياس استثنائي لولا تناهي الاجناس لم تتناهي الفصول لان الفصول علة للاجناس كلما تعددت المعلومات تتعدد العلل التي هي العلل تعليل لي ماذا تتعدد الفصول نعلن الاجناس تعددت المعلومات فتتعدد العلل فيلزم وجود علل ومعلولات لا نهاية لها وهو محال كمل كمل خيرك يا العلامة الحلي جيد واذا صار هذا التسلسل الذي هو محال. ما هي الفائدة ما هو الامر الذي يلزم في الحقيقة المحققة التونسي بين هذه المسألة في شرح الاشارات قال لا تتحدد الهويات يعني انت اذا عاينت الواقع الخارجي لا تعرف اين الانسان واين البقر واين الشجر واين الماء  بالحدود تتحدد الاشياء بالمهيات تتحدد الاشياء وهذا شرطها ما هو تناهي الاجناس صعودا وتناهي الفصول نزولا نعم هذا يجب ان نفهم هذه المسألة. لا تقول محال فقط محقق الطوسي عنده قصد هو بيان ان اذا تسلسلت الاجناس فوقية وتسلسلات الفصول التحتانيا لا تنعقد الهويات اين الانسان في دار الوجود الهدر اين الاسد? لا ادري اين الشجر? لا ادري اين الماء? لا ادري نعم قال وقد يكون منهما عقلي وطبيعي ومنطقي كجنسيهما اشارة الى  الكل العقلي والطبيعي والمنطقي سهلة جدا يعني اذا جئت منا يقول كل منهم يعني الجنس والفصل. مرة تجد الجنس طبيعي عقلي منطقي. مثلا حيوان جنس ام لا جنسه الحيوان طبيعة هيوانية بما هي حيوانية? ضحى بين قوسين هادي هي الطبيعة الإنسانية هادا هو الكلي الطبيعي ثم هذا الحيوان يصدق على كثيرين نعم فتأتي الكلية صدق على الكلية لوحدها كل منطقي  الصق الحيوانية بالكليات. تقول حيوان كلي. يعني محمول يعرض الحيوانية يعني يعرض الجنسية نعارضو المعروف يسمى الكل العقلي هذا في الاجناس وفي الفصول الفصول لا اعتقد انها هكذا الطبائع النوعية نعم الانسان كل طبيعي عروض الكلية عليه يعني كونه يصدق على كثيرين هذا هذا العروض العارض كل منطقي. المجموع كل عقل اذا قوله وقد يكون منهما عقلي وطبيعي ومنطقي كجنسيهما سنرى هل يطبقها على الفصل ام لا? اقول يعني ان من الاجناس ما هو عقلي وهو الحيوان مع قيد الجنسية. لا العلامة الحلي ابدأ بالترتيب الطبيعي لا تبدا الكل العقلي. ابدا بالكل الطبيعي. تقول الحيوانية لوحدها طبيعة الحيوانية بدون اي صفة لا متشخصة ولا في الذهن. الطبيعة الحيوانية هذا بكل طبيعي ثم تذهب الى الصدق على كافرين يعني الكل المنطق هذا لكل منطق بمعزل عن المعروظات والطبائع كل منطقي ما هو؟ مفهوم يصدق على كفيله. انتهى الامر. ثم الصقه هذا العنوان بالطبائع الالتصاق مجموع الالتصاق عملية اللصق. الكلي العقلي. هذا هو الترتيب الطبيعي وبدأ مباشرة بالكل العقلي يعني الحيوان الكلي ثم يفكك يعني ان من الاجناس ما هو عقلي وهو الحيوان مع عقيد الجنسية. يعني تقول حيوان اه جنس او كلي ومنها ما هو طبيعي وهو الحيوان من حيث هو لا باعتبار الجنسية ولا باعتبار الكلية. انا مثلت بالكلية كمفهوم منطقي. وهو مثل بالجنسية صحيح تقول الحيوان جنس او الحيوان كل يوم. الجنسية ما هي? كلي يصدق على كثيرين مختلفين حقيقة نعم نفس نفس المثال ومنها ما هو منطقي وهي الجنسية العارضة للحيوانية. يعني تنظر الى الجنسية لوحدها بما هي عريضة وهذه الثلاثة يعني حيوان لوحده حيوان بوصف الكلية او الجنسية. والجنسية لوحدها او الكلية لوحدها. هذه الثلاثة ايضا قد تحصل في الفصل نعم الناطق تقول فصل تنظر الى الناطقية لوحدها. هنا ما يصح تقول كلي طبيعي ولهذا انا اشكلت لو طبقها على النوع والجنس كان افضل تقول الفصل الناطق فصل صحيح الناطق فصل الفصمة وذلك المفهوم او الكلي الذي يميز في داخل الباهية هل هو طبيعة? لا هو مقاوم للطبيعة لا يصح تقول هو كلي طبيعي كل طبيعي لا لا اشكال هذا اشكال على المثال نعم وهذه الثلاثة ايضا قد تحصل في الفصل. لو قال قد تحصل في في النوع كان افضل. وذلك كما ان جنسيهما يعني جنس الجنس وجنس الفصل وهو الكلي من حيث هو كلي. قد انقسم الى الثلاثة كذلك هذا عن الجنس والفصل ينقسمان اليهما يعني فصل طبيعي فصل اه منطقي وفصل عقلي يعني تقول هكذا الناطق فصل. مرة ترى الناطقية فقط في طبيعتها على كل طبيعي ترى الفصلية كمفهوم منطقي هذا اه منطقي. المجموع الناطقية والفصلية هذا العقل نعم من وضع يده على بداية الخيط يصل الى نهاية الخيط. يعني اذا فهمت الماهية كل هذه الأمور تأتي متسلسلة تسلسل المنطقي الرائعان نعم. قال ومنها عوال وسوافل ومتوسطة يشير الى الترتب المنطقي للاجناس للطولية والفصول الطولية. يأتي ان شاء الله بحثه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