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الطاهرين ما زلنا معكم اعزائي الطلاب والسلام عليكم ورحمة الله وبركاته اولا نزلنا معكم في مكونات المائية واحكام هذه المكونات التي هي الجنس والفصل والعلاقة بين هاتين المكونتين يعني بين الجنس والفصل في هذا المقطع الذي نتناوله الان هو العلاقة الترتبية بين الاجناس بقوس الصعود صعودا وقوس النزول نزولا. هذا المطلب مأخوذ من شرح الاشارات للمحقق الطوسي رحمة الله عليه مطلب جميل هو على ذوق الماهية على باب الاصالة المائية يقولون ننطلق من الافراد عندما افراد في الخارج. اذا مثلنا بالانسان عندما افراد انسانية عندما علي عندنا الحسن عندنا الحسين عندنا سكينة زينة فاطمة افراد في الخارج ثم نترقى الى الطبيعة الانسانية. هذا نوع الأنواع بعد نوع الأنواع في قوس الصعود اه او قوس التحليل نصل الى الجنس القريب الحيوان بمثالنا انسان فوقه فوقه حيوان ثم تأتي النباتات والأشجار يعني الجسم النامي ثم ما فوقه الجسم ثم الاعلى هو الجوهر مقولة الجوهر  الأسفل هو الجنس الاسفل يعني الاخير بعده ياتي النوع الحقيقي ثم نصل الى الوجود تحقق الخارجي العفو رد اذن اذا بنينا على قوس التحليل او قوس الصعود لا فرق في التعبير تحليلي اننا نحلل ما هي في داخلها فرض ما هو في حقيقته انسان افراد الكل يجتمع في الطبيعة النوعية نوع الانواع الانسان ثم الجنس القريب من الانسان يعني الجنس الاسفل في قوسه النزول والجنس الأول في قوس الصعود والحيوان ثم الأشجار والنباتات ثم الجسم يكونون الاشجار والنباتات آآ والجسم اجناس متوسطة تقع بين الاسفل وجنس الاجناس الذي هو الجوار ننتهي بالجوهر فوق الجوهر والوجود حيثية الطريدية عدم اذا قوس التحليل او قوس الصعود افراد نوع حقيقي الذي يمثل هوية هذه الافراد ثم المكونة الجنسية الاولى لنوع الانواع وهو الحيوان هذا الجنس السافل ثم المكونات الأعلى جسم نام ثم آآ كيس جوهر ممتاز يعني جسم ثم الجوهر فهذا هو قوس التحليل او قوس الصعود فننتهي بجنس الاجناس وهو الجوهر فوقه الوجود كحيثية طردية العدم لا جنس فوق جنس الاجنس ثم تحت الجوهر عندنا انواع متعددة عندنا العقل والجسم والصورة النوعية الهيولة والنفس ان شاء الله بالتفصيل في الجواهر والاعراض اذا بدأنا من اه فوق يعني قوس النزول والتركيب عندنا الجوهر ثم الجسم ثم النباتات يعني ما ينمو ثم جيس الاسفل الحيوان ثم النوع بعد النوع يأتي الوجود هو التحقق نعم سجل عندك مسألة مهمة جدا وهي لماذا تنتهي الاجناس في قوس التحرير والصعود الى جنس الاجناس يقولون حتى تتحدد الماهية والا لا يمكن تصور الماية تمتد في اجناسها بدون نهاية لا يمكن ان تتصور ما هي اذن لأجل التصور يجب ان تتحدد المهية في حدود خاصة ما يسمى بالحد او التعريف سبب نهاية او تناهي الاجناس صعودا سبب يعني معرفي لتحديد الماهية في بعدها التصوري ثم يقولون لماذا ينتهي بنوع الانواع ما عندنا بعد الانسان نوع اسفل من الانسان يقولون اذا استمرت الانواع في التنازل لا يتحقق الوجود لا نصل الى الافراد ابدا يلزم التسلسل في الانواع ولا نصل الى الافراد يعني ما في تحقق خارجي. فالاشكالية اشكالية انطولوجية وجودية. الاولى معرفية الثانية انطلوجيا. هذه البحوث القيمة موجودة في شرح الاشارات للمحقق التونسي على متن الاشارات للشيخ الرئيس ابن سينا قال ومنها يعني من الاجناس عوالي وسوافل ومتوسطة عوالي يعني اجناس عالية سوافل يعني اجناس سافلة يعني الدانية وما يقع بين العالي والسافر وهي المتوسطات اقول الجنس قد يكون عاليا وهو الجنس الذي ليس فوقه جنس اخرون كالجوهر نعم ليس كالجوهر. الجوهر ويسمى جنس الاجناس الجنس العالي الذي لا يقع فوقه جنس لماذا اذا وقع فوقه جنس الذي فوقه جنس وهكذا لا تنعقد الماهية ولا يمكن تصورها وقد يكون سافلا في مقابل العالي يقع السافل وهو الجنس الاخير كالحيوان في مثالنا الذي لا جنس تحته كالحيوان وقد يكون متوسطا بين العالي والسافل وهو الذي فوقه جنس وتحته جنس كالجسم كالجسم يعني الجوهر الممتد او كالجسم النامي النباتات نعم هذا بالنسبة الى الاجناس والفصل ايضا قد يكون عاليا وهو فصل الجنس العالي وقد يكون سافلا وهو فصل النوع السافل وقد يكون متوسطا وهو فصل الجنس السافل والمتوسط هذا في قوس النزول اه قوس النزول نقص النزول ونقص التركيب عندنا الجوهر حتى تتعين انواعه يحتاج الى فصول جوهر ممتد يأتي النوع الجسمي النوع الاضافي طبعا الجوهر المجرد يأتي العقل الجوهر المجرد في ذاته المتعلق بالبدن يأتي الناس. وهكذا اذا الفصل الاول هذي الذي يخرج الجوهر الى انواعه اذا كنا في دائرة الماديات يأتي الامتداد جوهر ممتد يعطيك الجسم فالامتداد فصل للجوهر ثم نزل اكثر نقول جوهر ممتد الذي هو الجسم النام ياتي النمو فصل متوسط ثم الحساس متحرك بالارادة فصل متوسط. الى الفصل الاخير وهو المعتق يتعين نوع الانواع تأتي النوبة لمن? للتحقق الخارجي. نفس الشيء وقد يكون نعم وهو نعم وقد يكون آآ نعم والفصل ايضا قد يكون عاليا وهو فصل الجنس العالي كالامتداد بالنسبة الى الماديات او المجرد بالنسبة الى العقول وقد يكون سافنا وهو فصل النوع السافن يعني نوع الانواع وقد يكون متوسطا وهو فصل الجنس السافل والمتوسط يعني اه النمو والحساسية والحركة بالارادة سهلة المسألة الى انها لطيفة من حيث هذا الامر بالصعود الجنسي التسلسلي لا تنعقد المائية ولا يمكن تصورها وفي التنازل النوعي اذا لم نصل الى نوع من الانواع لا تصل النوبة الى الوجود. ما عندنا وجود بعد قال ومن الجنس ما هو مفرد وهو الذي لا جنس له وليس تحته جنس وهما اضافيان يعني نسبية وقد يجتمعان مع التقابل. يعني عندنا بعض الاجناس لا فوقها جنس ولا اه تحتها جنس كالعقول العقول ما عندنا جنس فوق العقول فوق العقول عندنا الله والله فوق المقولة الله تعالى لا يحتويه اه الجوهر ولا يحتويه الاعراض فوق مقولة الجوهر وفوق مقولة العرض لان الجوهر والعرض من تعينات ما هي تقول الما هي اذا كانت قائمة بنفسها جوهر اذا كانت قائمة بغيره عرض. والله تعالى دون المائية يعني اعلى من الماهية لا مهية له وبالتالي خارج تخصصا عن مقولة الجوار. اذا العقل كمصداق من مصاديق ان مصاديق الجوهر لا جوهرة فوقه ولا جنس تحته كذلك اقول من اقسام الجنس المفرد وهو الذي لا جنس فوقه ولا تحته ويذكر في مثاله العاقل ويذكر في مثال العقل بشرط ان لا يكون الجوهر جنسا ويكون صدقه على افراده صدق الجنس على انواعه لا يعني العقل اه كجنس اعلى يقع على مصادقه ليس الجنس الذي يحتاج الى فصول لا</w:t>
      </w:r>
    </w:p>
    <w:p>
      <w:r>
        <w:t>انواع بعد العقل وليس اجناسا بشرط الا يكون الجوهر جنسا وان يكون صدقه على افراده الأفرض يكتب هنا على انواعه صدق الجنس على انواعه ليس العقل لا يصدق على آآ افراده على مصادقه كصدق الجنس. لماذا? لان الجنس اذا صادق على ما يصدق عليه يحتاج الى الفصل اما العقل العقل انتهت الهوية فتأتي الافراد مثلا اذا قلنا جبرائيل عقله فجبرائيل فرض ملك الموت اذا قلنا ملك الموت عقل فهو فرض اذا عرفت هذا فالجنس والفصل اضافيان وكذا باقي المقولات الخمس اه المقولات الخمس اه يعني اه النوع والجنس والفصل والعربي والخاص بالعربي والعام اعني النوع والخاصة والأراضي العام. فإن الجنس ليس جنسا لكل شيء بل لنوعه يعني الجنس جنس لانواعه. لا يكون جنسا مطلقا لماذا? لانه يقوم الانواع فهذا جنس جنس لانواعه فالحيوان جنس جنس حتى للنباتات لا حتى للاحجار لا جنس لانواعه. مثل الانسان آآ البقر الفيل الاسد وكذا الفصل وسائر آآ وكذا الفصل وسائرها يعني النوع آآ الخاصة والعرضي العام. وقد يجتمع الجنس والفصل في شيء واحد مع تقابلهما نعم يعني الجنس بعد اشتراكي والفصل بعد اختصاصي. مثلا اذا قلت للإنسان حيوان ناطق. اجتمع في الإنسان. ماذا يمثل الجنس? البعد المشترك. يعني الجزء المشترك لا يطال الانسان فقط فالبقر كذلك حيوان الفيل حيوان والأسد حيوان لكن الناطقية خاصة بمن? خاصة بالانسان. يقول وقد يجتمع الجنس والفصل في شيء واحد كالانسان مع تقابله تقابلهما. كيف? لان الجنس مشترك والفصل خاص قلت لكم المفهوم اما ذاتي واما عرضي الذات تمام الذات نوع او جزء الذات. جزء مشترك جنس جزء مختص فصل المفهوم غير الذاتي اما عرضي خاص واما عرضي عام. قسمة دائرة بين النفي والاثبات نعم يقول وقد يجتمع الجنس كالحيوان مثلا في الانسان والفصل كالناطق في شيء واحد كالانسان مع تقابلهما. نعم لان الجنس مشترك والفصل خاص. تقابل مشترك مع الخاص. وذلك كالادراك الذي هو جنس للسمع والبصر لادراك بالنسبة للسمع جنس لأنه مشترك تقول السمع ادراك خاص يعني ادراك بنوع ما والبصر ادراك بنوع ما اخر وذلك كالإدراك الذي هو جنس السمع والبصر. وباقي الحواس وفصل للحيوان الادراك يعني الناطقية ادراك الكليات فصلوني الحيوان تقول الانسان حيوان مدرك يعني حيوان ناطق بل قد تجتمع اه الخمس بشيء الواحد. نعم باعتبارات متعددة باعتبارات متعددة مثلا حيوان. جنس للانسان ونوع اضافي لمن? للجسم النامي نوع اضافي بالنسبة للجسم الجسم الناعم ونوع اضافي ابعد بالنسبة الى الجسم ونوع اضافي ابعد بالنسبة الى الجواب لا باعتبار طبعا يجب ان تغير الاعتبار الجنس باعتبار الانسان اه جنس باعتبار ما فوق باعتبار ما فوقه من الاجناس نوع الى انه نوع اضافي قياسي لا باعتبار واحد لتقابلهما. فان الجنس لشيء يستحيل ان يكون فصلا لذلك الشيء. لماذا? لان الجنس مشترك. والفصل مختص فلا يكون المشترك خاصا ولا الخاص مشتركا اجتماعا  ولهذا يقول يستحيل نعم فان الجنس لشيء يستحيل ان يكون فصلا لذلك الشيء. يعني جنس فصل الهوية تختلط هوياء تختلط. فالانسان حيوان ناطق. والحيوان يكون هو الفصل والفصل يكون هو الحيوان. في ذات التحليلة. اما في ذات الوجود. نعم اه الحيوان هو الناطق سابينها الان نعم اه فان الجنس لشيء يستحيل ان يكون فصلا. الجنس عام والفصل خاص. فلا يأخذ هويتين هي حقيقة واحدة نعم او نوعا له او خاصة او عرضا من قياس اليه. نعم الجنس للشيء جنس فقط. لا يكون فصل ولا يكون هو النوع بتمامه. ولا يكون اه عرضيا عاما لان العرض العام خارج الذات والجسم داخل الذات ولا يكون خاصا لان الخاصة خارج الذات والجنس داخل الذات نعم جيد اذا الجنس يكون جنسا لنوعه ويكون في داخله مشتركا يعني لا يطال الانسان فقط يطال الانسان والنمر والاسد والفيل والبزونا ثم يخصص بفصل حتى يتنوع النوع. حتى يتحصل النوع. تقول حيوان ناطقون اذا الناطقية غير الجنس غير الحيوان جيد في الوجود لماذا حقيقة واحدة هذا كله في عالم التحليل الذهني. اما اذا جئت الى الواقع ما عندك حيوان ثم ينظم اليه النطق هادي خرافة كبيرة جدا. الله خلق الانسان قلق الانسان يعني كل هذه الاجناس من جسمي ونمو وحساسية وحركة بالارادة كلها مندكة في حقيقة واحدة هي التكامل الانساني وهو الناطقية. ولهذا الانسان لا يعيش كالحيوانات. اذا كان انسانا طبعا قد يعيش الانسان الاحمق والغبي حيوانا ذاك شذوذ نتكلم عن الانسان الذي كرمه الله تعالى. هذا لماذا يتميز بالاخلاق والذي يتميز بصنع الحضارات وبالتكامل الحيوان لا يتكامل. الحيوانات الأخرى الأنواع الأخرى. البقر هو البقر بزمن آدم الى يومنا هذا العقل النحل من زمن ادم لم يطور نفسه آآ انملة. لماذا? لانه ما عنده الادراك. الادراك هو كلشي في الانسان. اذا الحيوان هو الناطق في نهاية التكامل يعني صار ناطقا تكامل تماهى في ان ناطقية ثم حيوانيته تكون مغلوبة بالناطقية. اذا كان انسانا اذا كان بل هو اضل فحيواناتي حيوانيته تدس الناطقية تدس الناطقية تخفيها مطلقا. قال ولا يمكن اخذ الجنس بالنسبة الى الفصل واضحة جدا الفصل يقاوم الجنس فلا يكون في داخله فلا يكون المعلول على مستوى العلة. يا ناس واضحة جدا. اذا لا يمكن للفصل ان تجنسه. تقول الناطقية كذا وتخصصها بفصل. يلزم التسلسل في الفصول. ومسار آآ مسار خرج الذات خرج ذات الناطقية داخل آآ ما صار خارج حقيقة الناطقية صار في داخلها. لماذا تأتي بعد ما تنعقد الحيوانية نعم قال ولا يمكن اخذ الجنس بالنسبة الى الفصل ولا اخذ الفصل كذلك في الجنس. طبعا الفصل المقصود به الفصل الذي ينوع ينوع الجنس يعني يجعله نوعا نوعا عن هذا الفصل الذي يقومه يحصل الجنس مثل الناطق يحصل الحيوان انسانا هذا هو المقصود اقول لا يمكن ان يؤخذ ان يؤخذ لا يمكن ان يؤخذ الجنس بالنسبة الى الفصل فيكون الجنس جنسا للفصل لا مستحيل العلاقة بين الجنس والفصل عرض ومعروض ليس مكونا ومكونا لا عارضها معروف ولهذا السيد العلامة يقول هو من الحمل الشائع وليس من الحمل الاولي  اقول لا يمكن ان يؤخذ الجنس بالنسبة الى الفصل فيكون الجنس جنسا للفصل لا يعني من مكونات الفصل لا ابدا الفصل يأتي ويعرضه يعني الحيوانية مثلا انعقدت قبل مجيء الفصل نعم كما هو جنس للنوع فالجيس جنس لنوع مكونة من مكونات النوع تقول الانسان حيوان ناطق الحيوان في داخله. ذاتي له اه الجنس لا يكون بهذه المثابة للفصل. لماذا? لان بينهما عروض ومعروفية. عارض ومعروض جيد. ما المانع ان يكون الجنس كالحيوان مثلا مقوما للفص كالناطقية مثلا. يقول وان لم يكن فصلا لاحتياجه للفصل. نعم لان الفصل يقومه فلا تكون العلة اه منطوية على معلولها. المعلول ادنى وجودا من العلة فهي في المرتبة الدانية وافيدكم فائدة منطقية اكتبها لماذا الحد الاوسط يختفي في النتيجة? سهلة جدا لان النتيجة علة للحد الاوسط</w:t>
      </w:r>
    </w:p>
    <w:p>
      <w:r>
        <w:t>فما معنى ان تكون العلة على مستوى المعلول الحد الاوسط يكون في النتيجة يعني المعلول آآ المعلول احتوى على علته والعلة تنزلت الى مستوى المعلول. ولهذا يختفي ان حتى يبقى دائما هو الاساس هو العلة نعم والا لم يكن فصلا يعني اذا كان الجنس في داخل الفصل فالفصل يحتوي هوية الجنسية فيحتاج الى فرص فهو يختفي فصليته تختفي فيحتاج الى ولفصله فصل لماذا? لأن الفصل كذلك من مقومات يتماهى في الجنس ويحتاج الى فصل فيأتي التسلسل نعم والا يعني اذا كان الجنس مقوما للفصل كما يقوم النوع لم يكن فصلا بالصلاة جنسا لاحتياجه الى فصل يفصله عن غيره. وفصله يحتاج الى فصل. فنقع في التسلسل فالوجه الذي به احتاج النوع اليه هو بعينه محتاج الى غيره. نعم. يعني النوع احتاج الى الجنس يقومه. الجنس يقوم النوع. تقول حيوان ناطق. فالحيوانية في صميم الحيوان. اه صميم من اه الانسانية لكن كذلك الجنس يحتاج الى من يقاومه من يقاومه الفصل. اذا يكون خارجا عن ذات الجنس ومقوم له نعم فالوجه الذي به يحتاج النوع اليه الى الجنس وبعينه محتاج الى اخر. فليس الجنس جنسا للفصل بل عرظا عاما اعراض عن من قلت لكم العلاقة بين الفصل والجنس عارض ومعروض عرض عام تقول حيوان ناطقون حيوان مفترس ان وجد على مستوى فصلين فهو عام. يعني كان معروظا للناطقية وكان معروظ للافتراس فصل الاسد تقول البقر مثلا حيوان حلوب. اذا قلنا هذا فصل فالحيوان تواجد على مستوى الناطقية يعني عارضته الناطقية وعرضته الشجاعة والافتراس وعارضته الحلوبية فهو عام عرضي عام. والفصل على ضيوف خاص نعم نعم فليس الجنس جنسا للفصل بل اه بل اضرابية بل عرضا عاما بالنسبة الى الجنس. وانما هو جنس باعتبار النوع. واما هو جنس باعتبار يعني جنس باعتبار نوعه نعم واضح الآن اذن العلاقة بين الفصل الجنس علاقة آآ معروضية وعارضية فلا الجنس يدخل في قوام القوام الذاتي طبعا للفصل ولا للفصل يدخل في الجنس القوام الذاتي القوام التحصيلي الوجودي نعم العلي والمعلول. قال واذا نسب الى ما يضافان اليه كان الجنس اعم والفصل مساويا يعني اذا نسب الجنس والفصل الى الى النوع الى النوع لانهما مصن لانهما مصنوعان للنوع نعم لا جنس بدون نوع ولا فصل بدون نوع. اذا ما العلاقة بين بين الجنس والنوع والفص بالنوع? الجنس يقاوم النوع الا انه جزء مشترك يقوم الانسان ويقوم الاسد والفصل كالناطق يقاوم فقط الانسان خاص بالانسان واذا نسب يعني الجنس والفصل الى ما يضافان اليه يعني النوع كان الجنس اعم نعم حيثية اشتراك والفصل مساوير يعني حيثية الاختصاص. اقول اذا نسبنا الجنس والفصل الى ما يضافان اليه. اعني النوع. كان الجنس اعام من المضاف اليه يعني عمل الانسان لانه يعطى للانسان والبقر والاسد والفيل والبزونة وو نعم كان الجنس اعم من المضاف اليه عن النوع لوجوب شركة الكفنين المختلفين في الحقائق في الجنس دون النوع. ما هو الجنس? حقيقة نعم او مفهوم يطال حقائق متعددة نعم لوجوب شركة الكثيرين ماذا الاسد والفيل والبقر والسمك والبزونة وهكذا الكثيرين على وتيرة واحدة لا المختلفين. يعني الاسد غير البقرة غير الفيل في الحقائق هذا هذه الانواع الحيوانية تشترك في ماذا? في الجنس الذي هو الحيوان دون النوع الإنسان ما عنده علاقة بالبقر ما عنده علاقة بالاسد لا يشتركان فيه. واما الفصل كالناطق فانه يكون مساويا للنوع. يعني ما معنى مساوي? يعني هو الذي يحققه نهائيا. انتهى نعم فحقيقة النوع بفصله كل هذه الكمالات السابقة من جنسية وفصلية تندك في الفصل الاخير فيساويه في الوجود نعم اما في المفهومية لا يساويه. مفهوم النوع غير مفهوم الفصل نعم واما الفصل فانه يكون مساويا للنوع يعني الناطق مساويا للنوع في الحقيقة الذي يضاف الفصل اليه. لانه فصل ولا يجوز ان يكون اعم من النوع نعم اهم النوع لا يكون لان الانسان يصير محتوي على كل ما هو ناطق لا يعني فصل خاص بالإنسان هذا هو التساوي لاستحالة استفاد التميز من الاعم. لان الاعم لا يميز. الانسان ما هو؟ ملك لا ندري لان الملك كذلك ناطق نعم الجن كذلك ناطق اذا يجب ان نأتي آآ فصل خاص بذلك الحيوان. يعني الفصل هويته تتعين بالجزء المشترك بدون هذا الجزء المشترك ما نعرف هاذي الناطقية ما هي. اذا جاء الحيوان نعرف انه ناطقية انسانية نعم المسألة الخامسة في التشخص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