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هذه الفقرة قال والمتشخص قد لا تعتبروا مشاركته مشاركته للتميز والكل قد يكون اظافيا فيتميز والشخص المندرج تحت عام متميز هنا يريد ان يشير الى النسبة المصداقية بين مفهوم التشخص والتميز قلنا التميز امر اضافي والتشخص امر ذاتي فهل يجتمعان في بعض المصاديق هنا المبنى يقول بينهما عموم وخصوص من وجه  ما معنى  النسبة للمصداقية اذا كان عندنا مفهومان ونقيس المفهومين الى المصاديق لان كل كل مفهوم يطال مصاديقه فاذا كان عندنا مفهومان كمفهوم التشخص ومفهوم التميز هل بالصدق على مصادقهما في انطباقهم لباقيهما على ما صادقهما في اجتماع في دائرة ام لا هنا المبنى يقول بينهما عموم وخصوص مطلق اكتبوا مسألة بنيوية ثم نعود الى بحثنا اذا ركزنا على المفاهيم كل المفاهيم متباينة بتمام الذات لماذا? لان كل مفهوم يحكي دائرته فقط لا يمكن ان يحكي دائرة مفهوم اخر. لا يمكن كل المفاهيم متباينة بتماما الذات لماذا? لان الدين في تعامله مع الحيثيات ينتزعها لوحدها. يعني كل حيثيات تنتزع لوحدها وتفهم في دائرتها اذا لا علاقة لمفهوم بمفهوم اخر مطلقا ثم يقولون اذا جئنا الى ما احكي المفهوم يعني المفهوم باعتبار صدقه يعني المفهوم بما هو موصل الى الحيثية الخارجية هل هناك دائرة الاشتراك بين المفاهيم نقول على مستوى الحيثيات ما في اشتراك. لماذا حيثية التميز غير حيثية التشخص حيثية الوجود غير حيثية الوحدة لكن باعتبار التواجد في مصداق. ان الحيثية لا هوية لها وجود ربطي. تحتاج الى موضوع. الموضوع هو المصداق. باعتبار التواجد في مصداق يقال عموم وخصوص مطلق تباين يساوي او عموم الخصوص من وجه. بهذا الاعتبار هذا الاعتبار امثل لكم بمثال مأنوس الانسان والحيوان الحيوان ما هو مفهومه تقول جسم اللام حساس متحرك بالارادة لا علاقة له بالانسان يحكي بعدا من الوجود غير ما يحكيه الانسان الانسان يحكي هذه الحيثيات زائد المنطقية يعني زاوية اخرى من الوجود مع هذا يقولون بينهما عمو وخصوص مطلق بمعنى ان دائرة الحيوان اشمل من داعش الانسان في المصادق في المصاديق وليس في محك المفهوم يعني الحيوان يتواجد في مصادق متعددة اوسع من تواجد الانسان في مصادقه هذا هو العمو خصوصا المطلق يعني دائرة الانسان داخل في دائرة الحيوان نعم فكل ما يصدق على الحيوان يصدق على الانسان ولكن ليس كل ما يصدق على الانسان يصدق على الحيوان. الانسان يدرك الكليات الحيوانات لا تدرك الكليات اذا باعتبار التواجد في المصداق نقول بينهما عموم وخصوص مطلق او عموم وخصوص من وجه والا من حيث الهوية الحيثية هوية الحيثية التباين المطلق بحثنا في التشخط والتشخص والتميز قلنا مفهومان متباينان نأتي الان الى تواجد في مصداق هل يجتمعان في مجموعة من المصاديق نعم يجتمعان في دائرة ويختلفان كل في دائرته وهذا هو العموم والخصوص من وجه يعني في دائرتان متقاطعتان الاشتراك في دائرة التقاطع والتمايز في باقي الجهاد نعم يقول والمتشخص قد لا تعتبر مشاركته يعني قد ينفصل عنا عن المتميز قال قد قد يعني اه تفيد بالتقليل والكل قد يكون اضافيا الكل الاضافي هو كل كل مندرج تحت ما هو اعم مثل الإنسان كلي يندرج تحت الحيوان فهو يكون اضافيا والحيوان يندرج تحت الجسم النامي فيكون اظافيا. والكلي قد يكون اضافيا فيتميز. مع ان الكلي غير متشخص لان التشخص في دعوة الوجود اذا تميز الكل عن التشخص والكل قد يكون اضافيا فيتميز والتشخص المندرج تحت عام متميز نعم    طه مثلا مندرج تحت اه عام وهو المفهوم الانسان اهو متشخص اه متميز يعني في اشتراك في اشتراك في زيد مثلا او في بلال وتشخص بشخصاته الخاصة به ويتميز عن ليلى عن طه اذا كان بلالا طبعا اذا عندنا دائرة اشتراك اشترك التميز والتشخص في بلال في مقابل طهاء ليلة الكلي الاظافي. يعني الانسان بوصفه مندرج تحت الحيوان يعني كل اضافي بلحاظ الاندراج تحت ما هو اعلى منه. متميز وغير متشخص. تقول لماذا؟ لان الكل ليس متشخصا. يصدق على كثيرين نعم وفي تميز في تميز يعني قد يكون المتشخص غير متميزا ومتميز غير متشخص اذا بينهما عموم وخصوص مطلق نعم والمتشخص قد لا تعتبر مشاركته يعني هذا جيت الإنفصال المتشخص ينفصل عن التميز والتميز عن منفصل والكل قد يكون اضافيا فيتميز. يعني انظر تميز اه التميز له جهة خاصة كليات والتشخص المندرج تحت عام يعني كالزيت المندرج تحت الإنسان متميز بشخوصاته الخاصة ومتشخص اذا عندنا ثلاث موارد عندنا الاختلاف وعندنا الاشتراك لاختلاف جهة التميز واختلاف جهة التشخص ودائرة الاشتراك في المندرج تحت عام ومتشخص ومتميز. فتأتي هذه النسبة المصداقية العموم والخصوص من وادش نعم اقول لما ذكر المصنف ان التشخص والتميز متغايلان لان التشخص الذاتي والتميز نسبي انتفى العموم المطلق بينهما العموم المطلق يعني آآ اندراج الدائرة بتمامها داخل دائرة كالإنسان والحيوان باعتبار التباين فما فيه اندراج كل وذلك لان كل واحد منهما يصدق بدون الاخر. نعم وهذا ملاك عدم الاندراج يعني واحد ينفصل بجزء منه تماما وبالتالي لا يندرج تحت الاخر ويصدقان معا على الشيء الثالث هذا جيت الاشتراك بدائرة الاشتراك وكل شيء هذا شأنهما يعني كل ينفصل بجهة وفي دائرة الاشتراك هذا هو العموم والخصوص بالواجب نعم وكل شيئين هذا شأنهما فبينهما عموم الوجه العموم والوجه ما هو دائرتان لا الدائرة الأولى تندرج بتمامها تحت الدائرة الثانية التي تكون اعم ولا التباين مطلق ولا التماهي المطلق يعني التساوي دائرتان متقاطعتان. نعم اما الصدق يبين جيت للاشتراك جيت الاختلاف اما صدق التشخص بدون التميز يعني انفصال التشخص عن التميز بدائرته الخاصة يعني بجهته الخاصة ففي التشخص الذي لا تعتبر مشاركته لغيره يعني خاص به عندو خصوصياتو لا يشاركه احد فيها وان كان لابد له من المشاركة في نفس الامر ولو في الاعراض العامة هذه النقطة عمل خط تحتها هل اه المشاركة في الخارج مطلقا منتفية لا ابدا في الوجود مثلا كل الواقعيات مشتركة في الوجود ولكن نحن ننظر الى تشخص الخاص كالزيد نعم الزيت موجود شجرة موجودة فيه اشتراك لكن زيت غير الشجرة بالوجدان بالشهود العرفي نفهم ان زيد غير وغير الشجرة ما ما الذي جعله يتميز عن الشجرة بشخصاته الخاصة وان اشترك في الأمور العامة هذا شيء وذاك شيء هذا وجود وذاك وجود هذا واحد لك واحد كثير من الأمور العامة واما صدق التميز بدون التشخص اشارة الى انفصال التميز عن التشخص ففي الكلي الكلي بطبيعته اه غير مشخص لانه فظفاظ يصدق على كثيرين اه الكلي اذا كان جزئيا اضافيا يعني مندرج تحت عام كالانسان بالنسبة الى الحيوان</w:t>
      </w:r>
    </w:p>
    <w:p>
      <w:r>
        <w:t>يندرج تحت كل اخر فانه يكون متما ممتازا يعني متميزا عن غيره وليس متشخص لماذا? لان الكلي فظفاظ ليس بمتشخص واما صدقهما على شيء واحد اشارة الى الدائرة الاشتراكي ففي التشخص المندرج تحت غيره اذا اعتبر اندراجه فانه مشخص متميز مثلا زيد يندرج تحت الانسان زيد متشخص ومتميز عن ليلى فاء اشتركا في هذه الدائرة نعم المسألة السادسة في البحث عن الوحدة والكثرة. الوحدة هو التوحد يعني النفي الكثرة والكثرة هي الوحدة اذا انبسطت تعينت في مصاديق متعددة او في مراتب متعددة تأتي الكثرة والتشخص يغاير الوحدة. بعضهم توهم ان التشخص هو علو الوحدة التوهم من اين جاء? التواجد المصداقي تواجد المصداقي لا يلزم منه وحدة المعنى ووحدة الحقيقة الله تعالى مصداق واحد وصفاته عين ذاته يعني حيثيات مندكة مندمجة بقول اه الحدثيين في الإصطلاح الفلسفي الحديث في الحوزة حيثيات تقليدية اندماجية حياته علمه ارادته حبه قدرته كلها عين الذات حقيقة واحدة لكن الحياة تغير العلم والعلم غير القدرة وغير ارادة. اذا التواجد في مصداق بنحو الاندماج او بغير نحو الاندماج لا يلازم وحدة المعنى يعني الف يصير باء لانهما اه اه موجودان في مصداق واحد ابدا التشخص هو يشير الى اه الى عدم الصدق على الكافرين ينظر الى تشخص وعدم الانبساط اما الوحدة لا الوحدة ناظرة الى عدم الكثرة اقول الوحدة يعرف مبدأ تصوري عبارة عن كون المعقول غير قابل للقسمة من حيث هو واحد. يعني من حيث هو واحد لا يتكثر قابل القسمين لا يتكبر وهو مغاير للتشخص لان الوحدة قد تصدق على الكل غير متشخص يعني انت مفهوم الحيوان الحيوان في دائرته قبل صدقه على الاسد وعلى الانسان وعلى الفيل وعلى النمل حيوان طبيعة واحدة من طبيعة واحدة معنى كلي غير متشخص اه كل واحد يعني اتصف بالوحدة وتخلفت عنه تخلف عنه مفهوم التشخص اذا وحدة غير التشخص نعم لان الوحدة قد تصدق على الكل غير المتشخص. طبيعة الحيوان طبيعة الانسان وعلى الكثرة اه نفسها يعني تصدق حتى على الكثرة نفسها. وتلك عشرة واحدة وتلك عشرة واحدة وصفها اه تلك عشرة كاملة يعني واحدة. تلك عشرة كاملة يعني توحدت نعم اذا عندك عشر تفاحات وعشرة ليمونات تقول هذه العشرة واحدة خلاف هذه العشرة الواحدة الثانية يعني الوحدة تسري حتى في الكليات نعم لان الوحدة هذا دليل قد تصدق على الكل غير المتشخص وعلى الكثرة نفسها من دون صدق التشخص عليها نعم فكلي لا يصدق عليه التشخص والكثرة لا يصدق عليها التشخص نعم اذن الوحدة غير التشخص نعم متساوقان متسوقا يعني ينتميان لمصداق واحد من جميع الجهات يعني المصداق في كله واحد وفي كله متشخص نعم ظاهر بينا الفرق بين التساوي والتشخص اه بين تساوي وتسوق تساوي مفهومان يتواجدان في مصداق واحد الا ان المساحة قد تكون غير واحدة بمعنى ان المفهوم الاول لا يطال المصداقة من جميع جهاته والثاني قد يطاله من جميع الجهات ما لا بأس اذا في المسح المصداقي ما فيه هناك انطباق تام مثل الإنسان والحيوان  الزيد الخارجي الحيوان ما هي مساحته? جسم نامي حساس متحرك بالارادة توقف الانسان ما هي مساحته جسم النامي حساس متحرك بل اراد الناطقون اذن المساحتان مختلفتان هذا هو هذا هو التساوي اما التسوق لا التسوق المفهوم الأول يمسح كل المصداق والثاني يمسح كل المصداق مثل الوجود والوحدة والوحدة والتشخص نعم هذه قاعدة افهمها جيدا نعم ولهذا يقولون التساوق وحدة المصداق ووحدة الحيثية نعم. اما التساوي وحدة المصداق لكن ليس وحدة الحيثية نعم قال وهي تغاير الوجود يعني الوحدة تغاير الوجود نعم مفهوما وان كانت الوحدة هي صفة للوجود حيثية للوجود لصدق الوجود على الكثير من حيث هو كثير. نعم الوجود اعطاء الجميع في كل المراتب بخلاف الوحدة الوحدة لا تطال الكثير. بالعكس الوحدة هي تخالف الكثير وسيأتي ان شاء الله التقابل بين الوحدة والكثرة في بحث جميل جدا في مقاربات متعددة بنصير عنده مقاربة صدر متأهلين عنده مقاربة المتقدمون. عندهم مقاربة نعم وتسوقه بين التسوق والوجود يسابق لوحده. يعني الوجود بمصداق مثلا الوجود الانساني الوجود كل الانسان وجود ما عندنا في الانسان مساحة وجوده مساحة عدم الوجود يطال كل الوجود الانساني. والوحدة كذلك تطال كل الوجود الانساني. لا تطال مساحة منه تبقى المساحة الاخرى هي الكثرة. فالوجود الانساني في الزوج يكون واحدا وكثيرا. هذا غير معقول وتسوقه وتسوق الوحدة الوجود اقول قد ظن قوم ان الوجود والوحدة عبارتان عن شيء واحد شي واحد في المصداق ليس في المعنى لصدقهما على جميع الاشياء وهو خطأ فانه لا يلزم من الملازمة الاتحاد هادي عملت تحتها خط الملازمة عن التواجد مع بعض عدم الانفكاك المنطقي وعدم الانفكاك الوجودي كذلك. لماذا? عدم الانفكاك المنطقي كاشف عن عدم الانفكاك الوجود. مرة لها مرة قد تكون ملازمة منطقية ولا ملازمة خارجية. يعني ليست دائما القاعدة الكلية لكن اذا كانت ملازمة خارجية حتما تكون ملازمة منطقية والعكس غير صحيح ليس اذا كانت هناك ملازمات منطقية تكون ملازمة خارجية. مثلا عندك انت ان الوجود والعدم متلازمان منطقيا لكن في الخارج فيه تناقض سواد والبياظ وهكذا نعم فانه لا يلزم من الملازمة الاتحاد. طبعا الاتحاد يكتب الاتحاد في المعنى والمفهوم والا اتحاد في المصداق هذا هو المبنى الصحيح يعني الحياة متحدة مع الارادة الالهية في مصداق ذات الذات المقدسة الاتحاد يعني الاتحاد في المعنى يعني حيثية الحياة هي عين وحيثية العلم هذا خطأ هنا التباين لكن الذوبان المصداقي هذا بحث اخر ذاك له علاقة بالوجود وليس بالمعنى ثم الدليل على تغاير الوحدة والوجود ان الكثير من حيث هو كثير يصدق عليه انه موجود وليس بواحد من الكثير يقابل الواحد. فالموجود غير الواحد من الشكل الثالث من الشكل نتاع الهندي قياس من الشكل الثالث    اقول هكذا الكثير اه موجود والكثير ان هذا اي نعم تستطيع تعمله من الشكل الثاني وتستطعم اللي بتعملهم من الشكل الثالث. الشكل الثاني يجب ان تأتي بالسلب اقول الكثير اه الكثير وجود نعم الكثير وجود مما يصدق عليه الوجود وآآ كثير ليس آآ ليس بواحد نعم فتأتي الكثرة ليس بواحد هذا بالنسبة للوحدة او تقول اه الوجود كثيرون والوحدة ليس بكثير تقول فالوجود ليس بوحده اما بالشكل الثالث او الشكل الثاني كلاهما صحيح. نعم نعم الوحدة تسابق الوجود وتلازمه اذا فرق في البعد الدلالي والمعنوي والتواجد الخارجي الحياة غير العلم قطعا بالمعنى في الدلالة اما الحياة هي متن العلم في الذات المقدسة ونعم الوجود والوحدة تسابق الوجود وتلازمه. يعني دائما معا في مصداق واحد فكل موجود فهو واحد والكثرة يصدق عليها الواحد لا من حيث هي كثرة. على معنى ان الوحدة تصدق على العارض نعارض اعني الكثرة لا على ما عرضت له الكثرة. وكذلك كل واحد فهو موجود اما في الاعيان او في الاذهان فهو متلازما</w:t>
      </w:r>
    </w:p>
    <w:p>
      <w:r>
        <w:t>هذا هو التلازم فالكثرة مثلا عشر تفاحات اذا لاحظت الكثرة يعني التبعثر والتعدد محال ان تكون واحدة لكن يمكن ان تنظروا لها بما هي مجموع فتكون واحدة في ظل اعتبارنا نعم وكذلك كل واحد فهو موجود اما في الاعيان او في الاذيان فهم متلازمان. اذا يجب ان تفكك بين المعنى يعني جعل الحيثية في دائرتها لا تكن حيثية اخرى ابدا ولا تكون حتى المصداق نعم المتواجدة فيه لكن من حيث الوجود والتحقق والعينية فكل الصفات تذوب في المصداق يعني في الذات ولا بأس في ذلك لا بأس في ذلك نعم اذا مرة نكون في دائرة فهم المعنى بحث بحث ادراكي نفصل كل الحيثيات ونجعلها لوحدها يأتي التباين حتما العلم غير الحياة في المعنى والدلالة هذا لا يعني ان التلازم بينهما غير موجود لا موجود في الواقع خارجي والله تعالى حي من حيث هو علم وعالم من حيث هو عالم وعالم من حيث هو حي هذه عينية الصفات للذات لكن اذا جئنا الى الانتزاع وفصل الحياة لوحدها هل هي ام لا لا هذا هو اه الفهم الصحيح امر نعم الفخ الرازي في كتبه الكلامية هذه المغالطة سقط فيها لما فصل كل صفات الله تعالى عن الذات وعن بعضها البعض فوجد الكفرة هذه الكثرة الدلالية الكثرة الانتزاعية لأن فهم المعنى بعد الإنتزاع يعني تعطي لصفة الحياة واقعية ادعائية ببغية فهمها ثم تعطي للعلم واقعية لوحدها بغية الفهم والقدرة والحب والارادة يأتي التكثر والانفصال هذه العملية التي هي عملية لها علاقة بالبنية الذهنية عملية يعني عملية ادراكية فهذا الادعاء المتني الادعائي الفخ الرازي اسقطه في التوهم وهو زيادة الصفات على الذات نعم نحن نقول لا هذا امر ادعائي لاجل الفهم يعني دائرة المعنى اما في المصداق حقيقة واحدة يعني كل الصفات هي عين بعضها وعين الذات يجب ان نفهم المسألة هكذا نعم والا نقع في كثير من الاشتباهات في فهم الصفات وفهم الوجود وفهم الذات الالهية في علاقتها مع صفاتها. نعم الوحدة تسوق الوجود وتلازمه قلنا التسابق ما معناه? اذا الوحدة اذا جاءت الى المصداق مثلا الذات الالهية هذه تطال كل الذات الالهية اذا عبرنا بالتعبير الاستعاري. تطال كل المساحة مساحة الذات الالهية والوجود كذلك يطال كل المساحة مساحة الذات الالهية. هذا هو التسوق التسوق والتلازم في المصداق يعني التواجد مع بعض وعدم الانفك لكن في المعنى لا الوجود هو طارد السعادة ما هو الوجود طاردية العدم? ما هي الوحدة? عدم التكثر فالمعاني تختلف وان تساوقت فكل موجود فهو واحد. اين في التساوق والكثرة يصدق عليها الواحد تقول عشر تفاحات يعني عندي واحدة عشرة عشرة واحدة لا من حيث هي كثرة من حيث هي كثرة آآ تقع في مقابل الوحدة على معنى ان الوحدة تصدق على العارض عن الكثرة لا هذا محال لا على ما عرضت له الكثرة يعني آآ عشر تفاحات كثرة كثرة واحدة مو متعددة عندنا عشرة اخرى الليمون وهكذا وكذلك كل واحد فهو موجود اما في الاعيان او في الاذيان في الاذهان في عالم الدين وهذا خطأ في عالم الذرمة عندنا لا وجود ولا واحدة عندنا مفهوم الوجود هو مفهوم الوحدة. هناك تباين تام في الاذهان هذه يحذفها نعم فهما متلازمان متلازمان يعني لا ينفكان متساوقا لماذا في الدين ما عندنا ووحدة وما عندنا اه اه وجود لان هذه وجودات فهمية وليست وجوداتها عيان الوجودات الفهمية خطأ ان تصف باي صفة. مثلا عندك تفاحة في المرآة دائما نمثل بهذا المثال لانه نشاهده ونعاينه. هذه التفاحة في في في في المرآة. اذا قلت وحدة خطأ لان هذه الوحدة للتفاحة الخارجية ليس للتفاحة المرئية اذا سألت التفاحة في المرأة انت واحدة تقول لا انا اكشف الوحدة الخارجية التي في التفاح انت حمراء تقول انا نعكس احمرت احمرار التفاحة في الخط انت ما هي انس ساق المرآة. انا مرآة مصقولة واحد المرآة المصقولة تنكشف فيها الاشياء فقط ولا تنوجد فيها يا فرق بين كندوجة الاشياء في المرآة وتنكشف الاشياء في المرآة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