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السابعة لان الوحدة غنية عن التعريف يا قاعدة كلية كل الحيثيات اه حيثيات التي تتجلى في الافق الذهني الجهاز الادراكي بمفاهيم ثانية مفاهيم عقلية ثانية كلها لا يمكن تعريفها بالتعريف المصطلح الجنسي والفص لان لا هوية لها لا هوية الانا اه ليس فقط الوحدة الوجود كذلك العلية المحلولية كل هذه الاحكام. قال ولا يمكن تعريف الوحدة الا باعتبار الرفض. نعم اللفظ يأتي بلفظ ارشق واظهر وابيض فقط اما التعريف الجنسي والفصلي هذه امور لا هوية لها وجودات ربطية لا يمكن تعريفها اقول الوحدة وما يقابلها. يعني والكثرة من المتصورات البديهية يعني الامور البديهية يعني نحن نعيش في ضوء هذه المفاهيم نعم وانا في تصوري اضاءتهم ليست آآ اضاءة ذاتية هي الاضاءة للوجود ثم تسري هذه الاظاءة لهذه الحيثيات لماذا? لان حيثيات الوجود حيثيات الوجود يعني لا زلنا في ضياء الوجود هذا هو سبب بداهة هذه الامور. فلا يحتاج في تصور يعني لا يحتاج الانسان او لا يحتاج في تصورهما الى اكتساب. يعني البحث عن الجنس والفاصل. فلا يمكن تعريفهما الا باعتبار اللفظ ما معنى اعتبار اللفظ? بمعنى ان يبدل لفظ يبدل لفظ بلفظ اخر اوظح منه بهذا القيد لا انه تعريف معنوي يعني تعريف حقيقي بالجنس والفصل. لا قال وهي هي والكثرة يعني الوحدة والكثرة عند العقل والخيال تستويان في كل في كون كل منهما اعرف الايقة ابتسام يعني الوحدة لا تنقسم والكثرة تنقسم ببركة الانقسام نفهم الوحدة ما هي الوحدة عدم الانقسام الكثرة تنقسم لماذا جاء بالعقل والخيال? الوحدة تدرك العاقل والكثرة ضرورية ان تكون هناك مرتبة ادراكية هي الخيال حتى نفهم آآ هذه الكثرة والا بدون الخيال لا يمكن ولهذا آآ الله تعالى ليس له خيال الملائكة ليس لها خيال. ان هناك شدة الوحدة الوجود شديد اما هنا متبعثر ما صنع الله تعالى هذا الانسان بعنايته له هذا الخيال نعم انا اسألك انت تعود الى بيتك بعد الدرس بعقلك ام بخيالك لا ادري تعرف الجواب او لا تعرف انا اقول لك لا يمكن ان ترجع بعقلك لماذا? لان العقل ما عنده هذه الامتدادات ما عنده بيتك هناك ومحل درسك هنا ما عنده هذه الاعتبارات. هناك شدة هذه الاعتبار كلها تنتفي تندك في شيء بسيط اما الخيال الخيال يعرف مكان درسك في النجف ثم مكان الدارك في الكوفة مثلا لولا الخيال هذه النشأة المادية لا معنى لها. لا معنى لها نعم والخيال هو اه مسبح الفنانين اقول الوحدة والكثرة عند العقل والخيال. يعني لف ونشر مرتب تستويان في كون كل منهما اعرف من صاحبتي صاحبتها بالاقتسام نعم فان الوحدة اعرف عند العقل. لماذا? لان الوحدة شدة. اندكاك الكثرة في شيء واحد فقط. فالكثرة تندك فتنتفي حيثية الكثرة فيها. يعني لا ينظر الى الكثرة والكثرة اعرف عند الخيال لأن الخيال يدرك الكثرة اولا ثم العقل ينزع منها امرا واحدا. نعم والعقل يدرك اعم الامور اولا وهو الواحد والوجود ثم يأخذ بعد ذلك في التفصيل لو قال على بالحل والعقل يدرك اعم الامور اولا وهو الواحد لا قال هو الوحدة احسن ثم يأخذ بعد ذلك في التفصيل وبعبارة اخرى كلما صعدنا في قوس الصعود الادراكي كثرة تتلاشى ونصل الى الوحدة. كلما ان تنزلنا في في قنص النزول الادراكي من العقل الذي هو الشدة والوحدة الى الخيال التي هي كثرة الى الحس الذي هو تحقق هذه الكثرة في عالم الوجود نعم فقد ظهر ان الكثرة والوحدة متساوية في كون كل واحدة منهما اعرف من صاحبتهما لكن بالاقتصاد فان الكفر اعرف عند الخيال هناك تبع فور. والوحدة اعرف عند العقل وهي عدم الانقسام فقد اقتسم العقل والخيال وصف الاعرافية لهما فاذا حاولنا تعريف الوحدة عند الخيال عرفناها بالكثرة. واذا حاولنا تعريف الكثرة عند العقل عرفناها بالوحدة شيء جميل جدا يعني الكثرة اذا ترقت الى اعلى تشتد تشتد لماذا نحن مطلوبون بالخشوع في الصلاة واذا سألت الخبراء في هذا الامر يقول انت ركز على النقطة عند سجودك يعني هذه الكثرة التي تشغل الحواس والخيال كلها تتبعثر وتذوب في هذه النقطة فيتحقق الخشوع خيالك لا يتحرك من هنا الى هنا. اما اذا ما ركزت جيدا ممكن انت تصلي وخيالك في السوق يشتري ويبيع نعم اذا كلما ترقى ترقينا جاءت الشدة. كلما تنزلنا جاءت الكثرة فالتلقي عقلن والتنزل التنزل خيال المسألة الثامنة في ان الوحدة ليست ثابتة في الأعيان واضحة جدا بينا هذا المطلب كرارا ومرارا ان الحيثيات لا تتمتن. ليست لها واقعة مستقلة. ليس من شأنها ان يكون لها واقعية مستقلة. لماذا? لانها هي وجودات ربطية لا هويتها لها واذا جعلنا لها واقعية بالادعاء لاجل الفهم فقط. يعني هاجس ايبيستيميك هاجس ادراكي. هاجس علمي وليست الوحدة امرا عينيا. يعني ليس لها متن استقلالي بل هي مندكة في موضوعها. بل هي من ثوان المعقولات وكذا الكثرة الكثرة يصدق عليها انها كذلك حيثية ولا تكون متنا مستقلا ثواني المعقولات  اه هذه سيرة سيرة للعلماء في عبارة وحيدة صغيرة جدا يحيلك الى الخارج ويحيلك الى الدين وانت دبر امورك كيف تفهم هذه المسألة? رحمة الله عليهم. يقول وليست الوحدة امرا عينيا. هنا ناظر الى الواقع الخارجي. الوحدة ما هي? حيثية في متن وليست متنا بل هي من ثمن المعقولة تراجع الى البنية الذهنية يعني هذه الحيثية باعتبارها اه ليست متنا فاذا تعقل تعقل يعني العقل يصل اليها وليس الحس. لماذا? اذا كانت متمتنة كالحسيات يدركها الحس نعم معقولات ولكن المعقولات الثانية بماذا? لأنها حيثيات لموضوع الموضوع هو المعقول الاولي وهي المعقولة الثانية وكذا الكثرة يعني الكثرة ليست امرا عينيا ومن المعقولات الثانية طبعا الوحدة معقول ثاني فلسفي والكثرة معقول ثاني فلسفي يعني يدرسان في الحقل الفلسفي في الانطلوجية اقول الوحدة ان كانت سلبية لم تكن اه سلب اي شيء كان بنسلتو بل سلب مقابلها يعني الكثرة يعني عدم الكثرة تقول فالكثرة ان كانت عدمية كانت الوحدة عدما لعدم فتكون ثبو تيا يعني الكثرة هي انتفاء الوحدة. ذهاب الوحدة نعم وان كانت وجودية يعني الوحدة كان مجموع العظمات امرا وجوه دين وهو محال وان كانت ثبوتية الثبوتية يعني كذلك وجودها فان كان ثابتة في الخارج لزم التسلسل هذه القاعدة الذهبية اللي هي الشيخ الاشراق الحيثيات كلما تمكنت تسلسلت. نعم وان كانت ثبوتية اكتب يعني متن مستقل فان كان ثابتة في الخرج لازم التسلسل. وان كان وان كان ثابت في الدين فهو المطلوب. اكتب</w:t>
      </w:r>
    </w:p>
    <w:p>
      <w:r>
        <w:t>وان كان ثابتا في الدين اعمل وهو المطلوب اعمل الخط تحتها الوحدة لا تثبت في الدين ابدا الوحدة ليست في الدين. الكثرة ليست في الدين. كما بينت لكم التفاحة في المرآة تعقل الوحدة تعقل الوحدة لا يعني ان الوحدة في الدين التعقل غير التواجد انا اتعقل الوحدة لكن الوحدة اين? في متنها وليس بالدين اذا هنا يقول في الدين يعني نتعقلها ولا نلمسها كمان خارجي مستقيل كما نلمس الشجرة والتفاحة والماء نعم يجب ان نفهم هكذا وان كان ثابتا في الذهن فهو المطلوب الوحدة لا تثبت في الدين ولا الكثرة ولا اي شيء المقصود بين الثبوت في دينه يعني التعقل يعني انا اذا تعرقل تعقلت آآ اللون الاحمر للتفاحة يعني الاحمرار في ذهني ااتعقله في مرتبته اتعقله في مرتبته. يعني عندك مرآة تؤذيه في تفاحة حمراء في المرآة متلألئة اذا هذا الاحمرار في التفاحة المرآتية هو في التفاحة الواقعية الخارجية. نعم. ولهذا العرف فيما يقول انظر انظر تفاحة حمراء ولكن هو بالقطع واليقين يريد التفاح الخاء ولهذا تفت اين يجدها في الواقع الخارجي خارج المرآة. يجب ان تفهم هذه المسألة هكذا نعم فاذا الوحدة امر عقلي اعتباري حتى هذه تحتاج الى تحليل فاذا الوحدة امر عقلي امر عقلي يعني في العقل لا امر عقلي يعني يدرك بالعقل وليس بالحس نعم في خاصية للمعقولات الثانية نسيتها انا ذكرت لكم كتير من من الخصوصيات والشخوصات انتزاعية بسيطة وجود ربط تحليلية اه كثير من الصفات تعرض عدة مقولات مين اللي الشخوصات نسيتها? هل ان تذكرتها? لا تمر بالحس والخيال نعم فقط اه ندرك بالعقل فاذا الوحدة امر عقلي. ما معنى? يعني الوحدة في العقل? لا ابدا الوحدة في متنها تعقل ولا تلمس ولا يدرك الخيال. اعتباري اعتباري ما معناه? يعني نخرجها بالإدعاء والإعتبار خرج عن الوجود عن الشجر عن البقر عن الماء خرجة لوحدها خروج حقيقي ام اعتباري اعتباري يعني ادعائي انتزاعي يحصل في العقل نعم يعني يدرك في العقل. عند فرض عدم انقسام الملحوق نعم عدم الانقسام يعني الوحدة هي توحد وشدة وهي من المعقولات الثانية نعم من المعقولة الثانية الفلسفية العارضة للمعقول قلت لكم وجود ربطي تحتاج الى موضوع وكذا الكثرة وكذا الكثرة لانه لا يمكن ان تتصور وحدة او كثرة قائمة بنفسها بل انما تتصور عارضة لغيرها. اكتب تحت هذه العبارة الجميلة جدا اه وجودات ربطية لا هوية لها مستقلة. انظر لانه لا يمكن ان تتصور اه تصور وحدة او كثرة قائمة بنفسها يعني كمتن مستقيل كواقعية مستقلة. بل انما تتصور عارضة لغيرها. جيد هذه عارضة لغيرها عارضة لغيرها. خلينا نقيدها باصطلاح الوجود الربطي. اه اي الوجود الوجود الربطي عندنا الوجود الرابط والوجود الرابط والوجود الربطي تدرسون هذه المسألة في الفلسفة بالفلسفة نعم الفلسفة ما هي? دراسة قوانين الوجود الدين يخضع لها الفيزياء تخضع لها الفلك يخضع لها الأخلاق تقضى عليها كل العلوم تخضع لهذه القواعد وما هي هذه القواعد? حكمة الهية سرمدية كما ان الوحي حكمة الهية قدسية وهذه حكمة الهية خالدة حاكمة على الجميع حكمة الهية. يعني وانت تدرس هذه الاحكام انت تدرس حكمة الله حكمة الله لكن مع الأسف الشديد العقل الديني في الأعم الأغلب بعيد عن هذا الأمر ولهذا يتخبط في فهم الدين يتخبط في فهم الدين يتخبط في فهم الدين مع الاسف الشديد اذا انا من متن آآ من عمق هذا المتن اخرج لكم هذه المباني الرائعة جدا. انظر هذه العبارة كم هي جميلة وكذا الكثرة. يعني شأن الكثرة شأن الوحدة. ما معنى? يعني امر عقلي. يعني تعقل لكن بمساعدة الخيال نعم ومعقول ثاني وتحليلي وانتزاعي ولا هوية له استقلالية. لا يمكن ان تتصور وحدة او كثرة قائمة بنفسها يعني ليست لها متن مستقل بل انما تتصور عارضة لغيرها لموضوعين يعني مندكة في موضوع هذا هو الوجود الربطي اذا لم تكن موجودة بالاستقلال فما هو وجودها وجود ربطي المسألة التاسعة في التقابل بين وحدة والكثرة هذا بحث كذلك جميل جدا. الوحدة تقابل الكثرة والكثرة تقابل الوحدة. ما هو سنق هذا التقابل? بحث جميل جدا. نعم. الشيخ الرئيس اذا لم تخني الذاكرة في الهية الهية شف فيقول تقابل اه لا من صنخ التضاد ولا من صنخ اه من صنخ التناقض ولا من سلخ التظايف ولا من صنخ اه ملك وعدم الملك من صنخي المكيل والميكيال يعني انت عشر تفاحات عندك واحدة تفاحة هي تكيل العشرة مكيلها مكيال قال وتقابلهما يعني الوحدة والكثرة لاضافة العليا والمعلولية والمكيالية والمكيالية لان الواحد علة لعشر تفاحات فتأتي العلية فتكيل العشرة هذا مبنى شيخ الرئيس في اله الشفاء لا لتقابل جوهري بينهما يعني ليس من التقابل الجوهري يعني آآ التظاد او التناقظ او التظايف او الملكة وعدم الملكة. وحتى كيف يعني العشرة اه مكيل والواحد مكيال اقول ان الوحدة وان كانت تعرض لجميع الاشياء حتى الكثرة تقول عشرة واحدة كما يقول القرآن عشرة كاملة يعني عشرة واحدة نعم حتى الكفرة الكفرة نفسها لكنها يعني الوحدة لا تجامع الكثرة في موضوع واحد بالقياس الى شيء واحد. يعني اذا نظرنا الى الكثرة من حيث الكثرة لا يمكن ان تكون واحدة تقابلها فان موضوع الكثرة من حيث صدق الكثرة عليه لا يمكن صدق الوحدة عليه. فبينهما تقابل قطعا تقابل قطعا والولد الصغير يدرك هذه المسألة. انت مثلا اشتريت اربع تفاحات رحت للسوق واشتريت اربع تفاحات كالأوروبيين الأوروبيين الغرب يشتري تفاحة اثنين نحن لا نحن عندنا الكرم وما عندنا ثقافة اقتصادية. نشتري اربعة كيلو تفاح لا تخيل انت الآن اوروبي اشتريت اربعة انتم اربعة في البيت انت والزوجة الكريمة وآآ والاولاد تفاحة لك تفاحة للزوجة الكريمة تفاحة للبنت الحنون التفاحة للذكر العزيز آآ نظفتها الزوجة نظفت هذه التفاحات وضعتها في الثلاجة حتى  ثلاجة تمص الحرارة حرارة السوق يعني بعد آآ اشتهيتم الاكل لا تجدون الا الا لا شيء الولد اكل الكل الذكر اكل الكل. سهم وسهم اخته وسهم الوالدين تقول له انت لقيت اربع تفاحات يقول لا ركيت واحدة سهمي فقط يعني ينكر خوف منك انظر فهم الوحدة في مقابل ماذا? في مقابل الكثرة العرف هكذا? لماذا? لان المسألة شهودية مسألة شهودية نعم وبالتالي الوحدة لا تصدق على الكثرة من حيث كثرة والكثرة لا تصدق من حيثها كثرة على الوحدة. نعم فبينهما تقابل قطعان جيد نكمل اذا عرفت هذا فنقول انك ستعلم ان اصناف التقابل اربعة تناقض كالوجود والعدم تضاد كالسواد والبياض كالعلم والجهل ملكة وعدم ملكة والتظايف كالفوق الفوقاني والتحتاني نعم انك ستعلم ان اصناف التقابل اربعة اما تقابل السلب والايجاب يعني الوجود والعدم او العدم والملك العلم الجال او التوافق فوق وتحت او التضاد كالسواد بالبياض وليس بين الوحدة والكثرة تقابل جوهر</w:t>
      </w:r>
    </w:p>
    <w:p>
      <w:r>
        <w:t>اي ذاتي يستند الى ذاتيهما بوجه من الوجوه الاربعة ليس من هذا القسم. وهذا ابتكار شيخ الرئيس رحمة الله عليه نعم لان الوحدة مقومة للكثرة ومبدأ لها ما شاء الله هذا هو الذي جعل ابن سينا يقفز الى هذا المبنى مبنى جديد ابتكار اه اشير الى مسألة تاريخية ثم اعود الى التطبيق المتني وبيان هذا المبنى الجميل في تراثنا الاسلامي اه تلف هذا التراث تلفو الأخلاقيات كثيرا بمعنى ان العالم يبتكر امورا جميلة في مجالات متعددة بالتفسير في العرفان في اللغة في النحو في الصرف في البلاغة الفلسفة في العرفان في علم الاصول في الفقه في وهكذا ونحن ندرس لا ننسب هذا الابتكار مطلقا لعلمائه اخلاقيا هكذا اخلاقيا هكذا. الغرب لا الغرب يسجل المبنى باسم صاحبه باسم صاحبه مثلا رحمة الله عليه في علم الأصول عنده ابتكارات جدا رائعة وتطال مساحات اخرى وحقول معرفية اخرى مثلا له ابتكارات في علم الاصول لها علاقة بفلسفة الاخلاق جدا راقية يقولون نظرية الاعتبار للسيد العلامة هي موجودة في جذور كلامه في متن كلام والسيد الصاد كما تعلمون والنعيمي والشيخ الانصاري وصدر المتألهين وابن سينا وو من كبار العلماء. عندهم ابتكارات ولا ننسبها اليهم اصلا ننساهم مطلقا. وانا في تصوري هذا غير جيد. يجب ان ننسب الابتكار صاحبه نعم هو لا يزيده شيئا لانه عند الله تعالى لكن هذا الانصاف من باب الانصاف. نعم اذا ليس بين الكفرة والوحدة هذا التمايز الجوهري والذاتي من الاقسام الاربعة. لماذا? لان الوحدة هي مقاومة للكثرة علة للكثرة وحدة تتكرر عشر مرات جات الكثرة اذن كيف بينهما التناقض? هل في تناقض بين العلية والمعلولية ام في التناغم المطلق? في التناغم المطلق? اذا انتفى التناقض هل بينهما التضاد? يعني الوحدة التي تقوم الكثرة تضاد اذا كان بينهما التضاد اينما تكون الوحدة لا يكون تكون الكثرة. هذا يدفع ذاك اليس كذلك نعم وليس بينهما ملكة وعدم الملكة لان الوحدة حاضرة كيان وليست عدما والكثرة ملكة لا ليس من هذا الصنخ وليس من باب التظايف ليس من باب التضعيف ولان اه اه لان المتظايفان نعم يتعقلا معا. لكن لا علاقة للقوام هنا. ما عندنا القوام فالفوقية لا تقاوم التحتانية والتحتانية لا تقاوم الف فوقيا مع اذا من اي قسم فالشيخ الرئيس شاف ان هذه الأقسام لا تجري على الوحدة والكثرة فشاف الوحدة هي تكيل تحقق كاع الا للكفرة يقول لان هذا تعليل يعني يعلل آآ التقابل الجديد المكيل والمكيال. لان الوحدة مقومة للكثرة لان علة لعلة الكثرة ومبدأ لها يعني اه قد تسأل تقول اه آآ القوام هنا ما معاه يقول مبدئية يعني علية ومبدأ لها وبتفسيرية وهما ثبوتيان ثبوتيان يعني شي له كيان وشي له كيان كلاهما له كيان مستقل الا ان الكيان الاول يقوم الكيان الثاني فليستا بسلب وايجاب. يعني انت في التناقض ولا عدم ولك انت فالعدم والملكة ولا متظايفين لان المقوم تقدم والمضاف مصاحب جميل جدا انت لا يمكن ان تفهم التحتانية مع الا بالفوقانية والفوقانية لم تحتل مع التحتانية. الفوق والتحت اما الوحدة قد تفهمها لوحدها بمعزل عن الكثرة والكثرة بمعزل عن الوحدة. نعم ولا متظادين لامتناع تقوم احد الظدين بالاخر بالعكس الظد يدفع الظد الاخر. فلم يبق بينهما الا تقابل عرضي ليس ذاتيا من الاقسام الاربعة. وهو باعتبار عروض العلية والمعلولية المكيالية والماكيلية العارضتين لهما نعيم فان الوحدة علة للكثرة ومكيال لها والكثرة معلولة ومكيلا. فبينهما هذا النوع من التظايف فكان التقابل على ذاتيا من اي قسمة تقابل المكيل والمكيال. المكيل المكيال ابتكار جدا جميل ولذيذ من اه ان من الشيخ الرئيس رحمة الله عليه المسألة العاشرة في اقسام الواحد. المسألة الطويلة وعريضة اه نخليها الى الحصة القادمة ان شاء الله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