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اللهم وفقنا والمستمعين لكل خير وصلنا معكم اعزائي اناء المسألة العاشرة في اقسام الواحد وانتم تعلمون ان القسمة هي فرع من فروع التعريف يعني بعدما نحدد المعنى  ثم نأتي ونقسمه الى اقسامه بضابطة ما وهذه الضابطة يجب ان تكون نفس امرية وواقعية حتى لا تكون القسمة اعتباطية ذوقية ساليقية قبل الدخول في اقسام الوحدة وهي سهلة جدا ان نتأمل الطالب فيها جيدا وركز يفهمها جيدا انها اقسام فقط ترشيح للمعنى لماذا نقسم? نقسم حتى لا ندخل الابحاث في بعضها البعض تتجلى الاقسام نبحث كل قسم على حدة فالابحاث لا تختلط ولا نقع في الاشتباه. فالقسمة الية معرفية مهمة جدا بالمعرفة وهي من باب الذات العاضد وليس من مبذة الاساس. يعني تعضد المسائل الاساسية والقوية. قبل الدخول في آآ اقسام الواحد او اقسام الواحدة احسن اشير الى نقطة مهمة جدا تفيدكم في مساركم المعرفي في سياقكم المعرفي الذهنية الانسانية تواكلن في باب الفلسفة او العقائد او الاصول او التفسير او الفقه تتحرك في بعدين وكل بعد بعد يلازم البعد الاخر. لا ينفك عنه التمييز ويحق لك ان تقول الاعتبار التمييز او الاعتبار في نظري انا شيء واحد مثلا الان اريد افهم  فيه مواد متعددة عندي مادة خشبية مادة نحاسية مادة برونزية مادة زجاجية وكل هذه المواد في شكل الدائرة دائرية الشكل هنا انا اميز الدائرة لوحدها نخرجها على الخشبية وعن الزجاجية والبرونزية الحديدية وو نميزها لوحدها هذا التمييز يعني اعتبرها كيانا مستقلا. فالتمييز هو الاعتبار اذن البعد الأول في كل حراك فكري نشاط معرفي والاعتبار الاعتبار لهذا المعنى يعني استخراج الحيثية لوحدها تمييز هذه الحيثية لوحدها حتى ادرس احكامها الخاصة بها لا اخلطها بموضوعاتها وبالحيثيات التي تجاورها فالتمييز بمعنى الاعتبار بل حراك الفكري والنشاط المعرفي يتحرك في دائما في التمييز وهذا التمييز او الاعتبار هو الذي يصنع المسائل يصنع المسائل فالمسائل تتميز عن بعضها البعض فيتشكل العلم فيستقر النشاط المعرفي يبقى فقط لابتكار مسائل جديدة هذا البعد مهم جدا. البعد الثاني جيد ميزنا وميزنا وميزنا ودرسنا ودرسنا بعد يأتي التنظيف بدون التنظيم والتنسيق العلم لا يستقر ولا يصل الى غايته اذا المفكر في نشاطه المعرفي يشتغل على الاعتبار بين قوسين التمييز وبينه وبعد ما يميز ويدرس الحيثية لوحدها. ويكتشف خصوصياتها واحكامها حينها ينظم فكره. هذا هو النشاط الفكري والنشاط المعرفي طبقوه على كل العلوم بما فيه هذا بما فيه هذا المتن سترون ان كلامه صحيح في اقسام الواحد او اقسام الوحدة افضل قال ثم معروضهما معروض من? معروض الوحدة والكثرة. تقول سين واحد سين كثير ثم معروضهما قد يكون واحدا سين واحد وسين كثيرون المعروض واحد فله جهتان بالظرورة فجهة الوحدة ان لم تقوم جهة الكثرة خلينا بعد هذه النقطة آآ نركز على فلها جهتان بالظرورة اذا كان المعروض واحد سين فتقول سين واحد والسين كثيرون من جميع الحيثيات صارت الوحدة هي الكفرة والكثرة هي الوحدة. وقلنا التميز بين او التقابل بين الكثرة والوحدة تقابل المكيل والمكيال ويصير المكيل هو المكيال والمكيال هو المكيل وهذا اجتماع الناقضين اذا حتما الواحدة باعتبار والكثرة باعتبار اخر حتى لا يتدمر سين سين يكون واحدا وكثيرا يعني يكون مكينا ومكيال في الان نفسه. واضح المسألة? نعم هذا هو ثم معروضهما يعني سين واحد سين كثير. قد يكون واحدا يعني سين فله هذا السين فله جهتان بالضرورة لا يكون واحدا وكثيرا من جميع الحيثيات فيصير هو المكيال والمكيال. معقول غير معقول نعم يجرنا الى اجتماع الناقضين اذا وصلنا الى اجتماع النقيضين يعني فيه زيف معرفي هذا الزيف المعرفي علماؤنا ومتوننا تشير اليه بكلمة باطل او خلف باطل خلف باطل خلف هذه العبارات البربرية. واضح الان? فجهة الوحدة هنا يركز على الوحدة فجهة الوحدة ان لم تقوم جهة الكثرة يعني الوحدة ليست من قوام الكثرة نعم ولا تعرض لها فالوحدة عرضية ليست ذاتية فالوحدة ليست ذاتية وان عرضت الكثرة كانت موضوعا او محمولات عارضة لموضوع او بالعكس. يعني اما ان تكون محمولات او تكون ماوظوعات وان قومت قومت الكثرة فوحدة جنسية يعني تقول الحيوان الحيوان بالنسبة الى الأنواع يعني عندك اسد انسان بقر في البزولة كلها تتوحد في حقيقة واحدة هذه الحقيقة تسمى الوحدة وحدة جنسية او نوعية كالأفراد بالنسبة الى الإنسان او فصلية افراد بالنسبة الى الناطقين وقد يتغاير فموضوع فموضوع مجرد عدم الانقسام لا غير وحدة بقول مطلق هذه الوحدة التي آآ لا تنقسم من جميع الجهات هذه هي الوحدة المطلقة متمحضة في الوحدة والا نقطة يعني اما وحدة بقول المطلق يعني وحدة من جميع الجهات لانها لا تقبل الانكس في الانقسام. فموضوع مجرد عدم الانقسام لا غير وحدة بقول مطلق. نعم والا نقطة النقطة النقطة في عند القدماء بسيطة يعني موحدة من جميع الجهات فلا تقسم بسيطة والبسيط لا يقسم يعني ليس له مركبات لكن عند الدقة عند المتأخرين النقطة هي امر عدمي لماذا? لانها نهاية الخط آآ فالمسألة آآ لحظية وما جاءوا الى الخط فوجدوا الختم هو تكرار النقطة النقطة مقاومة للخط فهي امر وجودي وهي بسيطة فلا تنقسم بهذا اللحاظ جعلوا اعطوا لها كيانا اما اللي حاضر الثاني ما هو? انت لا انت تلاحظ الخط وليس النقطة المكونة للخط المتكررة. الخط يمتد ثم يتوقف. يتوقف تأتي النقطة فتكون ليس امرا ثبوتيا وجوديا تكون  اه امر عدميا والامر العدمي سلب بانتفاء الموظوع لا يقبل الانقسام لانه امر ادمي يجب ان تلحظ الوحدة هكذا. هنا المحقق الطوسي باعتبار باعتباره وصفها بالوحدة بالبساطة والوحدة فقرأها كامر ثابت وكيان. نعم والا نقطة ان كان له مفهوم زائد ذو وضع. نعم. ان كان يعني تشكيكية يعني ان كان له مفهوم زائد ذو وضع يعني اذا كانت النقطة امر امرا ثبوتيا اما اذا كانت امرا عدميا فهي سالبة بانتفاع الامور لان الامر العدمي لا يقصر لا هوية لا او مفارق ان لم يكن ذا وضع مفارق يعني اه انتزاع مجرد هذا ان لم يقبل القسمة والا فهو مقدار يعني يحاضي هذه الوحدة  اذا لم تقبل القسمة هي الوحدة المطلقة او النقطة اذا قبلت قسمة عندك اما مقدار يعني الامتداد او جسم بسيط الجسم البسيط اه يعني ليس له مركبات او مركب مقدار يعني امتداد جسم بسيط او مركب هذه كلها تعرض عليها الوحدة. تقول نقطة واحدة الوحدة مطلقا واحدة الجسم البسيط غير المركب واحد والمركب يعني كذلك واحد يعني انت تشوف مثلا الاكسجين بيجتمع مع الهيدروجين ويعطي الماء فالماء يتصل بالوحدة مع انه له مكونات ومركب هذا هذه قسمة فقط ولهذا لا تحتاج الى الدليل القسمة دائما في بعد تصوري والتصورات لا معنى للاستدلال فيها</w:t>
      </w:r>
    </w:p>
    <w:p>
      <w:r>
        <w:t>لعل من حلي هنا يوضح المسألة اكثر هذه الالغاز التي انا بينتها باختصار الان تتضح لكم بعمق. اقول قد بينا ان الوحدة والكثرة من المعقولات الثانية. قلنا ان مفهوم الوحدة ومفهوم الكثرة معقولات ثانية يعني حيثيات يعني لا هويتها لها مرة نتكلم بلسان الحيثية يعني في البنية الخارجية. مرة نتكلم بالمعقولية فنكون في البنية الذهنية يعني هذه تعقل ولا تلمس قلت لكم من خاصيات الحيثيات انها تعقل ولا تحس لا تمر بالحس والخيال نعم هادي بيناها ان مفهوم الوحدة معقول ثاني يحكي حيثية. لا هوية لها. يعني ليس لها متن مستقل وجود ربطي والكثرة كذلك من المعقولة الثانية وظحناها العارضة للمعقولات الاولى وخاصية الحيثيات تحتاج الى موظوع في احتياجها الى الموضوع لانها لا هوية لها مرتبطة بموضوعها الموضوع معقول اولي والحيثية معقول ثاني العارضة للمعقول الاولي. اذا عرفت هذا هذه بيناها فيما سبق اذا عرفت هذا هذا فموظوعهما يعني الوحدة والكثرة اعني المعروف تموظوع الكفرة والوحلة. ما هو الموضوع? يعني المعروف ما تعرضه الوحدة والكثرة اما ان يكون واحد او كثيرا يعني تقول سين واحدون سين كثير هنا واحد. اما لا تقل سين واحد صاد كثير فان كان واحدا يعني تخيل عندنا سين واحد سين كثيرون يعني المعروض واحد هو سين. فاذا كان واحدا كانت جهة وحدته يغير جهة كثرته مع يعني سين تعرضه الوحدة وسين تعرضه الكثرة. يعني سين واحد يكون مكيالا ومكيلا هذا اجتماع النقيضين. حتما عروض الوحدة من جهة وعروض الكفرة من جهة اخرى حتى لا نقع في التناقض. هذه بيناها. نعم. فان كان واحدا يعني المعروف يعني سين كانت جهة وحدته غير جهة كثرة بالضرورة بالظرورة من يفرض عليك هذه الضرورة? المعايير العقلية يعني مبدأ التناقض نعم لاستحالة يبين هذه الضرورة. لاستحالة استحالة يعني مبدأ التناقض بمجرد تقول استحالة مبدأ التناقض خلينا نخرج الى حاشية صغيرة هنا في قوله لاستحالته تعليل ام لا علل باجتماع النقيضين بمبدأ التناقض. اذا مبدأ التناقض ليست قضية ادراكية ما بها نصحح العلم او نزيف ما هو زايف من العلم فليست هي قضية هي دائما في الظل في الظل لاستحالة كون الشيء الواحد يعني السين المعروض للوحدة والمعروض للكثرة. بالاعتبار الواحد يعني من جهة واحدة واحد كثيرا. لماذا? ليلزم ان يصير المكيل مكيالا والمكين مكيلا واذا ثبت انه ذو جهتين يعني سين له اعتباران لحظان جهتان بجهة يكون واحدا وبجهة اخرى يكون كثيرا. فاما ان تكونوا جهة جهة الوحدة مقومة لجهة الكثرة. يعني هذه الوحدة مقاومة للكثرة. يعني سين واحد وكثير. من جهات من جهتين. والوحدة هي مقاومة الكثرة في سين اولى اولى تكونوا مقاومة. اما مقاومة يعني اما الداخل داخل سين واما ليست داخل داخل السجن فان لم تكن مقوما فان لم تكن مقاوما يعني ليست في داخل سين هذه الوحدة التي تجعل سين كثيرا نعم فان لم تكن فان لم تكن اه مقاومة فاما ان تكون عارضة لها يعني ليست داخل داخل الكثرة. اذا لم تكن داخل الكثرة تكون خارج الكثرة وتكون عارضة. لها او لا اما عارضة او لا. يعني دائما يعطي الاحتمالات اذا لم تكن مقومة يعني ذاتية كدات باب من المقومات الداخلية لسين يعني سين كثير وواحد من جهة طبعا وهذه الوحدة هي التي تقوم كثرة السي واما لا لا تكون مقاومة لا تكونوا مقاومة يعني خارج الذات خارج ذات السن هنا في احتمالا اما ان تكون عارضة يعني تعرض السن واما ان تكن لا لا تعرض الصين فان لم تكن عارضة فهي الوحدة بالعرض وحدة بالعربي يعني ليست وحدة بالذات. يعني اه وحدة اه تستطيع تقول اه متطفلة لا تقتضيها لا يقتضيها سين لذاته كما تقول نسبة الملك الى المدينة كنسبة الرئيس الى السفينة. انظر يعني هنا نسبة واحدة. نسبة الملك الى المدينة كنسبة الرائس الى السفينة. الرئيس يعني هذا الربان الذي يقود السفينة نسبة الملك الى المدينة كنسبة الرائس الى السفينة ما هي الوحدة هنا? العربية التدبير. الوحدة التدبيرية. الملك يدبر المدينة والربان الرائس يدبر السفينة. هذه الوحدة. هذه واحدة آآ عرضية. لماذا? لان آآ لا يقتضيها ذات الملك ولا تقتضيها ذات الرائس. يعني بالقياس الى المدينة وبالقياس الى السفينة عرظته هذه آآ الامر. اذا اذا قست نسبة المالك الى المدينة ونسبة الرئيس الى السفينة واحدة وهي ما هي الوحدة العربية ووحدة تدبيرية. وكذلك حال النفس الى البدن كحال الملك الى المدينة. الناس تدبر البدن والملك يدبر المدينة. اذا الوحدة تادبيرية. فانه ليس هناك نسبة واحدة ولا ولا حالة واحدة. نعم بل هما نسبتان وحالتان نسبة الملك الى المدينة ونسبة النفس الى البدن. فالوحدة بينه عربية يعني اه تدبير النص للملك وتدبير اه تدبير النص للبدن وتدبير الملك للمدينة وحدة تدبيرية لكن هل الوحدة التدبيرية هنا حقيقية حقيقية على ارضية عربية نعم لماذا? لان النفس والبدن امر تكويني يعني تدبير النفس لبن امر تكويني وتدبير المالك للمدينة تدبير  وان كانت الوحدة عارضة للكثرة فاقسامه ثلاثة. يعني اذا اه كانت عارضة ليست اه اه خارجة فاقسامه ثلاثة. احدهما ان تكون موضوعا كما تقول الانسان هو الكاتب يعني الانسان هو ملاك الوحدة بان جهة الوحدة هنا هي الانسانية دائما في المحمولات المحمولات آآ دائما الذي يوحد هو الموضوع لان المحمول بدون وحدة الموضوع يتلاشى لا معنى له نعم معرفيا له معرفيا الملاك هو المحمول لكن انعقاد القضية ملاك هو الموضوع. لان اذا نزعت الموضوع القضية لا تنعقد. المحمول يبقى في فراغ. اما اذا جئت الى المعرفة الموضوع معطى لك الملاك هو المحمول دقق جيدا في هذه النكات الدقيقة. نعم كما تقول الانسان هو الكاتب ما هو ملاك هذا انعقاد هذه القضية? فان جهة الوحدة هنا هي الانسانية وهي موضوع. الثاني وان تكون محمولات عرظت لموضوع واحد كقولنا الكاتب هو الظاحك عندنا ملاك الوحدة هنا ليس لا الكتابة ولا الضحك ملاك الوحدة هنا بين الكاتب وهو الضاحك والانسان الانسان الكاتب يكون بكتابته ضاحكا. يعني الكتابة تثبت للانسان لا آآ تثبت للانسان والظاحكية تثبت للانسان الظحكية لا تثبت للكاتب عرضية بالنسبة الى الكاتب. يعني بالعرض ليس بالذات. الظاحك بالذات للانسان. اذا الموحد بين الكتابة والضحك ما هو? الانسان. نعم نعم فان جهة الوحدة ما هو موضوع لهما يعني اعني الانسان. لولا الانسان الكتابة لن تتحد مع الضحك والضحك لا يتحد مع الكتابة. الثالث ان تكون موضوعات لمحمول واحد كقولنا القطن هو ثلج فهنا جهة الوحدة هي صفة لهما يعني البياض. اعني البياض. نعم. القطن هو الثلج. طبعا هذه هذه امثلة فيها تسامحية لان القطن الهوية مستقلة عن الثلج نعم اه لكن فيه وحدة عربية والعرف يدركها. تخيل انت الان اه تقول لابنك تأتيني بقطن هو يبحث يبحث</w:t>
      </w:r>
    </w:p>
    <w:p>
      <w:r>
        <w:t>في زمن الشتاء والبرد والثلج موجود يبحث يبحث اه يقول لهم ما وجدت قطنا آآ وجدت ثلجا فقلت ائت به. لماذا? لانك انت لا تنظر الى القطر بما هو قطن. انت همك البياض بمجرد ان قال لك وجدت ثلج تقول تأتي به اذا جاء تمت تمت الغاية لم يأت بالقطن جاء بالثلج تمت للغاية. لماذا? لان هنا وحدة عرضية هي البياض واما ان كانت جهة الوحدة مقومة لجهة الكثرة. راحلة تقويم. كيف? يعني عندنا سين واحد سين باعتبار ثان بحرف ثان كثرة نأتي الى سين كثير وواحد باعتبارهم طبعا بلحاظ لكن الوحدة مقاومة للكثرة داخل سين واما ان كانت جهة الوحدة مقومة لجهة الكثرة فهي جنس ان كانت مقولة على كثرة مختلفة بالحقائق في جواب ما هو? تقول ما هو الانسان حيوان ما هو الحمار انسان ما هو الاسد اه حيوان لحد تعدد الانواع وفيه وحدة اه جامعة نعم. فالحيوانية مقومة لهذه الكثرة. مقاومة للحمار. للانسان للاسد والنمر قلنا الحيوان جهة اشتراك في هذه الانواع. مقومة داخلية. الحمار حيوان بليد مثلا اه الانسان حيوان ناطق الاسد حيوان مفترس في داخل هذه الانواع ونوع ان كانت الحقائق متفقة. يعني عندك آآ اه طه ليلى بلال خالد علي زينب كلها حقائق انسانية متفقة فتتوحد في الانسانية والانسانية مقومة لهما انزع الانسانية عن بلال يتلاشى ينزع الانسانية عن الليلة تتلاشى. اذا هي مقاومة تقويم النوع لافراده وفصل ان كانت مقولة في جواب اي ما هو في جوهره يعني انت الان الناطقية الناطقية تذهب الى بلال الناطقية موجودة في بلال. لان الانسانية موجودة في بلال بتبعيها الناطقية تكون في بلال. والناطقية مقاومة لبلال. مقاومة لزينب. مقاومة لليلة. مقاومة لطه لكن مقاوم في جواب اي شيء هو يعني تمييز داخلي نعم وفصل ان كان تمقولة في جواب اي ما هو في جوهره التمييز الداخلي الفرق بين الفصل والخاصة ان الفصل يميز الخاصة تميز ما الفارق? الفصل يميز داخليا? يعني جوهريا والخاصة تميز خارجيا برانيا نعم وان كان موظوعها كثيرا يعني موضوعات كثيرة سين صاد عين ميم تعني يكون موضوع الوحدة شخصا وان كان موظوعهما يعني موظوع الوحدة والكثرة. كثيرا يعني يكون موظوع الوحدة شخصا واحدا فاما ان يكون يعني اه الوحدة تعرظ سين الكثرة تعرض الصاد في منظومة كثير ليس سين تقول سين واحد صاد كثيرون هذا هو معناه وان كان موضوعهما يعني موضوع الوحدة والكثرة كثيرا. اعني يكون موضوع الوحدة شخصا واحدا يعني ليس هو موضوع الكثرة فاما ان يكون ذلك الموضوع هو موضوع مجرد عدم الانقسام لا غير اعني ان يكون وجود ذلك الشخص هو انه شيء غير منقسم وليس له مفهوم وراء ذلك يعني الوحدة المطلقة وهو الوحدة نفسها يعني الوحدة المطلقة مفهوم الوحدة مطلقا ما هو مفهوم الوحدة? يعني الامر الذي لا ينقسم. حيثية التي لا تنقسم نعم وهي الوحدة المطلقة. واو يكون له مفهوم اخر. فان كان ذا وضع فهو النقطة. بناء على ماذا? بناء على ان النقطة امر ثبوتي. والا يعني لم تكن لها وضع فهو العقل والناس. يعني لم يكن لها وضع. يعني ليست من المادية او العقل والنفس العاقل واحد والنفس واحدة نعم العقل واحد والنفس واحدة وهذه الكثرة العقل والنفس كثرة. لاحظت كيف نعم هذا ان لم يقبل القسمة وان كان الموضوع للوحدة قابل للقسمة يعني هذا الموضوع قابل للتفكك فاما ان تكون اجزاءه مساوية لكله او لا يقسم بين النفي والاثبات والاول هو المقدار يعني ايه امتداد نعم اما ان تكون اجزاءه مساوية لكله يعني الاجزاء اذا اخذتها وجمعتها تعطيك الامتداد الاجزاء المجتمعة هي الكل والاول هو المقدار ان كان قبوله للانقسام لذاته والا فهو الجسم البسيط والثاني الاجسام المركبة هذه هي الموضوعات موضوعات الوحدة وموضوعات الكثرة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