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يا الله سبحان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وفقني الله واياكم لكل خير وصلنا معكم الى هذه الفقرة قال وبعض هذه اولى من بعض بالوحدة. يعني هذه المعروضات التي بيناها تعرظها الوحدة والقطرة مقولة بالتشكيك مقولة بالتشكيك وبعض هذه اولى من بعض يعني آآ التشكيك. قلنا التشكيك آآ المدرسة تسميه التشكيك المفهومي ما معنى التشكيك المفهومي? يعني التشكيك الحيثي  ابين هذه المسألة لانها مهمة جدا وعندها علاقة بالحكمة المتعالية واسرار في الوجود عندنا واقعية خارجية الانسان مثلا الانسان واحد معلول يعني مخلوق متأخر على علته ممكن حيث يتموا تعدد حيثيات متعددة هذه الحيثيات قد تكون مشككة بمعنى مرة تكون في موظوع يستحقها هو بالاولوية الاولوية له وسابق في الاتصاف بها الاولية وشديد في الاتصاف بها ثم تكون في مصداق ادنى ليس له الاولوية له الثانوية في الاتصاف بها ومتأخر في الاتصال بها وضعيف في الاتصال بها هذا التفاوت بالحيثية يسمى التشكيك المفهومي بالحيثية لا يمس الموضوعات. الموضوعات ثابتة. انما هيات ولا تشكيك في الماهيات الماهية التفاوتات اه اه مثلا التفاوت في الانسان انا الان مع بلال انسان ومع ليلى انسان في التفاوت في قعر الانسانية وليلى بذلك البعد الذي زادت وفاضت على على بلال ماذا تكون? انسان او غير انسان اذا كانت في ذلك الامر الزائد الفائض المنبسط انسانا فبلال تخترق اه انسانيته تفسد ان انسانيته. فبلال انسان ليس بلال. اما اذا كانت في ذلك الزائد والفايض ليست انسانا فإذا الليلة إنسان وليس بإنسان. لا يمكن التشكيك في الماهية. التشكيك في صفاتها في احكامها في الحيثيات لماذا يسمى التشكيك المفهومي? لان الحيثيات تعقل ولا تلمس فاوصافها كذلك تعقل فتقول تشكيك معقولي تشكيك مفهومي هذا فقط صدر المتألين ادخل التشكيك في قعر الموضوعات لماذا? لانه نزع المائيات ووضع الوجود فوجد الوجود يقبل كذلك التشكيك يقبل الشدة والظعف. هذا من الابتكارات الخارقة للعادة في تاريخ الفكر انساني الوحدة والكثرة كذلك باعتبارها باعتبارهما حيثيات وليست ذوات واقعيات فيجري فيها هذا التفاوت والاولية والاولوية والشدة والظعف. فالله تعالى واحد وانت واحد فهل وحدة الله تعالى كوحدتك مع انها هي حيثية واحدة للاشتراك المعنوي كل الحيثيات بالاشتراك المعنوي? يقولون نعم المعنى واحد لكن الاتصاف يكون في الله تعالى او واجب الوجود يكون هناك بالاولية والاولوية والشدة وحدته تسانخ ذاته ذاته لا متناهية وحدته لا متناهية فهذه الوحدة والكثرة في الواقعيات متفاوتة وليست على وتيرة واحدة يعني مشككة. نعم. اقول الواحد من المعاني المقولة على ما تحته بالتشكيك انا بينا. ملاك التشكيك ما هو? ضابطة التشكيك تقول الاولوية والاولية وا آآ الشدة والضعف الاولوية يعني استحقاق الإتصاف من يستحق الاولية شديد ثم الشدة في الاتصاف ثم في الاولية. يعني التقدم والتأخر اه ملاحظ فان بعض افراده اذا ركزنا على الوحدة اولى باسمه من بعض يعني اولى بالحيثية باسمه يعني باسم الوحدة يعني بالحيثية بحيثية الوحدة من بعض فان نفس الوحدة الحقيقية يعني في الواجب تعالى اولى بالواحد من بالعرضية او مثلا لا لا تقل مصداق واجب الوجود. يعني الوحدة الحقيقية في مقابل الوحدة العربية. اذا الوحدة العربية عرضتنا الوحدة به بالعرظ بلحاظ الماء اما الوحدة الحقيقية عرظتها الوحدة لذاتها تعرضها الوحدة لذاتها. اذا من الاولى بالوحدة الوحدة الحقيقية ام العربية الوحدة الحقيقية والواحد بالشخص اولى به من الواحد بالنوع. نعم لان الواحد بالشخص شديد. والواحد من نوع فضفاض نعم وهو اولى به من الواحد بالجنس يعني الواحد بالنوع واولى بالوحدة من الوحد بالجنس لماذا? لان كلما صعدنا في قوس الصعود الجنسي اه اه يأتي الابهام والعمومية الإنسان اقرب الى الوجود فيكون بوحدته اشد من الحيوان الذي هو اه الذي هو اعلى في قوس الصعود من الانسان من حيث الترتب الصعودي. نعم هذه واضحة جدا. والوحدة من اقسام الواحد اولى بها به من غيرها وهو ظاهر. نعم والوحدة من اقسام الواحد نعم اولى به آآ به يعني بهذا الاتصاف باتصاف الوحدة من غيرها من غير الوحدة من اقسام واحد يعني الوحدة هي الوحدة واحدة بالذات واقسامها تتصل بالوحدة لان الوحدة موجودة فيها يعني غيرها يعني تجلياتها. نعم اذا اذا طبقت بالمثال تقول الوجود بالذات المقدسة الذاتي له اما الوجودات في الوجود في المخلوقات ليس اه ذاتيا للمخلوقات وانما آآ وجود مجازي. مجازي هنا بمعنى اعطائي لولا الافاضة الالهية نحن لا نتصل بالوجود اذا الوحدة مقولة بالتشكيك والكثرة مقولة بالتشكيك قال ولهوه على هذا النحو الهوهو يعني الحمل الحوه يعني الحمد تقول الانسان ضاحك الانسان عالم. هذا هذا طبعا قلت لكم في مبدأ الجوهرية في اول هذه الدروس قلت لكم انه هو يتصرف يتصور دائما في مبدأ الجوهرية. يعني نخرج من مبدأ الهوية ثم نروح الى حيثيات الهوهوية. الانسان انسان هذا مبدا هوية مبدأ الجوهرية نقول الانسان عالم الانسان جالس الانسان مريض الانسان بخيل تأتي المحمولات هناك نقول هذا هذا من جميع الجهات لا الهوهوية من جهة وحدة ومن جهة كثرة. قوام الحمل هذا هو جهة اشتراك واحدة. جيت اختلاف كثرة. اقول الهوه ان يكون للكثير من وجه وحدة من وجه. يعني جهة واحدة وجيت كثرة. هذا هو الحمل حمله نعم فقياس الهوهو قياس الوحدة. يعني الوحدة من مباحثها الحاملة فكما يقال الوحدة اما في وصف عرضي او ذاتي كذلك وبالجملة. اقسام الوحدة هي اقسام الهبوء. نفسه يعني في الفلسفة الان يدرسون يدرسون في باب الوحدة نعم. هو هو لماذا? لان الحبل لا ينعقد اذا لم تكن جهة اشتراك. يعني الوحدة نعم لكن مع الكثرة انظري يركز لك الحمل ليس وحدة مطلقة وانما وحدة فيه كثرة وحدة في كفرة يقولون الوحدة ملاك الحمل والكثرة ملاك التميز تميز الموضوع والمحمول. خليني نقف عند هذه المسألة لانها هي لغة بربرية. الطالب يسمعها ولا يتقنها لكن بمعايير العقل تتضح انت عندك الإنسان في دائرته ماذا تقول في دائرة تقول انسان وانسان وعندك العلم. ماذا تقول في دائرته؟ تقول العلم علم لا اكثر ولا اكثر. باي معيار عقلي بمبدأ الهوية. الانسان انسان علمه علمه. ثم تأتي وتربط بين الدائرتين الانسان عالم الانسان عالم يعني كانت كثرة لان الموضوع له هوية والمحمول له هوية فتتميز هوية الانسان عن هوية العلم اذا الكثرة هي اساسها التميز بين الهويتين لماذا تقول في الحمل في كثرة? لان الموضوع في مبدأ الهوية متميز على المحمول في مبدأ الهوية. اين الانسان من العلم? الانسان حوار ناطق والعلم كاشفية هل هناك ارتباط بينهما? لا ابدا ثم تقول الانسان عالم ياتي الحمل اذا هذه الكثرة التي</w:t>
      </w:r>
    </w:p>
    <w:p>
      <w:r>
        <w:t>تعينت على اساس مبدأ الهوية وتميزت ملاك الكثرة في الحمل. ثم الوحدة ملاك الاتحاد. ملاك الاتحاد هذه نقطة يجب ان نفهمها جيدا اذا وجدت في كلام العلماء ان الحمل اه كثرة ووحدة يعني جيت اشتراك وجيت اه اختلاف وتميز لهذا السبب. الكثرة لان الهويات كلها مستقلة بتمام الذات في مبدأ الهوية ثم يأتي الحمل وهنا تأتي المسألة الدقيقة والجميلة سجلها اه اذا كانت هوية الانسان متميزة في دائرته ما هو انسان وانسانه والعلم هو العلم والكاشفية هي الكاشفية بأي ملاك انتم وحدتم انتم تقولون التميز والتباين الذاتي باي شيء اه اه وحدت اه هنا يجب ان نفهم مسألة جميلة جدا وبحث الاشتقاق يعلمنا هذه المسألة يعني العلم يجب ان يكون في ملاك غير ملاك الانسانية يعني ينظر الى الانسان ليس بملاك الانسانية لمن لان الانسانية تباينه. كل في دائرته من يفتي بهذا مبدأ الهوية. الانسان انسان العلم علم اذا لماذا جاء العلم وحمل على الانسان لمبدأ في الانسان ما هو? ذلك الكمال العلمي اذا الانسان عنده كمال علمي هذا الكمال العلمي ليس من مقوماتهم المنصفة هو الذي يصحح المحمول اذا لماذا الانسان عالم? لانه عنده كمال علمي لا هو جنس وهو حيوان ولا هو الناطق  صفة خارج الجنس والفصل خارج قوام الإنسانية مبدأ الهوية الإنسانية هذا هو ملاك الحمل من يكشف هذا اه بلاك الحلم بلاك بلاك الحمل يعني هذه الصفة العلوم العلوم تبحث عن هذا الملاك انطلاقا من معيار مبدأ السبب الكافي نعم انت تبحث تقول باي ملاك قلت ان هذا الانسان عالم? تقول القى محاضرة دسمة القى محاضرة في علم النفس دسمة جدا هذه دليل على انه محيط بهذا العلم احاطة ورائعة القى محاضرة في الفلسفة عميقة جدا القى محاضرة في العلم الاجمالي في علم الاصول دقيقة جدا وعالج كل المباني وناقشها بعمق هذا دليل على انه عالم فتقول هذا الانسان عالم نعم هذه هي نعم  والوحدة في الوصف العربي والذاتي. يعني الوحدة مرة تكون عرضية. مرة تكون ذاتية عربي يعني آآ ليست ذاتية مثلا قلنا تدبير النسل البدن وتدبير الرئيس للمدينة وتدبير الربان الرئيس للسفينة وناس في وحدة وحدة عرضية واحدة اعراضية التدبير التدبير التدبير التدبير التدبير كل اجتمعت في حيثية وهي التدبير. فهنا وحدة لكن هذه ليست وحدها ذاتية. وحدة عربية لماذا? لان ما فيه تناغم وجودي بين تعلق الناس بالبدن  تعلق الملك بالمدينة وتعلق الرائس بالسفينة هذه الوحدة العربية الوحدة الذاتية لا الوحدة الذاتية لأصل الموضوع في عمق الموظوع يقول فقد تتغير الاسماء المضاف الي اقول الوحدة في الوصف العرضي والذاتي تتغير اسماؤها بتغاير مضاف اليه حسب اللحاظ فان الوصف العربي وهو المضاف اليه الوحدة. يعني تقول الرئيس بالنسبة الى المدينة والنفس بالنسبة الى البدن والرائس بالنسبة الى السفينة. آآ عندهم وحدة تدبيرية وان كان كيفا كان كيفا يعني كنا في الكيفيات بالكيفيات تسمى مشابهة اذا المشابهة واحدة في الكي تقول هذه البنت تشابه هذه البنت ماذا? في كيفية من الكيفيات وهي الشكل لا مشابهة وان كان في الكم سمي مساومة يعني مساومات يعني الخط عندنا خط الف وخط باء اذا طبقنا هذا الخط على الخط الثاني وجاءت المطابقة التامة جاءت المساواة اذن المساواة وحدة في الكم كما ان المشابهة واحدة في الكيف والمشاكلة واحدة في الشكل وان كان في الاضافة سمي مناسبة بالاضافة مناسبة نعم وان كان في الخاصة سمي مشاكلة في الخاصة يعني ذلك العرضي الذي تجتمع فيه اه مجموعة نعم وان كان في اتحاد الاطراف سمي مطابقة نعم هذا يطابق هذا هذه مطابقة وان كان يعني شوف اليد على اليد تصير وحدة هذه الوحدة من اي سلخ يعني حتى نميزها نقول وحدة المطابقة. وان كان في اتحاد وضع الاجزاء سمي موازاة خط يوازي الخط مثل اه اه خطي السكك الحديدية هذا يوازي هذا. نعم وباقي الاعراض ليس لها اسماء خاصة مصطلحات فقط ليست مسائل علمية وانما هي آآ مواضعات تواضعها للانسان للتمييز هذه الامور. نعم الانسان يضطر الى وضع الالفاظ لتشخيص المعاني في خياله واما الوصف الذاتي هذا الوصف العرضي اما الوصف الذاتي الذي تضاف اليه الوحدة ايضا ان كان في الجنس ثم المجانسة وان كان في في النوع سمي مماثلا. يعني زيد له وحدة مع ليلى في الانسانية. فزيد يماثل اه ليلة ليلة تماثل اه زايدا. واذا كان في الجنس تقول الانسان يجانس الاسد في الحيوانية نعم فهذه كلها مباحث تصورية وليست مباحث تصديقية. نعم. ما معنى المباحث التصورية هي اه تفصيل المفاهيم اذا دخلنا الى التصديق وتأسيس القضايا لنتشوش لا ندخل المجالسة في المماثلة ولا ندخل في الوحدة الوحدة الجنسية في الوحدة النوعية فنقع في المغالطة. مغالطة خلق المقولات. الان الادب العصري الادب العمودي اذا لاحظتم فيه مسألة يخلط في المقولات ابداع ادبي رائع جدا لماذا? لانه في عالم الاعتبار في عالم الاعتبار ليس في عالم التكوين. ففيه خلط مقولي كل ما كان الشاعر والاديب يحسن خلط المقولة كلما كان شعره وادبه لذيذا مستساغا جميلا رشي قال نعم اه هذا آآ الفلسطيني الشعب الفلسطيني الشعب الفلسطيني درويش محمود درويش يقول الخطوة المتوقفة هل طبيعة الخطوة في التكوين تتوقف اذا صدق عنوان الخطوة على على الخطوة يعني الخطوة راح ما تتوقف تتحرك يقول الخطوة المتوقفة اشارة الى القضية القضية العربية مع مع اسرائيل وتوقفت خطوة لكن متوقفة طبعا هو له غرظ سياسي من هذا الامر حتى يبين يبين لنا مرض الامة انها تتحرك ولا تتحرك انظر هذا الخط المقولي كم جميل. خطوة متوقفة لم تكن هذه الالية معهودة في في في الماضي وانت اذا حللت القصائد الادبية من هذا النوع آآ ترجعها الى نفس الامر. تجدها متناغمة مع نفس الامر. لماذا? لان هذا التلاعب في المقولات وآآ جعل التناقضات متداخلة متضاربة متناقضة مجتمعة فن فن ادبي راقي جدا راقي جدا نعم نعم  انتم يجب ان تنفتحون على الادب النجف الاشرف كان مولد للادب مدرسة في الأدب مدرسة في الادب. اعطيكم معلومة اه هذا الشاعر المصري الكبير شوقي صاحب المدرسة الشعرية كان حافظا لكل قصائد الموالين. لكل قصائد شعراء الموالين. حافظها على ظهر قلب لماذا لان شعر المدرسة جدا رائع وراقي جدا. لكن هذه الحيثيات لظروف سياسية بعثية خبيثة راحت من النجف ونأمل ان شاء الله ترجع الى النجف ومعهد الادب ومعهد مهد الادب مهد الشعر العميق. يا الله! ان شاء الله! نعم قال والاتحاد والاتحاد محال نعم في الحمل لا يمكن ان يكون الاتحاد من جميع الجهات  تندمج مبدأ الجوهرية في مبدأ الهوية. مثلا تقول الانسان عالم تقول هنا وحدة مطلقة ما في اختلاف يصير العلم هو هوية الانسان والانسان هوية العلم كانك قلت الانسان انسان والعلم علم او العالم عالم رجعنا الى المبدأ الهوية. رجعنا الى القهقرة. لم نشكل القضايا</w:t>
      </w:r>
    </w:p>
    <w:p>
      <w:r>
        <w:t>فتتداخل المعايير العقلية بعد هذا لا معنى له نحن اذا انتقلنا من مبدأ الهوية الى مبدأ الجوهرية نريد نشكل قضايا. يعني شيء جديد جاء. بمجرد ان نقول شيء جديد على الموضوع يعني كثرة. يعني فيه واحدة وفيه كثرة الوحدة المطلقة هذا مستحيل. يقول والاتحاد يعني مطلقا مطلقا بحيث يصير الموضوع هو المحمول والمحمول هو الموضوع من جميع الجهات رجعنا القهقرة الى مبدأ الهوية. والاتحاد محال فالهوه يعني الحمد يستدعي جهتي تغاير واتحادي على ما سلف كما بين اذا من يجعل اه غير مبدأ نهوية والمعايير العقلية. هذه المعايير العقلية المعايير العقلية لا يمكن ان تدمج اذا ادمجت لا يمكن ان ينكشف لنا الواقع نعم الواقع اذا قال لك شخص رأيت عالما تقول من? يقول زيد. ها? زيد انسان لم تأتي بشيء بشيء جديد اقول لك عالم? لا هي عالم يعني انسان هذا هو الاندماج المطلق محال عرف ومحال اقول لك عالم يعني له صفة غير الانسان نعم تقول نعم صحيح. اذا في كثرة وفيه وحدة. نعم والاتحاد مطلقا بين الموضوع والمحمول محال فلهوهو يعني هو هوية الموضوع المحمول يستدعي جهة التغاير للتميز الموضوع والمحمول واتحاد لصحة الحام على ما سلف على ما بيناه فيما سباق يعني المسألة الثامنة والثلاثين من الفصل الاول. اقول اتحاد الاثنين غير معقول لو قال الوحدة ليس الاتحاد. الاتحاد فرع الاثنين لو قال الوحدة مطلقا كان ارشق نقول الوحدة وحدة الاثنين غير معقول غير معقول اشارة الى المعايير العقلية اندماج ومبدأ الهوية في مبدأ الجوهرية. واندماج مبدأ الجوهرية في مبنى الهوية. هذا خلاف البنية العقلية. اذا الحمل بني على بني العاق البنية البنية العقلية هي افرزته. البنية العقلية حكمة الله هي افرزت الحمل افرزته بهذه النحو جئت واحدة وجيت كثرة لانهما يعني الموضوع المحمول بعد الاتحاد ان بقي فهما اثنان وين عدم فلا اتحاد ان بقي ان بقي يعني على هويتهما فهما اثنان يعني التميز مبدأ الهوية للانسان مبدأ مبدأ الهوية للعلم وان عدم فلا اتحاد وان عدم احدهما دون الاخر فلا اتحاد لاستحالة الاتحاد المعدوم بالموجود وليس قولنا هو هو اتحاد مطلقا. بل معناه ان الشيئين يتحدان من وجه ويتغيران من وجه. بمعنى ان الشيء الذي يقال له احدهما يقال له الاخر انظر هذا الكلام كله جميل واضح جدا لكن هنا كلامه لانهما بعد الاتحاد ان بقيا فهما اثنان. وان علما فلا اتحاد هذا كلام لا معنى له لا معنى له الكلام الدقيق والصحيح هو هذا اذا لم تتعين القضية الانسان عالم بالاثنين يعني العلم غير الانسان ثم اتحد آآ فتندمج اه يندمج مبدأ الجوهرية في مبدأ الهوية اه فلا تجد صفة في الخارج ابدا فقد تجد المهيات عريانة لوحدها تجد الانسان والشجر. لا تجد الانسان اه انسان عالم وشجرة مثمرة هذي ابدا لماذا? لان كل المحمولات تصير هي الهوية هي الواقعية فقد تجد الماء الذهب كذا كذا والصفات غير موجودة ابدا تفاحة فقط لونها اين? ما في حجمها ما في لان هذه كلها محمولات وهل تدرك انت التفاحة في كونها? لا فلا تدرك شيئا كلشي لا شيء يعني الكارثة نعم الكارثة هكذا تبين المسألة ما تدخل في متاهات تقول للطالب لانهما بعد الاتحاد ان بقيا فهما يعني ان بقيا على هويتهما فهما اثنان هذا جميل وان عدم لا ما نحتاج الى العدو فلا اتحاد وان عدم احدهما دون الاخر فلا اتحاد. لاستحالة اتحاد المعدوم الموجود هذا كله لا معنى له لهذا الكلام. وليس قولونه هو اتحاد مطلقا وهنا الكلام الصحيح بالمعنى ان شيئين يتحدان يعني عندنا هوية منفصلة وفقا لمبدأ الهوية. هوية ثانية منفصلة بمبنى الهوية ثم المبدأ الجواري يوحد بينهما. ففي كثرة ووحدة. نعم يتحدا من وجه ويتغير من وجه. بمعنى ان الشيء الذي يقال له احدهما يقال له الاخر. نعم. يعني اذا قلت الانسان عالم يعني الانسان الذي يصدق على زيد كذلك العلم يصدق على زيد لكن من خلال الانسان اذن المصداق يستوعب الإنسان ويستوعب العلم ما معنى الانسان عالم اذا بنينا على المدرسة يعني فيه مصداق هو زيد او ليلى او طه او بلال يصدق عليه الانسان ويصدق عليه العلم يعني كثرة كثرة كثرة الإنسان في دائرة ذاته والعلم في دائرة حيثياته حتى التموضع في المصداق تموضع يختلف نعم الانسان في ذاته زيت وبلال وليلى والعلم لا ليس في ذاته وانما في حيثياته في صفاته بصفتي. لماذا؟ لان مبدأ الهوية الانسانية غير مبدئية والعلمية حتى في التموضع المصداقي كل في جهته مع ان المصداق واحد هذه يجب ان تفهموها جيدا. نعم. قال والوحدة مبدأ العدد المتقوم بها لا غير. هنا اشارة الى العدد اه اه العدد بعد اثنين يعني من اثنين واصعد اثنين ثلاثة اربعة خمسة ستة اه اه الوحدة العددية اذا تكررت جاء الاثنان جاءت الثلاثة جاءت الاربعة يأتي ان شاء الله بالتفصيل.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