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للخير واياكم وصلنا الى هذه الفقرة والوحدة مبدأ العدد المتقوم بها لا غير آآ العدد ما هو عند القدماء هو نصف حاشيتيه مثلا اذا اخذت العدد ثلاثة الحاشية الاولى السابقة هي اثنين والحاشية اللاحقة هي اربع اربعة زائد اثنين ستة ستة تقسيم على اثنان تعطيك ثلاثة اذن العدد هو نصف حاشيته عند قدماء والواحد ليس بعدد العدد يبدأ من اثنين لواحد حاشية قبلية والثالثة حاشية بعدية الجمع يعطيك اربعة تقسيم على اثنين يعطيك اثنين اذن العدد يبدأ من الاثنين عند القدماء وما هو العدد? العدد هو تكرر الواحد ولهذا الواحد يكون علة داخلية عند داخلية اه تعين العدد. اذا اردت الدقة اكثر مثلا عندنا اربعة عندنا علة داخلية هي الواحد. يتكرر اربع مرات. واحد زائد واحد زائد واحد زائد واحد تفاض صورة على العدد الصورة الاربعية عدد اربعة اذا تكرر الواحد علة معدة ارضية لتعين سورة العدد ولهذا يقول الوحدة مبدأ العدد الوحدة طبعا لان الوحدة قوام واحد المتقوم بها لا غير يعني العدد سواء كان اثنين اربعة ستة مليار يتقوم بالواحد المتكرر فقط لا تقوم بغيره. مثلا اذا اخذت الستة اثنين زائد اثنين زائد ست اثنين يعطيك ستة العلماء يقولون اثنين لا تقاوموا الستة الواحد هو الذي يقاوم ستة اذا تكرر لماذا? لاننا قد نقول ثلاثة زائد ثلاثة ستة لماذا اثنين تقوم والثلاثة لا تقوم الترجيح بلا مرجح اذا الواحد فقط هو الذي يقوم العدد ولهذا قال لا غير نفي الحالات الاخرى للاحتمالات الاخرى. عشرة عندك خمسة زائد خمسة عندك اربعة زائد ستة خمسة مرات اثنين اثنين اثنين يقول له هذه لا تقوم العدد. العدد يقومه الواحد. نعم. اقول ها هنا بحثا الاول الوحدة مبدأ العدد فان العدد انما يحصل يعني تتعين هويته منها بيد الوحدة مثلا خمسة واحد زائد واحد زائد واحد زائد واحد زائد واحد ومن فرض غيرها من نوعها ان ما يحصل منها ومن فرض غيرها من نوع. يعني واحد زائد واحد زائد واحد وهكذا فانك اذا عقلت وحدة مع وحدة عقلت اثنين يعني وحدة تتكرر  ونبه بهذا ايضا على انها ليست عددا. واذا كان العدد يتقوم بها فهي ليست عددا. هي ما به قوام العدد. فلهذا الواحد لا اه ليس عددا قد تقول شيخنا يصدق عليه اه تصدق عليه ضابطة العدد. نقول كيف? تقول الم تقولوا العدد هو نصف حاشيته? نعم عنده حاشية هي الصفر عندو حاشية اخرى هي الإثنين اه صفر زائد اثنين اثنين تقسيم على آآ اثنين واحد نقول لها لان العدد صفر ليس ليس شيئا حتى يقوم العدد او يكون حاشيا للعدد وربما لم يكن لم يكن مكتشفا الصفر ذلك الزمن ونبه بهذا ايضا على انها ليس ليست عددا يعني الوحدة يعني فيه مطلبان مطلب ان الوحدة هي ميلاك تقوم الاعداد بتكررها وانها ليس عددا. الثاني العدد انما يتقوم بالوحدات لا غير لا تقول ستة تتقاوم بالثلاثة زائد ثلاثة او باثنين ثلاث مرات. لا فليست العشرة متقومة بخمسة وخمسة ولا بستة واربعة ولا بسبعة وثلاثة ولا بثمانية واثنين بل بالواحد عشر مرات. واضحة جدا المسألة. وكذلك كل عدد فان قوامه من الوحدات التي تبلغ جملتها ذلك النوع. يعني مجموعها جملة يعني مجموعها ذلك النوع مثلا العدد خمسة نوع نوع عددي كيف يتحقق واحد زائد واحد زائد واحد زائد واحد زائد واحد وتكون كل واحدة من تلك الوحدات جزءا من ماهيته. طبعا ليست جزءا منفصلا جزءا مندكا في الاعداد الاخرى نعم من ماهيته من ماهية العدد? مثلا الواحد والواحد والواحد والواحد خمس مرات كلها في ماهية الخمسة. فانه ليس تركب العشرة من الخمستين اولى من تركبها من الستة والاربعة الترجيح بلا مرجح. اذا كلها لا تقوم فقط الواحد الذي يقوم وغيرها من انواع الاعداد التي اه لا ادري التي تحتها ظاهرنا ولا يمكن ان يكون الكل مقوما لحصول الاكتفاء بنوع واحد من التركيب نعم اه الخمسة قد تقول ثلاثة زائد اثنين ثلاثة زائد اثنين لماذا ما تقول اثنين اثنين زائد واحد  يعني العلل تتكفر ولهذا قال ولا يمكن ان يكون الكل مقوما لحصول الاكتثابين او واحد من التركيب له انواع كثيرة. وبالتالي الترجيح بلا مرجح فنقتصر فقط على الواحد هو الذي يقاوم اذا تكرر ولهذا والى هذا اشار الرصد بقوله لا تحسبن ان ستة ستة ثلاثتان بالستة مرة واحدة، نعم. يعني اه ما تقول ستة هي ثلاثة زائد ثلاثة، لا. ستة هي مرة واحدة يعني هوية مستقلة وهذه هي هذا هو المبنى الصحيح الاعداد تترقت في قوس الصعود اثنين ثلاثة اربعة خمسة كل مرتبة ما هي مستقلة ما هو ما هي الامارة والعلامة على انها ما هي مستقلة? الاثار الاثار تختلف نعم اختلاف الاثار دليل على اختلاف الهويات اثار خمسة غير اثار ستة غير اثار سبعة فاختلافات في اذا كل الاعداد ما عدا الواحد الذي هو معد وليس عددا كلها هويات متباينة بتمام الذات نعم فالستة ليست ثلاثة زائد ثلاثة لا ستة هي هوية مستقلة نعم في واحد يعدها الى ست مرات هذه مسألة قوامية. اما الستة مستقلة بهويتها السبعة مستقلة بهويتها. وهكذا. اذا ليست ماهية الثلاثة تنظم الى ماهية الثلاثة تأتي الستة ابدا لاننا قد نقول اه كذلك تتقوم الستة من اربعة مهوية اربعة مع هوية لا لا ابدا. كل الهويات مستقلة تمام الاستقلال في الاعداد. اذا الستة هي ستة كاملة. السبعة هي سبعة كاملة. نعم الواحد يعدها يقومها هادي مسألة اخرى اما اذا تعينت هويتها ليست متشكلة من اشلاء لا لا لا هويات مستقلة كاملة. قال واذا اضيف اليها مثلها يعني اذا اضيف الى الوحدة مثلها يعني وحدة اخرى حصلت الاثنينية وهي نوع من العدد يعني الاثنين ثم تحصل انواع لا تتناهى بتزايد واحد واحد مختلفة الحقائق. مختلفة الحقائق ليس صفة للواحد بعد الواحد له للانواع يعني ثم تحصل انواع لا تتناهى يعني اثنين ثلاثة اربعة خمسة الى مليار. ما فوق المليار كيف بتزايد واحد واحد؟ كلما اضفت الواحد تعينت هوية اخرى. يعني نوع اخر مختلفة الحقائق صفة للانواع نعم هي انواع العدد انواع العدد اثنين نوع ثلاثة نوع مليار نوع مليار ونصف نوع اقول اذا اضيف الى الوحدة وحدة اخرى حصلت الاثنينية وهي نوع من العدد ثلاثة نوع من العدد. الخمسة نوع من العدد. وقد ذهب قوم قوم غير محققين الى ان الاثنين ليسا من العدد. لانه الزوج الاول الزوج الأول فلا يكون نوعا من العدد كالواحد الذي هو الفرض الأول</w:t>
      </w:r>
    </w:p>
    <w:p>
      <w:r>
        <w:t>يقولون العدد كذلك يقوم لانه زوج اول انا اقول كذلك الثلاثة هو الفرض الاول نعم وهذا خطأ لان خواص العدد موجودة فيه خواص العدد موجودة في الاثنان آآ او قل ماهية العدد موجودة في الاثنان هو نصف حاشيته واحد زائد ثلاثة اربعة تقسيم اثنين نعطيك اثنين يعني هوية العدد موجودة ماهية العدد موجودة موجودة فيه. وتمثيله بالواحد لا يفيد اليقين. يعني انت لماذا تقيس الاثنين الى الواحد? الواحد غير الواحد ليس عددا اما الاثنان عدد ولا الظن فاذا انضم اليه اليه اليهما واحد اخرون حصلت الثلاثة وهي نوع اخر من العدد نوع مستقل. لماذا? لان اثره غير اثار الاثنين. فاذا انضم اخر الى الثلاثة. حصلت اربعة وهي نوع اخر مخالف الاول. ولهذا قلت لك كل الاعداد من الاثنين الى لا متناهي. هذا لا تناهي العددي وغير مستحيل في التسلسل لان التسلسل لا لا يقف. كما سيأتي ان شاء الله في البحث العلمي وهل معلول? عندنا التسلسل الذي ليس ليس بمحال هو التسلسل اللا يقي فيه كما هو الحال في الاعداد كل ما تعينت مرتبة من مراتب الاعداد فهي هوية مستقلة لان اثارها مستقلة خاصة بها. وعلى هذا يعني استمر في التزايد كلما زاد العدد واحدا يعني انضم اليه واحد حصل نوع اخر من العدد وليس نوع متشكل من انواع لا ابدا وهذه الاعداد انواع متباينة. يعني مختلفة يعني متباينة في الحقيقة. ماهيات مستقلة لاختلافها في لوازمها كالصمم والمنطقية. هذه اصطلاحات في علم الحساب نعم اعلم ان العدد اما مطلق او مضاف هنا قال الصمم والاول يسمى الصحيح يعني المطلق لانه غير مضاف الى غيره والثاني يقابله لان الجزء يضاف الى ما فرض واحدا له. ولذلك سمي كسرا والمطلق ان كان له احد الكسور التسعة او جذر فمنطق. منطق بالفتح. والا فاصم. الاصم هو الذي ليس له جذر. مثلا تسعى له جذر والثلاثة الثلاثة في ثلاثة تسعة سبعة ليس له جزر ما عندك سبعة عدد ينضرب في نفسه الاصم نعم مصطلحات نعم كالصمم والمنطقية واشباهها ولما كان التزايد هذا مطلب جديد. ولما كان التزايد غير متناهي بل كل مرتبة يفرضها العاقل يعني الذيب يمكنه ان يزيد عليه. هذا هو التسلسل لا يقف. واحدة فيحصل عدد اخر مخالف لما تقدمه. بالنوع يعني بالحقيقة كانت انواع العدد غير متناهية وليس بمستحيل. لماذا? لان شروط التسلسل اه غير موجودة هنا غير متحققة هنا هو ان تكون بالفعلية اجزاء التسلسل يجب ان تكون بالفعل العدد اجزاءه ليست بالفعل. يعني عندك انت اثنين بحال الاثنينية ثلاثة بالقوة ام بالفعل لم يظلم بعد الواحد بالقوة. اذا لما يتحقق شرط التسلسل. يأتي ان شاء الله بالتفصيل للبحث العلمي والمعلولية قال وكل واحد منها امر الاعتبار يحكم به العاقل على الحقائق اذا انضم بعضها الى بعض في العقل انظماما بحسبه هنا خلط بنيوي خلط بنيوي في الفقرة التي مرت علينا قال انواع ماهيات متباينة بتمام الذات. هنا يقول حيثيات حيثيات اذا كان في ذهنهم الشريف انفصال بين الماهيات والحيثيات كان وهذا لا يتأتى الا على اصالة الوجود. نعم فالاعداد حيثياته ليست ماهيات  يعني واقعيات بنحو تفاحات تفاحة في استراليا واحدة. في روسيا بالصين في امريكا في البرازيل خمسة هذا لا يسمى خمسة لا تقل خمس تفاحات الا اذا كنت ملكا محيطا بالكرة الارضية تظهر لك هذه التفاحات في حالة اجتماع. تقول خمسة اما نتا الآن كبشر لا تقول خمسة متى تكون خمسة اذا اجتمعت اذا اجتمعت هذه الوحدات شرط الاجتماع تقول خمسة اذن تفاحات بنحو ما عندك نتا الوحدة كيان وانما هي حيثية نحو وجود وجود ربطي نعم اقول كل واحد من انواع العدد يعني اثنين ثلاثة الاربعة المليار امر اعتباري امر اعتبار يعني حيثية يعني ليست ما هي؟ وهنا قال انواع في الفقرة السابقة انواع انواع يعني ماهيات لاحظت الخط البنيوي لان الوحدة في الحقيقة هي مفهوم فلسفي معقول ثاني حيثية وليست من من الماهيات العربية اقول كل واحد من انواع العدد اذا قلت امر اعتباري لا تقل انواع انواع يعني مهيات ليس بثابت في الاعيان. معناه ليس له مثنى مستقل وانما هو حيثية. وجود ربطي بل في الاذهان بحكم يحكم به العقل. في الاذان يعني اعتبار اعتبار انتزاع يعني انت عندك خمس تنفاحات باعتبار الاجتماع صارت خمسة تنزع الخمسة لوحدها وتنسى التفاحات تعطيها كيانا حقيقيا ام ادعائيا؟ تعطيها كيالا ادعائيا. هذا هو المعنى في الدين. يعني عملية ذهنية وليس ان الخمس تفاحات في الخارج وعدد الخمسة في في ذهنك كده غير معقول نعم بل في الاذهان يحكم به العقل. يعني فعالية ذهنية على الحقائق على الحقائق يعني الحقائق تكون بنحو تكون خمسة عشرة ستة. كافراد الانسان يعني عندك اه افراد الانسان وهذه الأفراد مجتمعة يحصل العدد خمسة او الفرس او الحجر او غيرها. اذا ظم بعظها الى بعظ تلك الافراد الى بعظ نعم سواء اتحدت في المهي او اختلفت فيها لا يهم لا يهم يعني انت الان عندك خمس تفاحات وعندك خمس آآ كتب تجمعها تقول عندي عشر اشياء هنا نعم بل يؤخذ مجرد الانظمام. انظر مجرد الانضمام هذا هو شرط تعين الاعداد الانظمة هذا الافتراق الفاحش لا يعطي العددية بل يؤخذ مجرد الانظمام في العقل انضماما بحسب ذلك كنوع من العدد فانه اذا انضم واحد الى واحد حصل اثنان ولو انضم انضمت حقيقة مع حقيقة مع ثالث حصلت ثلاثة وهكذا نعم اذا الاعداد هي حيثيات نحو وجود يعني معقول ثاني وانما لم يكن العدد ثابت في الخارج. يعني لماذا ليس له حوي? هوية مستقلة متن خارجي يقول لانه لو كان كذلك لكان عرضا قائما بالمحل لاستحالة جوهري وليس بجوهر فيكون عرضا ولاستحالة جوهرية واستقلاله في القيام بنفسه. لانه لا يعقل الا عارضا لغيره. نعم تقل اشتريت خمسة هذا الذي العرف الذي يسمع اه يسمعك ينتظر خمسة ماذا؟ يجب ان تعطيها اه تبين له الموضوع. اذا الخمسة ليس لها استقلالية هي قائمة بموضوعها او الخمس كتب اه جميل نعم لانه لو كان كذلك لو كان له متن خارجي مستقل لكان عرضا قائما بالمحل لاستحالة جوهرية واستقلاله في القيام بنفسه لانه لا يعقل الا عارضا لغيره فذلك الغير اما ان تكونوا له وحدها باعتبارها يحل فيه العرض الواحد او لا يكون فان كان الاول فتلك الوحدة ان وجدت في الاحاد لزم قيام العرظ الواحد بالمحال بالمحال المتعددة المحال يعني الموضوعات وان قام بكل واحد وحدة على حدته لم يكن لذلك المجموع وحده باعتبارها يكون محلي للعدد وقل فقد فرض خلافه يعني انت الان اذا فرضت ان الوحدة على ظلم او العدد على ظلم معروض على شيء هذا الشيء ما هو واحدون ام لا اذا لم يكن واحد فهو كثير تقوم بالوحدة. اذا الوحدة سابقة على</w:t>
      </w:r>
    </w:p>
    <w:p>
      <w:r>
        <w:t>نفسها اه المعروف هو العرض والعرض هو المعروض نعيد نعيد البيان حتى يتضح لنا نعم فذلك الغير اما ان تكون له وحدة باعتباره يحل فيه العرق يعني له وحده يستقبل الوحدة يحل فيه العرض الواحد او لا يكون له وحدة. فان كان الاول يعني له وحده فتلك الوحدة ان وجدت في الاحاد في الأحد لزم قيام العرض الواحد بالمحال المتعددة يعني اذا كانت متكثرة فالواحد يقوم بالكثرة محال هذا محال. يعني الواحد كيف يتوزع على كثرة محال وان قام بكل واحد وحدة على حدته لم يكن لذلك المجموع وحده فاذا قام الواحد ليس في في الكثرة اه عرض كل وحدة على حداتها. اه يقول لم يكن لذلك الموسم وحدة كان مبعثرا واعثر في وحدات باعتباره يكون محلي للعدد فيفقد المحلية. وقد فرض خلافه انه هو محل وان كان الثاني ما معنى كان الثاني? يعني ليس كان واحدا كان كثيرا فالعدد اما يكون موجودا في كل واحد من الاجزاء او في احدها والتقديران يكون الواحد عددا هذا قول اذا كان الهدر المعروف كثيرا وان كان الثاني فالعدد اما ان يكون موجود في كل واحد من الاجزاء او في احدها اذا كان موجود في كل الاجزاء او في احدها وعلى التقديرين. يعني كان في الاجزاء او في احدها يكون الواحد عددا. وهذا خلف الواحد قلنا ليس عددا اه الواحد يكون هو آآ ذلك المعروف في اجزاء وهذا المعروض متكثر قلنا بناء على التكثر. بينا الوحدة ثم الان متكثر. هذا الواحد اين يكون يكون في الكثرة ويكون عددا والواحد ليس بعدد. نعم نعم وان كان الثاني يعني المعروض كثيرا فالعدد لانه كثير سيكون عددا اما ان يكون موجودا في كل واحد من الاجزاء. يعني هذا المعروض العارض الواحد يكون اه موجودا في كل واحد من الاجزاء او في احدها ان كان في الاجزاء فيكون الواحد كثيرا يعني عددا وهو ليس بعدد ان كان في واوفي احدهما وعلى التقدير ان يكون الواحد عددا. نعم. كان في في الاجزاء يكون عددا او في احدها كان كذلك عددا من ان هذه اجزاء متعددة. الاجزاء المتعددة لا لا تتماهى في الواحد والواحد يتماهى فيها. اذا تماهى فيها الواحد يكون عددا. وقلنا الواحد هو معد وليس عددا نعم قال والوحدة قد تعرض لذاتها و اه تعرض لذاتها ومقابلها وتنقطع بانقطاع الاعتبار. دائما هذه تنقطع بانقطاع الاعتبار. ثم طبقها على ماذا? على الحيثيات لأن الحيثيات اذا تمكنت تسلسلت انت لا. اجعلها تتمتن بالاعتبار بالادعاء ولا تتسلسل لماذا حتى تفهمها لوحدها فقط؟ لا تعطيها المتنية الحقيقية والوحدة والوحدة قد تعرض لذاتها ومقابلها نعم الوحدة يعني مقابل الكثرة اقول قد بينا ان الوحدة والكثرة من ثواني المعقولات هذه بيناها ان الوحدة معقول ثاني فلسفي والكثرة معقول ثاني فلسفي يعني تقول انت اه تفاحات عشرة يعني آآ كثرة  تفاحة واحدة واحدة دائما تأتي في الرتبة الثانية في التعاقد الوحدة تعرض لكل شيء يفرض العقل فيه عدم الانقسام كلما كنا في دائرة عدم الانقسام نحن في الوحدة. لان الوحدة هذه هي الوحدة هي الاندماج الاندماج الان ديكك يعني البساطة عدم التركب حتى انها تعرض لنفس الوحدة. فيقال وحدة واحدة وحدة واحدة اذا كانت الاشياء تتوحد بالوحدة فالوحدة هي اولى بصفتها وحدة واحدة لكن تنقطع بانقطاع الاعتبار يعني تقول اذا وصفنا الوحدة بالوحدة الوحدة المحمولية كيف؟ وحدة. الوحدة المحمولية الثانية كيف؟ وحدة. قلت لكم الحيثيات باعتبارها لا هوية لها تتوقف توقف الاعتبار ما انت الان ما عندك تفاحة. تريد تدرس الوحدة ليست تفاحة تخرج الوحدة بالإدعاء. تعطيها متنا ادعائيا. قد يقول قائل هذه الوحدة وحدة ام كثيرة? تقول وحدة. اذا اين وحدتها فيلزم التسلسل قولو لا هادي امور اعتبارية اه تنقطب تنقطع بانقطاع الاعتبار  نعم لكن تنقطع بانقطاع الاعتبار وتعرض الوحدة هذا موضوع جديد وتعرض الوحدة ايضا لما يقابلها فيقال كثرة واحدة في القرآن عشرة كاملة عشرة كاملة يعني عشرة توحدت تعينت واني واحدة اذن ونقول الوحدة وحدة والعشرة وحدة عشرة كاملة يعني عشرة واحدة نعم اذا الوحدة مفهوم فلسفي. كما ان الكفرة مفهوم فلسفي ليست من المفاهيم المهوية. اذا الاعداد اذا تعددت بالوحدة ليست ماهيات وانما هي نحو وجودات هذه تدرس في بحث الوحدة في الفلسفة بالحكمة المتعالية بطريقة راقية ورائعة. نعم اذا الوحدة والكثرة امور اعتبارية ما معنى امور اعتبارية ما معنى امور اعتبارية? ليس الاعتبار العرفي الاعتبار العرفي بالعرفيات في مقام العمل لا هذا الاعتبار بالمعنى الفلسفي يعني ليست لها هوية مستقلة وانما هي الموضوع بنحو انا الان واحد ام لا? هل الوحدة متن بجنبي? ام انا في دائرة عدم التكفر بدائرة التوحد في دائرة التشدد نعم هادي هي الوحدة اذا ليست متنا ينضم الى متن انا بنحو جيد اذا كانت الوحدة انا بنحو انا اعاين الانسان انا انا انسان انت تعاير الانسان لا تعاير الوحدة ماذا تفعل? تأتي بنشاط عقلي اذا قال الوحدة ذهنية ليس انها في الدين. يعني انا امامك ووحداتي في ذهنك. لا ابدا هادي خرافة اذا قال ذهنية يعني تنال بالنشاط الذهني. بالنشاط العقلي. عقلك يأتي ويستخرجها. يستخرجها يعني يدعيها الادعاء الاستخراج يستلها هل هي تستل في التكوين? ابدا. ولذا نقول اعتباري ونعطيها متنا مستقلا. هل هذه المتنية هوية حقيقية حتى تتسلسل له? هوية ادعائية لماذا? لاجل الفهم لاجل الفهم الشيخ العزيز الذي يراقب هذه الدروس قال يا شيخنا انت تكرر المطالب كثيرا. انا قلت نعم انا اكرر المطالب حتى ترسخ في ذهني ان الطالب العزيز فاذا قال هو اه كل واحد من انواع العدد امر اعتباري اه لا يمر علي مرة الكرام. ابين ما معنى الاعتبار? هذا هو معنى هذا هو معناه ان هذا هو معنى الادعاء واللهم صل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