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فاذا كانت هناك اشكالية على البيان او اشكالية على التطبيق فيمكن لكم مراجعتي على الواتساب وابين لكم بالتفصيل قال وقد تعرضوا للوحدة شركة اتخصص بالمشهور وكذا المقابل يعني الكثرة طبق بالمصداق تتضح لك المسألة. وقد تعرض للوحدة شركة يعني يشاركها يشارك في هذه الوحدة موضوعات متعددة نعم فتخصص بالمشهورين يعني كيف نعرف هذه الوحدة اه الخاصة بموضوعها وكذا المقابل عن الكثرة اقول كان هذه الفقرة صعبة جدا مبهمة اه يقول صاحب الشوارق لهيج هذا احسن ما قيل في توجيه المتن في كتاب شرح الشوارق نعم هو شرح للتجريد طبعته مؤسسة الامام الصادق عليه السلام التي يشرف عليها الشيخ صبحاني حفظه الله بعض الاجزاء فقط الالهيات بالمعنى الاخص اه لم يجدوه مع الاسف الشديد لا ادري كم طبعت ثلاث مجلدات او اربعة لكن الالهيات بالمعنى الاخص يعني الله تعالى اه وصفاته وافعاله غير موجود وهو الاجمل في الكتاب نعم اقول الذي يفهم من هذا الكلام كأن لعلام استصعب هذا الأمر ان الوحدة قد تعرض لها الشرك مع غيرها من الوحدات في مفهوم عدم الانقسام اعني مفهوم مطلق للوحدة لان الوحدة هي عدم الانقسام. هي التوحد والشدة وذلك اذا اخذت الوحدات متخصصة بموضوعاتها. يجب ان تتشخص بموضوع. لان الوحدة مفهوم فلسفي وجود ربطي. اين تتعين? تتعين في موضوعها فان وحدة زيد تشارك وحدة عمر تقول زيد واحد عمر واحد في مفهوم كونها وحدة. نعم وحينئذ تتخصص كل وحدة عن الاخرى بما تضاف اليه. هذه ليست خاصية الوحدة هذه خاصية كل المفاهيم اذا تكلمنا بالبعد اذا تكلمنا بالبعد الانطلوجي يعني مقام الثبوت كل الحيثيات لا لا تتميز الا بموضوعها موضوعاتها. هذه ليس خاصية خذها قاعدة مثل المعلولية انا معلول وانت معلول يعني انا مخلوق وانت مخلوق اشتركنا في حيثية هي المخلوقية وبهذه المخلوقية كيف تتميز? تتميز بموضوعها. مرة تكون في موضوع انا. مرة تكون في موضوعك انت. ليس خاصية للوحدة قاسية لجميع الحيثيات يعني المعقولات الثانية فان نعم وحينئذ تتخصص كل وحدة على الاخرى بما تضاف اليه يعني حسب الموضوع فان وحدة زيد تتخصص عن وحدة عمر باضافتها الى زيد والزيد هو المضاف المشهور لان واحد بالوحدة نعم والوحدة مضاف حقيقي الوحدة هي المضاف الحقيقي وزيت اه المضاف المشهور يعني زيد واحد بذاته ام واحد بالوحدة نقول لا واحد اه بالوحدة الوحدة واحدة بذاتها هذه هي الإضافة الحقيقية. اضفنا الوحدة الى الوحدة اضافة حقيقية. لأنها في اناءها في متنها الصحيح واذا قلنا زيد واحد الزيت اكتسب الوحدة ببركة عدم الانقسام يعني ببركة الوحدة. فتكون وحدته مشهورية نعم نعم وزيد هو المضاف المشهور لانه واحد بالوحدة. يعني اكتسب التوحد بالوحدة. والوحدة مضاف حقيقي فان الوحدة وحدة للواحد. والواحد واحد بالوحدة نعم وذات الواحد مضاف مشهور. ذات الواحد يعني زايد وعمرو. مضاف مشهوري اعني ذات زيد وعمرو. وا غي راهوما فاذا اخذت الوحدة مضافة الى زيد تخصصت وامتازت عن وحدة اوامر. واضحة جدا. وقلت لكم هذه ليست خاصية الوحدة. خاصية كل الحيثيات كل وجود ربطي هكذا نعم  جيد هل هذه نعم خاصة فقط للوحدة? قلت لكم كل المفاهيم الفلسفية يعني كل الحيثيات حتى الكثرة ولهذا في المتن قال وكذا المقابل المقابل يعني الكثرة. وكذلك مقابل الوحدة. اعني قال كثرة فان عشرية الأناسي يعني تقول عندك عشرة من الناس فان عشرية الاناس مساوية لعشرية الافراس في ماذا? في مفهوم العشرية يعني في شرك والكثرة وانما تتمايزال بالمضاف اليه اعني الاناسي والافراس وهما المضافان المشهورين. لان الكثرة كثرة للكثرة بالذات والكثرة بالعرض لمعروضها من الناس والافراس وقد يمكن ان يفهم من هذا الكلام يعني قراءة اخرى ان مجرد الوحدة اعني النفس عدم الانقسام. امر مشترك بين كل ما يطلق عليه الواحد فليس واحدا حقيقيا اما الذات التي يصدق عليها انها واحدة اعني المشهور فانها ممتازة عن غيرها. نعم. فهي احق باسم الواحد في خصص المشهور بالواحد الحقيقي. وكذا البحث في الكثرة والاول انسب. لا هذه لا لا تصور هادي فقط على مبنى اصالة الوجود اما على بن اصالة الماهية لا الماهيات يعني الموضوعات تتوحد ببركة الوحدة فيكون توحدها ماذا? بالعرظ يعني مشهوريا اما الوحدة بذاتها متوحدة. اما على اصالة الوجود لا هناك المنطق يختلف. تقول الوجود واحد لأن الحيثيات مندكة في الوجود حيثيات اندماجية حيثيات تقليدية اندماجية معصوم ليس له هي الوجود يعني الوجود هو الواحد والواحد هو الوجود سبحان الله اه مبنى اصالة الوجود يغير كل المفاهيم وبالتالي يغير كل المفاهيم العقدية كذلك. حتى في الدين المفاهيم تتغير بتمامها نعم ولهذا قال الاول الانسب اه قال الاول انسب خليني نعيد العبارة وقد يمكن ان يفهم يعني قراءة اخرى. من هذا الكلام يعني من متن المحقق الطوسي في قوله رحمه الله وقد تعرض لها الشرك تعرض لها شركة تعرض لها او تعرض عليها شركة فتخصص بالمشهور يعني موضوع يكون واحد بالمشهور والوحدة تكون وحدة بالذات. وكذا المقابل يعني الكثرة. يقول وقد يمكن ان يفهم من هذا الكلام ان مجرد الوحدة اعني عدم الانقسام يعني مفهوم الوحدة. امر مشترك بين كل ما يطلق عليه الواحد. نعم عشرة واحدة خمسة واحدة فليس واحدا حقيقيا. اما الذات التي يصدق عليها انها واحدة. يعني المعروض يعني المشهور فانها ممتازة عن غيرها. فهي احق باسم الواحد فيخصص المشهور بالواحد الحقيقي وكذا البحث في الكثرة والاول انسب. لا الاول انسب الاول ادق والصحيح نعم قال وتظاف الى موظوعها باعتبارين والى مقابلها يعني الكثرة بثالث. تقول الواحد يظاد اه يظاد لا لا نقول يضادون قال يقابل الكثرة كما قلنا مقابلة المكيل والمكيال نعم فلا تجتمع الكثرة من حيث من حيث هي كثرة بالوحدة من حيث هي وحدها نعم ولا تجتمع الوحدة اه من حيث هي واحدة بالكثرة من حيث هي كثرة بهذا اللحاظ هذه الحيثية فيكون له نسبة الى الكثرة. نسبة التقابل اما بالنسبة الى الموضوع فالمحقق يقول له اعتباران نعم اعتبار الانضمامية الاعتبار الانضمامية والتعين الوجودي. اقول اقرب ما يمكن ان يفسر بهذا الكلام ان الوحدة وحدة للواحد عن الموضوع لها يعني التي تعرضه الذي تقوم الوحدة به فلها اضافة بهذا الاعتبار يعني تتقوم بالموضوع الوحدة لا هوية لها قلنا الحيثيات ليست متنا ليس لها هوية اين تتعين هويتها في القصد في قلب الموضوع في متن الموضوع على اعتبار الاول فلها اضافة بهذا الاعتبار وهي عرظ قائم بالموضوع فلها اظافة الحلول اذا عندها اعتبار تعرض شيئا وكذلك هي قائمة بذلك الشيء. اذا في الحيثيات لها اعتبار العروض اولا تعرف غيرها وتتقوم بغيرها. يعني ليس لها متن مستقل. وهكذا</w:t>
      </w:r>
    </w:p>
    <w:p>
      <w:r>
        <w:t>اضافتان عرظتا للوحدة بالنسبة الى موضوعها تقول شجرة واحدة تفاحة واحدة اين اين الاعتبارات نقول عارضة ما معنى عارضة? يعني مخالفة في الفهم وفي المعنى للموضوع هذا هو معنى العروض ثم تنظم لانها خالفتها في المعنى انظمت وفي حيثية الإنضمام يعني شيء جديد ينضم الى الموضوع هذا الاعتبار الاولى. الاعتبار الثاني قوامها ليس قواما ذاتيا قوام بالموضوع نعم وتعرض لها اضافة ثالثة من اين? بالنسبة الى ما يقابلها يعني الكثرة. وهي نسبة التقابل قلنا هذا التقابل والتقابل المكيل والمكيال. تذكرون قلنا ليس من قبيل آآ متناقضات وليس من قبيل ظدين ولا عدم الملكة والملكة ولا من قبيل التضايوف. بل من قبيل المكيل والمكيال نعم المسألة الحادية عشر في في البحث عن التقابل قد ويعرض له ما يستحيل عروضه لها من التقابل يعني بان المقابل الوحدة. يعني الكثرة ويعرض له ما يستحيل عروضه لها من التقابل. يعني يعرض للوحدة مواصفات لا تعرض على الكثرة والا تداخلت الوحدة مع الكثرة صار المكيل هو المكيال والمكيال هو المكيل يأتي المعيار العقلي مبدأ التناقض يرفض يقول لا ويعرض له يعني للوحدة ما يستحيل عروضه لها من التقابل. نعم من تقابل بيان ليعرظ ويعرظ له يعني الوحدة ما يستحيل عروضه لها من التقابل التقابل اه بيان لما ويعرض له ماء موبان من التقابل. ما يستحيل عروضه الى يعني للكثرة يعني به ان المقابل لوحده يعني الكثرة يعرض له او لها هنا هذي ترجع الى المقابل التي هو في الحقيقة كثرة ما يستحيل عروضه للوحدة وهو التقابل. وكذلك الوحدة يعرظها امور لا تعرظ التقابل فان التقبل لا يمكن ان يعرض للواحد وانما يعرض للكثير من حيث هو كثير نعم ومفهوم التقابل هو عدم الاجتماع في شيء واحد في زمان واحد من جهة واحدة يعني وحدة وحدة الاعتبار وحدة الجهاد نعم اذا ويعرض له ما يستحيل عروضه لها يعني للكثرة من التقابل نعم الوحدة بما هي وحدة المتوحدة تقابل من لكن اذا كانت مكيال للكثرة يأتي هنا التقابل المكين مكيال نعم ولهذا يقول يعني به ان المقابل لوحده يعني الكثرة عن الكثرة يعرض له يعني هذا المقابل اللي هو الكثرة من يستحيل عروضه للوحدة وهو التقابل فان التقابل لا يمكن ان يعرض للواحد وانما يعرض للكثير من حيث هو كثير نعم انت الان اذا كنت في كفرة تقول من اين جاءت هذه الكثرة تقول جاءت من المكيل وهو الواحد اذا لم تفهم الكثرة الا من خلال الواحد. فتعرضها ماذا? يعرضها التقابل. اما الوحدة بدون اه تحركة بدون اه المكيلية ما عندها ما عندها مقابل نعم ما عندها مقابل. هكذا اه انا فهمت المسألة وحتى العلامة الحلي فهم هكذا نعم لكن لماذا قال يعرض للكثرة مع ان الكلام عن الوحدة يقول ويعرض له ما يستحيل عروضه لها من تقبل ويعرف ويعرظ له يعني الكثرة ما يستحيل عروضه لها يعني للوحدة. من التقابل يعني الكثرة فيها تقابل ووحدة ليس لها تقابل لكن الوحدة بمعيار الماكيلية تكون مقابلة للكثرة. قلناها الوحدة دائما تقابل الكثرة. لكن الوحدة في صفائها لا مقابل لها. لماذا? لان ملاك المقابلة غير موجود بمجرد ان تتحرك تصير مكيلا تأتيها حيثية اخرى وهي المكيلية تقابل الكثرة. تقابل المكيل والمكيال اما الكثرة الكثرة لا تتعين الا بالماكينية لانها هي مكيال. فلا تعقل الا في مقابل شيء فيأتي التقابل. انا هكذا فهمت المسألة اقول يعني به يعني بهذا الكلام ان المقابل لوحده يعني الكثرة يعرض له هذا المقابل ما يستحيل عروضه للوحدة وهو التقابل. لكن بهذا الشرط ان الوحدة بدون المكيال مكيلية بالماكينية له تقابل الكثرة تقابل المكيل والمكيال فان التقابل لا يمكن ان يعرض للواحد لي الواحد كتب للواحد في صفائه. بدون الماكيلية يعني لم يحقق الكثرة. وانما يعرض للكثير من حيث هو كثير الكثير طبعا الكثير باعتباره لا يتعين الا بوحدة متعددة آآ اذا تقول الكثرة من اين جاءت? جاءت من وحدة متعددة. انظر فيها تقابل يعني فيها نسبة التقابل نسبة التقابل اما الواحد اذا بقي في في صفائه وبقى في دائرته لا يكيل كثرة نعم يعني لم يتعيد حتى تتعين حتى تتحقق الاثنان والثلاث والرابع واحد لا معنى لي مقابل مقابلته لشيء. فلا تعرظه آآ نسبة المقابلة نعم وانما يعرض للكثير من حيث هو كثير ومفهوم التقابل هو عدم الاجتماع في شيء واحد هذا هو التقابل في زمن واحد من جهة واحدة. يعني الكثرة بما هي كثرة لا تكون هي الواحد ابدا من حيث لا كثرة الكثرة من حيث هو كثرة اذا قلت هي واحدة خربت خربت الكثرة. والوحدة كذلك من حيث هي واحدة. في صفائها. لا علاقة لها كثرة ومفهوم التقابل هو عدم الاجتماع في شيء واحد في زمان واحد من جهة واحدة زمن واحد لا يحتاج من جهة واحدة من مصادق الجهة الواحدة الزمان الواحد نعم نفهم المسألة هكذا اذا الله تعالى اذا طبقناها في العقائد واحد هل هذه الوحدة تحتاج الى المخلوقات حتى يتصف الله تعالى بها? لا الله واحد في عزه وجماله وجلاله والمخلوقات اصلا ما غير موجودة لكن الكثرة اذا تحققت يعني المخلوقات اذا تحققت لا تتحقق الا بميلاد الهي اه الا بوحدة الخلق نعم تقاس الى الله تقول ما العلاقة بهذه الكثرة بالله الواحد? نقول علاقة خالقية والماخ لوقي قال ادام للمتن المتنوع الى انواعه الاربعة يعني السلب والايجاب وهو راجع الى القول والعقد والعدم والملكة وهو الاول مأخوذ باعتبار خصوصية ما وتقابل وهما وجوديان ويتعاكس هو وهو ما يقابله في التحقيق والمشهورية وتقابل التظايف. في اشارة الى انواع التقابل تقابل عندنا تقابل تقابل ضد النقيضين وجود وعدم اينما يكون الوجود لا يكون العدم واينما يكون العدم. بالادعاء لا يكون الوجود ومن هنا اه نفقه او نعي بالمعيار العقلي السرمدي اه مبدأ التناقض نعم. اذا الوجود يقابل العدم هل هذه المقابلة حقيقية ام آآ مجازية ادعائية? مجازية لان العدم لا شيء نعم. ما معنى المقابلة؟ يعني الوجود هو عين التحقق واذا كان عين التحقق لا معنى ان يستقر العدم في ذاته. لان التحقق دافع للعدم. هذا هو عدم اجتماع العدم والوجود ان المتنوع الى ان وعي الاربع عن السلب والايجاب وهو راجع الى القول والعقد اي نعم نقولو العقد يعني القضايا القول والعقد والقضية. القضية مرة تقول قول يصح السكوت عليه. يعني تنعقد الجملة والقضية فتحكي جملة خبرية تامة والعقد لان فيه ربط بين الموضوع والمحمول عقد عقدنا علاقة بين الموضة والمحمول اصطلاحات فقط اذا التقابل باقسامه اه الاربعة يعني القسم الاول هو التقابل النقيضين وتقابل ظدين وتقابل ملكه وعدم الملكة وتقابل التظايف لا يكون الا في القظايا لا يكون في الوحدة لاحظت كيف كم ذكي المحقق الطوسي? بين لك ان الوحدة</w:t>
      </w:r>
    </w:p>
    <w:p>
      <w:r>
        <w:t>لا يعرضها التقابل في وحدتها في صفائها في انعزالها اذا قد تسأل هذا السؤال كيف خرجت انواع التقابل تقابل الناقضين تقابل الظدين تقابل الملكة وعدم الملكة وتقابل  الاظافة يقول في الكثرة بالكثرة عندك موظوع ومحمول كثرة موضوع ومحمول كثرة نعم اقول ذكر الحكماء ان اصناف التقابل اربع وذلك لان المتقابلين اما المتقابلين يعني كثرة وواحد في مقابل واحد اما ان يكون احدهما وجوديا والاخر عدميا او يكونا وجوديين هذا يكون احدهم موجودين والاخر اعدمين اكتب تحتها تقابل تناقض او يكون وجوديا. اكتب تحتها تقابل التضاد ولا يمكن ان يكونا عدميين لعدم التقابل بين الامور العدمية. نعم عدم عدم لا معنى له هذا اعتبار في اعتبار الى السلب المطلق انما يقابله الايجاب. اما مطلق او خاص. نعم يعني تقول الوجود في مقابل عدم مطلق ام وجود زيت في مقابل عدم زيد ولا يقابله سلب مطلق لانه نفسه العدم لا يقابل عدم ولا سلب خاص يقابل سلب خاص لانه جزئي تحته والسلب الخاص انما يقابل ايجاب خاص عدم زيد لا يقابله عدم عمرو عدم زيد يقابله وجود زيد لا سلب مطلق لا سلب مطلق لأنه جزئي له كذلك لأن عدم زيد لا يقابل العدم لأن عدم زيد من مصاديق سلب المطلق يعني عدم زيت جوز السنة المطلق ولا سلب خاص لان مقابليهما ان لم يتقابلا فظاهر انهما لا يتقابلان. نعم اطمئن ان الاعدام اعتبارية وليست كثرة حقيقية حتى يعرضها التقابل. وكذلك ان تقابل لصدقهما معا على غير المتقابلين وهذا كله ظاهر. نعم بديهي جدا فاذا ذهبت هذا فنقول اذا انزع الاعدام لا تمايز فيها مطلقا فتأتي الى الوجود حين الوجود تأتي هذه الخاصية التقابل اذا ثبت هذا فنقول المتقابلان اما ان يؤخذ باعتبار القول والعقد يعني القضايا او بحسب الحقائق نفسها اما ان تكون في دائرة العقائد او في دائرة الوجود الخارجي. اما بنية دينية او اما بنية آآ آآ حقيقية خارجية والأول هو تقابل السلب والإيجاب يعني تقابل آآ ناقضين كقولنا زيد كاتب زيد ليس بكاتب يعني زيد له اه وموجودين في الكتابة يعني الكتابة حقيقة في زيت. ومن هنا زيد مسلوب عنه حقيقة الكتابة. اذا الحقيقة في مقابل عدم الحقيقة وهذا هو التناقض. نعم. ولهذا تقول القظيتان متناقظتان في دائرة الحكاية عن الواقع الخارجي. لا يمكن ان يكون زيد متلبسا بالكتابة وليس متلبسا بالكتابة يعني والكتابة كحقيقة منعجنة بعدم الكتابة. في متن واحد. هذا اجتماع النقضين والثاني اما ان يكون احدهما عدميا او يكون وجوديين احدهم عديمين هذه الملكة وعدم الملكة. او يكونا وجودين هذا التضاد. والاولى هو تقادم تقابل عدم الملكة وهو يقارب تقابل السلب والايجاب. يعني يشبه السلب والايجاب لكن ليس من باب السلب والايجاب. لماذا? لان الملكة وعدم الملائكة فقط في الماديات هذا التقابل ليس موجود في العالم العلوي الملائكة والله تعالى فقط في الماديات. لماذا? لان المادي من شأنه الكمال وليس له هذا الكمال. فاقد لهذا الكمال لظرف خاص. فتقول زيد اعمى في مقابل زيد بصير. هنا ملكة وعدم الملكة. يعني ذلك الكمال الذي من شأن الموضوع ان يتصف به وافقد فاقد للملكة اذا متى يفقد الكمال في الامور المادية في الامور التي تعيش في هذه النشأة عندها بعد مادي اما الملائكة لا يمكن ان يتصور فيها حفرة عدمية ابدا ولا الله تعالى. ولهذا التناقض التناقض اوسع دائرة من اه عدم ملكة والملكة. مثلا ان تقول الله موجود الله ليس بموجود تناقض. جبرائيل موجود وليس بموجود تناقض اما الملاكة وعذاب المملكة لا تجري في الله واف جبرائيل تجري فقط في الواقعيات التي لها مادة هناك يتصور فقدان الكمال. لكن الفرق بينهما يعني بين التناقض بين التناقض وعدم الملكة والملكة ان السلب والايجاب في الاول مأخوذ باعتبار مطلق والثاني مأخوذ باعتبار شيء واحد. هذا الشيء واحد كتب اه في دائرة ماذا? الماديات حين تفقد كمال الماء. من شأنها ذلك الكمال هذا القيد من شأنها ذلك الكمال تقول الجدار اعمى وخطأ لماذا? لان الجدار ليس من شأنه الابصار لكن تقول زيد اعمى نعم صحيح فاقد للكمال لحادث ما او ولد اعمال لخلل في المادة المادة النطفية مثلا وهي تتكامل صار فيها اختلال فقد كمال البصر اذا خاص جدا في الماديات اما التناقض عامون نعم والايجاب في الاول مأخوذ باعتبار مطلق والثاني مأخوذ باعتبار شيء واحد وهو الماديات التي من شأنها ذلك الكمال. واعلم ان الملك هو وجود الشيء في نفسه الملك والعدم هو انتفات تلك الملكة عن عن شيء من شأنه ان يكون له ذلك الكمال او تلك الملكة كالعمى والبصر بينتها لكم بالتفصيل اذا التقابل الملكة وعدم الملكة فقط في هذه النشأة في نشأة الماديات لان المادة اذا كانت مختلة انسان يفقد الصحة والمرض والصحة من باب الملكة وعدران الملكة. الجهل لا يدرس من شأنه الدراسة ولا يدرس يبقى آآ جاهلا بالجهل البسيط طبعا الجهة البسيطة الجهل المركب له. الجهل البسيط في مقابل العلم تقابل ملكة وعدم الملكة اما الجهل المركب لا الجهل المركب له اه كمال لا يحكي الواقع الجهل المركب في مقابل العلم تضاد الجهل البسيط في مقابل العلم ملكة وعدم الملكة. نعم الباقي نتاعو ان شاء الله يأتي وان كان وجوديين يدخل في تقابل التغاض. يأتي ان شاء الله. واللهم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