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وفقنا الله تعالى واياكم للخير. وصلنا الى هذه الفقرة وان كان من طرفا التقابل وان كانا وجوديين يعني الاول وجودي لا ينتمي الى العدم والى العدم والثاني كذلك اه وجودي لا عدمي ولا عدم فان عقل احدهما بالقياس الى الاخر. يعني نأتي الى التعقل يعني التظايف هنا نعم تعقل الفوقانية بالتحتانية والتحتانية بالفوقانية نقع في التظايف  وان كان وجوديين فان عقل احدهما بالقياس الاخر فهو تقابل التظايف نعم قلنا عندما ان ناقظان وجود عدم وعندنا الأخص من الوجود والعدم ملكة التي تنتمي الى الوجود وعدم الملكة عدم المضاف ينتمي بحيث ما الى مطلق العدد ثم جاء الى التظايف  فهو تقابل التضايف كالابوة والبنوة الأبوة لا تعقل الا بالبنوة والبنوة لا تعقل الا بالأبوة والا فهو تقابل التضاد. كالسواد والبياض. يعني اذا لم يتعقل احدهما قياسنا الثاني فنقع في التضاد. مثل بالسواد والبياظ امران يعرضان على جوهر بينهما غاية الخلاف واعلم ان تقابل التضاد يعاكس تقابل العلم الملكي في التحقيق والمشهورية كيف وذلك لان الظدين في المشهور يطلقان على كل وجودين متقابلين لا يعقل احدهم بالقياس للاخر نعم يعني يختلف عن التظايف انه انت تعقلوا السواد بدون البياض والبياض بدون السواد اين يتحقق التعدد في التواجد يعني البياض اذا استولى على الشيء السواد لا يستولى عليه. يعني يضاده يطرده وفي التحقيق على خصم ذلك وهو ان يقيد باء ذكر بان يكون بينهما غاية التباعد نعم سواد بياض احمرار السواد ليس بينهما انتظرت فالسواد والحمرة ضدان بالمعنى الاول لا الثاني يعني ليس بالمعنى طلاحي اذا نزعت بينهما غاية الخلاف يأتي التضاد اما تضاد الاصطلاحي اه المتداول في الحقل الفلسفي والكلامي والذي يكون بينهما غاية ان وغاية التنازع والابتعاد والتباعد نعم ولهذا يعرف بهذا التعريف امران وجوديان لا يعقل احدهم بالقياس الاخر بينهما غاية تباعد وغاية الخلاف واما تقابل العدم والملكة فيطلق العدم فيه بحسب التحقيق على عدم شيء قلنا هذه فقط في الماديات على آآ فيطلق فيطلق العدم فيه يعني في هذا التقابل بحسب تحقيق يعني التواجد على عدم شيء اكتب تحت عدم شيء يعني عدم كمال عن شيء عن موضوع اه من شأن هذا الموضوع ان يتصل بهذا الكمال بحسب الشهرة على معنى اخص من ذلك وهو ان يقيد الشيب ان يكون نوعا او جنسا او قريبا او بعيدا على اختلاف التفسير مرة يكون فقدان الكمال للشخص هنا تأتي الملكة وعدم الملكة زيد اعمى. يعني من شأن زيدان ان يبصر فقد الكمال. مرة لا تترقى الى الانسان انسان اعمى باعتبار النوع هل الانسان اعمال لا الانسان اعمى ولا اعمى? الانسان انسان باعتبار التحقق في زيت باعتباره يكتسب هذه الخاصية عند التحقق في دائرة زايد او طه او ليلى نسب اليه وصف الاعمى. وكذلك الجنس تقول حيوان اعمى باعتباره ينوجد في انواع الحيوانات وانواع الحيوانات تنوجد فيه الافراد الخارجية نعم ولهذا اه بان يقيد يقيد الشيء يقيد الشيء بان يكون نوعا او جنسا قريبا او بعيدا نعم تقول جسم اعمى جسم اعمى لماذا? لانه يتجلى في النبات يعني ينمو حيوان انسان زيت او مثلا حية لا تبصر على اختلاف التمثيل فيقال هو عدم هذا تعريف لعدم الملكة بالتعريف الثاني. وهو عدم شيء يعني عدم كمال عم من شأنه ان يكون له بحسب نوعه او جنسه القريب فعدم البصر عن الحائط عدم ملاك بحسب المعنى الاول السلبي بالمعنى الثاني عدم البصر عن الحائط عدم الملاكة بحسب المعنى الأول. يعني مطلق فقدان الكمال. اما اذا قلت فقدان الكمال ما من شأنه ان يكون له هذا الكمال? لا الحائط لا يسمى اعمى نعم فعدم البصر عن الحائط عدم ملكة بحسب المعنى الاولى يعني اذا لم تقيده بماذا? اذا لم تقيده ما من شأنه ان يتصل بذلك الشيء يعني الكمال وسلب المعنوي الثاني اذا قيدته بهذا القيد الحائط اعمل معنى لها لكن في الفلسفة والعلوم يستخدمون هذا المعنى يعني المعنى الذي قيد بهذا القيد ما من شأنه ان يتصف بالكمال نعم فالحائط لا يكون اعمى. الجدار لا يكون اعمى الشجر لا يكون اعمى. نعم. فقد ظهر ان تقابل الدين بحسب التحقيق اخص منه بحسب الشهرة اخص من الملكة وعدم الملكة وتقابل العدم والملكة بالعكس قال ويندرج تحت الجنس باعتبار عارض ابا اه شيء مخيف لأنه قد يقول قائل ذكي يتابع الامور انتم تقولون التقابل. التقابل كذلك يعني عندنا امران. شيء في مقابل شيء وان لا معنى لي التقابل عند الكثرة في مقابل الوحدة تقابل دائما يقتضي امرين ويتعقلان معا اذا هو تظايف والتضايف من تجلياته من اقسامه قلنا التقابل تناقظ ملاك وعدل ملكة اه تظاد وتظايف بالتقابل اللي هو مندرج تحت التضايف يكون مقسما قسمان صعبة جدا هذه خلل في القسمة المستشكل يقول هكذا. التقابل من مصادق التضايوف. يعني يصدق عليه انه التضايف والتضايف من اقسامه فيكون المقسم آآ هو التضايف وقسمه هو التظايف. تداخلا اه تداخل الاشياء المقسم يصير قسما والقسم يصير مقسما. كيف انحل هذه الاشكالية? حلوها بهذا التفكيك التفكيك بين الحمل الاولي والحمل الحمل الاولي والحمل التقابل بالحمل الاولي تظايف لكن بالحمل الشائع لا بالحمل الشائع ليس تظايف وتحلت المشكلة عند المتأخرين حلوها هكذا هنا لم يكن هذا اه التفكيك موجود في عصر الاعلام المحلي والمحقق التونسي. هم ملتفتون للمعنى. الا ان المصطلح لم يكن اذا التقابل التقابل في معناه يستدعي امرين لكن في تحققه المصداقي لا هناك لا يكون تظايفا ويندرج تحته اه ويندرج تحته الجنس باعتبار عارض آآ هنا فسر فسر الجنس بالتقابل يعني المراد من الجنس التقابل. ويندرج تحته الجنس يعني يندرج التظايف اه اه ويندرج تحت التضايف الجنسي اللي هو التقابل باعتبار عارض. يعني باعتبار عارض ليس باعتبار ذاته في ذاته ليس تظايفا نعم اقول لما بين انقسام التقابل الى الانواع الاربعة حتى صار كالجنس لها لهذه الانواع الاربعة. كف كالجنس لان هذه امور اه حيثيات حيثيات والحيثيات ليست مهيات حتى تكون لها جنس وفصل. قلنا هذا مرارا وكرارا كاف اشارة الى هذا القبر كالجيز مقاربة فقط والا هما ليست لا انواع ولا جنس بحيثيات حيثيات ما معنى يعني نحو وجود تضع الف في مقالب مقابل باء تقول بينهما التقابل. هل التقابل متنية جديدة غير الالف والف اذا كان في مقابل باء وباء كان في مقابل الف يأتي التقابل اما التقابل من قبيل الف موجود وبا معدو واما من التضاد الف موجود وبا موجود بينهما عدم عدم التواجد في موضوع واحد وبينهم غاية الخلاف او لا. وجود ملكة عدم ملكة ملكة مع عدم ملكة او</w:t>
      </w:r>
    </w:p>
    <w:p>
      <w:r>
        <w:t>اه تظايف نعم هذه امور نحو وجود يعني حيثيات وليست مهيات حتى تكون من قبيل الجنسي والنوع وهذه الامور. لهذا قال كالجنس ملتفت الى هذا الامر نعم كالجنس لهذه الانواع ما هي الانواع? التضاد والتناقض والملكة وعدم الملكة والتضايوف. نعم ذكر يعني بعدما لما بين انقسام التقابل الى انواعه الأربعة ذكر ان مطلق التقابل يندرج تحت احد انواعه من هذا النوع اعني التضايوف يندرج تحته نعم اذا هو بالحمل الشائع بالحمل الشائع مندرج تحت انه يعني التضايف له اه مصاديق كثيرة منها التقابل فالتقابل كيف يصير اه من اه من مصادق التضايوف اذا عارضته اه حيثية والا وفي ذاته ليس من اقسام التضاريف. فان التقابل من حيث هو التقابل نوع من التضايف. من هذه يعني التقابل باعتبار المقابلة وذلك لان المرء المقابل لا يعقل الا مقيسا الى غيره لكن باعتبار عروض التقابل يعني التقابل التقابل يكون مضافا في ما تعارضه هذه الحيثيات ليس التقابل هو التضايف تقابل في دائرة الملكة اذا خالفت وقابلت اه عدم الملكة. ليس التقابل بما هو تقابل تقابل لدائرة مصادقه يعني بالحمل الشائع. يعني التقابل اذا انحل الى ملكة وعدم الملكة يعرظه التظايف ليس في ذاته في ذاته التقابل لا يقابل شيئا. تقابل عنوان خاص في دائرة اين الذي يقابله? لا شيء يعني في دائرته. هذا هو انا سميته بالحمل الاولي. يعني التقابل هو التقابل. انتهى الامر التقبل والتقابل هنا لا يكون مضافا اذا انحل الى ما يعرضه التقابل من شيء له الكمال فقد هذا الكمال يعني الملكة وعدم الملكة سواد بياض وجود عدم جوة نبوة. اذا التقابل اذا انحل الى مصادقه يندرج تحت التضايف. اما في اذا بالحمل الاولي يعني في مبدأ الهوية. تقول تقابل التقابل لا تعرظ اي صفة لكن اذا مشى في مصادقه ما شاف في مصادقه مصاديقه تكون تكون هي بينها التقابل فهناك التقابل اذا انحل وسل في مصديق من يعرض التقابل قلت لك الوجود والعدم والبياظ والسواد آآ البصر وعدم البصر هناك تقابل صار تضايفا يجب ان نلحظ هذه المسألة. ولهذا يقولون بالحمل الاول وبالحمل الشائع بالحمل الأولي التقابل تقابل لا تعرضه حيثية هل هناك يقابل شيئا من الاشياء? لا ابدا لكن اذا انحل الى مصادقه يعني الى انواعه فهناك هذه الانواع يعرضها التضايف اذا عارضها التظايف بالذات يعرض التقابل هذا التضايظ بالعراظ اذا جاءته حيثية جديدة جعلته مضافا. والا هو في ذاته ليس تظايفا. اذا لا يكون مندرجا تحت التظايف. يكون مندرجا تحت التظايف. اذا انحل الى ماذا? الى ما يعرضه التقابل من وجود وعلم وملك وعدم ملكة الظدين والتظايف. نعم فان التقابل من حيث هو التقابل نوع من التظايف. وذلك لان المقابل لا يعقل الا مقيسا الى غيره. لكن باعتبار عروض التقابل. اي اذا انحل الى الوعي فان المقابل لا من هذه الحيثية قد لا يكون مضايفا فان ذات السواد وذات البياض لا باعتبار التقابل ليس من المتظايفين يعني السواد بما هو سواد ما عنده هذا وقلت قلت لكم الحمل الحملة الأولي نعم انا في تصوري ان هذا جواب المتأخرين هو الادق على ما نحليه راح الى المصاديق الى السواد بما هو سواد السوال بما هو سواد لا الكلام ليس في المصادق الا من حلي كلام في عنوان التقابل وعنوان التضايف. كما بينت ان المسألة. خذ التقابل في دائرة هويته. ماذا تقول? تقابل التقابل. هل هناك شيء يقابله? لا اذا انحل الى مصادقه يعني الى انواعه قل احسن قل الى اقسامه الاقسام تتعين هناك ياتي التظايف لا معنى للوجود والعدم الا بالتضاعف لا معنى للملكة وعدم الملكة الا بالتظايف لا معنى للتظايف الا بالتظايف ولا معنى للظد الا بالتظافر. اذا انحل الى اقسامه وهذا هو الحمل الشائع لا تذهب الى الى المصادر شيخنا العزيز. ولهذا يقول فان التقابل لا بد من هذه الحيثية التقابل اذا لم يكن باعتبار القياس الى غيره كيف يكون تقابلا? قد لا يكون مظايفا فان ذات السواد وذات البياظ لا باعتبار التقابل ليس من المتظايفين فاذا اخذ السواد مقابل للبياض كان نوعا من المظاف المضاف المشهور. اذا الاظافة اين تعرظ? تعرظ التقابل? تعرض التقابل اذا انحل الى اقسامه تحل الى اقسامه. انا استشكلت على منحلي ليس في في في المعنى. المعنى صحيح ما ذكره. لا لا تذهب الى المصادر. قل التقابل في دائرته يعني في الحمل الاولي التقابل التقابل بين قوسين لا عرظه اه عنوان التضايف لان ليس مقيسا الى غيره. اذا انحل الى آآ اقسامه من اقسامه التضاد هو جاء بالمثال التضاد نعم يقول فاذا اخذ السواد مقابل للبياض كان نوعا من المضاف المشهور. يعني كأنه قال الاعلام العلي هكذا. التقابل اذا سلف في اه اقسامه ومن اقسامه التضاد كالذي يناسب المثال سواده البياض تعرظه الاظافة. اذا الاظافة عرظت التقابل اذا انحل الى اقسامه. اما في ذاته لا لا يقابله شيء حتى يكون مظافا. فقد ظهر ان الجنس اعني المقابل من حيث هو مقابل يندرج تحت التظايف باعتبار عروض  ولا استبعاد في ان يكون الشيء اخص او مساويا من نوعه باعتبار عارض يعرض له نعم. اعيد المسألة لانها دقيقة عنا التقابل هل يتعقل التقابل بامر اخر قياسي? لا التقابل والتقابل بدائرة ذاته الحمل الاولي خلي هذا التقابل يسري الى اقسامه يعني التقابل التظايف تقابل التظاد تقابل ما عدا ممالكة وتقابل التظايف. هناك يستدعي اه امرين بينهما تظايف. فيكون التقابل باعتبار اقسامه يندرج تحت التضايف. اذا هذه عارضة عرظته بفظل سريانه في اقسامه والا هو الان وتقابل تقابل. نعم هكذا نفهم المسألة. المتأخرون حلها بهذا التفكيك الاصطلاحي. الذي تعين مع الزمن وهو الخلط بين الحمل الاولي وحمل الشاة. يعني المستشكل خلط بين الحمل الاولي والحمل ما معناه? التقابل في دائرته والتقابل في هويته هناك لا يتعين باي صفة اذا سار في مصادقه يعني الحمل الشائع ما معناه الحمل الشائع يعني كان تضادا كان تناقضا كان تظايفا كان ملك وعدم الملاكة هناك حتما كل قسم يستدعي اه امرين فهناك التقابل يسري اليه التضايوف قال ومقوليته عليها يعني صدق التقابل على اقسامه الاربعة عليها بالتشكيك. واشدها فيه الثالث الثالث ظاهرا التضاد حسب اللف والنشر المرتب يعني ومقوليته مقوليته يعني صدقه اقول ما الانسان ما اقول على زيد يعني محمول على زيد يعني صدقه على زيد نعم زيد انسان نعم ما اقول تقول ما هو زيت انسان حيوان انسان يعني الانسان حيوان الحيوان معقول على الإنسان تقول ما الإنسان والحيوان يعني الصدق يعني صدقه وما قوليته عليها على هذه الاربعة بالتشكيك يعني بالتفاوت وبالشدة والضعف واشدها فيه الثالث نعم هنا العلامة حسن زاد امري في الحاشية يقول قد اصاب العبارة في سائر النسخ تحريف فاحش حيث حرث فيها الثالث بالسلب او السالب</w:t>
      </w:r>
    </w:p>
    <w:p>
      <w:r>
        <w:t>نعم لا يهمنا هنا المهم العبارة معروفة يعني صدق التقابل على انواعه ليس بالتواطؤ وانما بالتفاوت اما شدة وضعف واما اولوية عدم اولوية او اولية وعدم اولية اقول التقابل يقال على اصنافه يقال على صنفه يعني يحمل يصدق على اصنافه اربعة لا بالسوية يعني ليس بالتواطؤ بل بالتشكيك يعني بالتفاؤل فان تقابل الظدين اشد في التقابل من تقابل السلب والايجاب نعم وذلك لان ثبوت الظبط يستلزم سلب الاخر وهو اخص منه. دون العكس نعم فهو اشد من العناد للآخر من من سلبه انا في تصوري هذه المسألة اه اه فيها نظر يعني ليس التقابل هو الذي يكون آآ شديدا وانما الموضوع الموظوع هو الشديد ويسري الى التقابل نعم. التقابل حيثية الطاقم والحيثية وهذا الذي اثبته صدر المتألين ان التشكيك في متن الوجود والحيثيات ما هي الا الوجود اقول التقابل يقال يعني يصدق على اصنافه الاربعة يعني التضاد التناقض وعدم الملكة وملكة والتضايف لا بالسوية يعني ليس بالتواطؤ بل بالتشكيك يعني فيه التفاوت فان تقابل الدين اشد في التقابل من تقابل السلب ايجاب نعم لماذا? لان للسلب ضعيف اعتباري اصلا اعتبار لا شيء في مقابل الوجود كيف تكون بينهما يكون بينهما التناطح والتظاد اما التضاد لا عندك سواد وبياض. سواد اذا استولى على الجسم لا يترك مجالا للبياض والعكس البياض اذا استولى على الجسم لا يترك المجال اه للسواد نعم وذلك يعني يبين لا شدية وذلك لان ثبوت الظد يعني البياظ مثلا يستلزم سلب الاخر يعني السواد وهو اخص منه دون العكس يعني اخص من من التقابل بالسلم والايجاب دون العكس فهو اشد في العناد للاخر من سلبه. نعم احد العدم لا شيء ضعيف بس قلنا شيء اعتباري كيف يقاوم الوجود بالادعاء فقط يعني الوجود نرفعه نضع في مكانه بالاداء على العدم فنقول طرد العدم الوجود ادعاء وخرطي اما ان تظل حقيقة حقيقة تضاد نعم تضاد واقعية ان واقعية السواد وواقعية البياض بينهما التناطح ولا يجتمعان ابدا. اذا كان بينهما غاية الخلاف وقيل ان تقابل السلب والايجاب اشد من تقابل مبنى لان الخير لذاته خير وهو ذاتي وانه ليس بشر وانه عرضي واعتقاد انه الشر يرفع العرض وانه ليس بخير يرفع الذاتي فيكون منافاة السلب اشد قول فقط يرجح ان قراءة التقابل بين الوجود والعدم هو الاساس نعم انا في تصوري ما اراه انا هذا البحث لا معنى له نعم لا معنى له مع تقابل التقابل تقبل التقبل. هذه الشدة وعدم الشدة في الموضوعات في الموضوعات وليس في اصل التقابل وانواع التقابل. باعتبار موضوعاتها يعني هادي الشدة والضعف مجازية ارجعوا الى الموضوعات وليس الى اه التقابل واقسم التقوى يعني الوجود يطرد العدم ليس لانه مقابل مقابل للعلم. لانه يطرد العدم عرفنا انه مقابل. اذا هذه الشدية وعدم الاشدية للوجود قال ويقال للاول تناقظ ويتحقق في القظايا بشرط ثمان نعم اقول تقابل السلب والايجاب اذا ان اخذ في المفردات تقولين زيد ولا زيد. هنا يدخل في موضوع مبدأ التناقض تخرج مبدأ التناقض يحلل مبنى التناغم وهي ليست قضية قلنا ما قبل القضايا انا فككت بين القضايا الادراكية والقضايا المعيارية قضايا الادراكية دائما تحكي الواقع والقضايا المعيارية ما قبل القضايا الادراكية يأتي ان شاء الله في الحصة القادمة اللهم صلي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