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اهلا وسهلا بكم اعزائي الطلاب وصلنا الى هذا المقطع وتوقفنا قال ويقال للاول تناقض يعني بين الوجود والعدم ويتحقق في القضايا بشرط ثمان يأتي بيانها دخل الى مبدأ التناقض مبدأ التناقض وهنا فيه اشتباه كبير ساشير اليه من العلامة الحلي رحمة الله عليه اقول تقابل السلب والايجاب ان اخذ في المفردات  مفردة يعني التصورات تقولين زيد لا زيد زيد لا زيد لو قال انسان ولا انسان احسن لان زيد امر خارجي. ما عندو علاقة بالعلوم. العلوم تهتم بالكليات مثال الإنسان لا انسان افضل لان التصورات في الكليات لا بأس هذا مثال زيد ولا زيد يعني زيد يرفع بلا زيد فهو تقابل عدم الملكة هنا الاشتباه ولا الاشتباه لماذا? لان اه قلنا اه زيد مفردة والمفردة بمبدأ الهوية في مبدأ الهوية لا يسري اليها اي وصف مبدأ الهوية لا يتصف لا بالتقابل ولا باي شيء اذا هنا العلامة الحيلي حذف شيئا زيد موجود زيد ليس بموجود. صارت قضية هل هي بسيطة اي تكون من تقابل القضايا. اما المفردات لا يجري فيها التقابل. الانسان انسان لا انسان لا معنى له الانسان وانسانه لا انسان هادي اين? في المحمولات يعني الانسان ليس بموجود مرفوع الموجودية حذفوا الوجود ووضعوا لام لام النافية لا انسان والا الانسان في انسان ليس له اي حكم في دائرة مبدأ الهوية اذن لا من قبيل العدم او الملكة الملكة وعدم الملكة بالمعنى الأول ولا يحزنون نعم وان اخذ في القضايا هنا التقابل له تقابل تناقظ له معنى سمي تناقضان كقولنا زيد كاتبون يعني زيد خرج من هويته الى حيثية من حيثياته هي الكتابة ولا يتصور زيدون كاتب او زيدون ليس بكاتب زيدون كاتب زيدون نسبي كاتب. اذا سألت مبدأ التناقض زيدون كاتب يقول ما عندي علاقة انا هذا مبدأ السبب الكافي. مبدأ السبب الكافيات وهي يرى زيد اذا كتب كتب على ورق او طبع له كتاب يقول نعم زيد كاتب واذا لا عجز زيد عن كتابة حرف اوليس بكاتب نعم زيد كاتب زيد ليس بكاتب. يعني المحمول ثابت لزيد ومرفوع لزيت هذا هو التناقض اذا دائما عندنا قضيتان قضية ايجابية وقضية سلبية مبدأ التناقض يقول معا لا اذا مبدأ التناقض ليس قضية ما وراء القضايا وهو انما يتحقق في القضايا بثمن شرائط فقد يبين الشروط نعم اذا قلت زيد كاتب اه زيد ليس بكاتب البارحة وزيد كاتب اليوم نعم يعني يصدقان معا لماذا? لأن وحدة الزمن منتفية او تقول زيد كاتب بالقوة زيد ليس بكاتب بالفعل. نعم يصدقان الاول وحدة الموضوع فيهما. فلو قلنا زيد كاتب عمرو ليس بكاتب عندنا قضيتان متباينتان فالتناقض منتسبي انتفاء الموضوع الثاني وحدة المحمول فلوقونا زيد كاتبون زايدون لسنابي نجار قضيتان متباينتان فالتناقض سلب بانتفاء الموضوع لم تتناقض نعم لم تتناقض وصدق معا. نعيد الأول الى ما طبقت. الأول وحدة الموضوع فيهما. يعني في القضيتين فلو قلنا زيد كاتب عمرو ليس بكاتب لم تتناقض وصدقت معا لماذا عندنا قضيتان ما عندنا تناقض قضيتان متباينة ثاني وحدة المحمول فلو قلنا زيد كاتبون زيد ليس بالنجار لم تتناقض وصدقت معا. لماذا عندنا قضيتان متباينتان ما في ما في ما لا يوجد بينهما تقابل ثالث وحدة الزمان فلاقونا زيد موجود الان زيد ليس بموجود امس ولد اليوم نعم لان عندنا قضيتان متباينة امكن صدقهما الرابع وحدة المكان فلو قلنا الزيت الموجود في الدار الزيت ليس بموجود في السوق. ام كان صدقهما لماذا? لان عندنا قضية متباينة الخامس وحدة الاضافة فلاقونا زيد اب اي لخالد زيد ليس باب ايلي عمرو ام كانت صدقهما لان عندنا قضيتان متباينتان سادس وحدة الكل والجزء فلو قلنا الزنجي اسود اي اي بعضه والزنجي ليس باسود يعني قصدنا الاسنان اي ليس كل اجزائي كذلك ام كنا صدقهما نعم وحدة الشر فلو قلنا الاسود قابض للبصر اي بشرط السواد الاسود ليس بقابض للبصر اي لا بشرط السواد امكنا صدقهما ثمن وحدة القوة والفعل فلو قلنا الخمر في الدم مسكر بالقوة الخمر في الدين ليس بمسك بالفعل لن تتناقض وصداقة معا لان عندنا قضية متباينة وهكذا يجب ان نراعي حيثية واحدة في التقابل نعم سهلة جدا هذه هي الامور بعض العلماء اراد ان يختزل هذه الاقسام اه قال يجب ان تكون هناك اما وحدة موضوع او وحدة محمول لا يهم نعم تفصيل جميل يعني هذا اقسام اقسام مصديق غير التقابل. نعم قال هذا في القضايا الشخصية. زيد كاتب زيد ليس بكاتب. اما المحصورة يعني الكلية محصورة بالبعض او بالكل فبشرط تاسع وهو الاختلاف فيه فان الكمية ضدن والجزئيتان صادقتان نعم الجزئية هنا ليست الشخصية. الجزئية بمعنى بعض اقول بعض الانسان كاتب بعض الانسان ليس بكاجبنة عندنا دائرة هل الناس كلهم شعراء? لا بعض الناس شعراء بعض الناس ليسوا شعراء يصدقان معا اما اذا دخلنا الى القضايا المحصورة يعني القضايا الكلية سواء كانت طول كلي او سور اه جزئي يعني بعضي فبشرط تاسع وهو الاختلاف فيه الاختلاف يعني اختلاف آآ في الكيفية فان الكلية ظد والجزئيتان الصادقتان الكلية لا اذا صدقت الكلية لا تصدق الجزئية نعم واذا صدقت الجزئية لا تصدق الكلية واذا صدقت الكلية السالبة لا تصدق الكلية الموجبة. نعم في الظدان قد يرتفعان لا هذا ولا ذاك. لكن اذا تعينت الكلية الموجبة لا تتعين الكلية السالبة واذا تعينت الكلية السالبة لا تتعين الكلية الموجب. في التناقض هذا في التضاد في التناقض اذا تعينت الكلية الموجبة تنتفي الجزئية السالبة. اذا تعينت الجزئية السالبة لا تتعين الكلية الموجبة. اذا انتم درستم المنطق عندكم مربع ارسطو يسمى مربع التناقض كل ايجابي كل سلبي بعض ايجابي بعض سلبي ثم تقسم هذه بهذا المربع الى تشطبه هكذا فاذا قست الجزئي مع الجزء تقول يجتمعان. بعض الانسان شاعر بعض الانسان ليس بشاعر اذا صعدت الى الكلية لا يجتمعان ويرتفعان اذا جئت الى الاطراف تقول متداخلتان يعني الجزئية الموجبة داخلة تحت الكلية الموجبة اذا جيت الى الجزئية السالبة داخل تحت الكلية السالبة متداخلة اذا جيت الى التناطح بين الكلية الموجبة والكلية السالبة لا يجتمعان ويمكن ان يرى  مع الجزئي السالب والجزئي الجزء السالب لا يرتفعان ويجتمعان على عكس الكليتين نعم. يشير الى هذه المسألة. اقول اعلم ان القضية اما شخصية آآ اكتب هذه آآ ملاحظة منطقية ما عندنا قضايا شخصية قضايا شخصية قضايا يعني في افق الدين والشخصي في الواقع الخارجي. الشخصي قضايا الشخصية تطبيق مصداقي وليست قضايا ليست قضايا. زيد كاتب يعني زيد من مصاديق الكاتب القضايا الشخصية ليست قضايا وانما هي تطبيق مصداقية تعين مصداقية</w:t>
      </w:r>
    </w:p>
    <w:p>
      <w:r>
        <w:t>تعاون مصداقي القضايا دائما تكون في افق الذهن والشخصيات لا تأتي الى الذهن. الشخصيات تأتي الى الدين جزئيات مشخصة اذا قوله القضايا الشخصية تسامحا او مصورة او مهملة نعم اذا جئنا الى السور نحن في القضايا. القضايا دائما تكون بالكليات العناوين الكلية ثم تأتي المحصورة بين كل او بعض او لا لا سور ولا اه كل ولا جزء. طبيعة بما هي طبيعة. الانسان نوع مثلا  او مصورة او مهملة يعني مهملة السور يقول الانسان نوع هذه القضايا المنطقية او الانسان عالم بدون سور وذلك لان الموضوع ان كان شخصيا كزيد سميت القضية الشخصية ليست قضية شخصية تسامحا تقول شيخنا هذه التسامحات لماذا تركز عليها? لان فيها اشتباهات كبيرة المشخص قضية قضايا دائما تكون في افق الذهن وزيد لا يكون في افق الذهن. عندنا زيت في الدين? لا. تقول وكيف عرفنا الزيت? هذا اسم خاص. اسم خاص وليس كليا. من الكليات نعم اسماء وان نعم وان كان كليا يصدق على كثيرين فاما ان يتعرض للكلية والجزئية فيه او لا? يعني يعرضوا السور الكلي او الجزئي فالمصورة كليا وجزئية والاول هو القضية المصورة كقولنا كل انسان حيوان بعض الانسان حيوان. لا شيء من الانسان بحجر بعض الانسان ليس به كاتب. والثاني يعني ليس فيها سور وهو المهملة كقول لا الانسان ضاحكون الانسان ضحو كل شخصية ولا مصورة وهذه في قوة الجزئية يعني الطبيعية في قوة الجزئية فالبحث عن الجزئية يغني عن هذا البحث عنها آآ يغني عن البحث عنها الإنسان ضاحك يقول في قوة الجزئية لماذا? لان الكلية مشكوكة الجزئية متيقنة. فصارت جزئية صدقوني صدقوني اقول لكم مسألة مهمة جدا لعدم تعرضهم بحث القضية الطبيعية الذي هي موضوعها كلي وغير مصورة يعني خرج الشخصية تسالي باب انتفاء الموضوع ليست قضية خرجوا القضية الكلية المصورة بسور كلي وخرجوا القضية الكلية المصورة بصوت جزئي يعني بعض الانسان عالم. كليا كلية الموضوع صورة جزئية نعم. يعني الموضوع كلي يصدق على كفيل الا انه يطال دائرة فقط. لان السور البعض قيده اما الموضوع كلي انسان تخرج هادي خرج القضايا المنطقية ان صحت انها قضايا منطقية. الانسان نوع الحيوان جنس وو تبقى القضية الطبيعية هي القضية العلمية نلك الكلية ولا الجزئية ولا الشخصية هي القضية العلمية وهذا الذي وصل اليه صدر المتألين. اعطيك مثالا حتى تفهم المسألة اذا جاء التجريبي وجرب قطعة حديد وجدها تتمدد ثم جرب عشرين ثلاثين وجد التمدد اه خاصية لطبيعة الحديد يعني اينما تكون الطبيعة يكون التمدد ويقول الحديد يتمدد بالحرارة ما دخلنا هنا في الكلية الأفراد كانت مليارا او كانت عشرة يعني الفيزيائي التجريبي نقول التجريبي احسن التجريبي عنده علاقة بالافراد ام عنده علاقة بطبيعة الحديد? طبيعة الحديد لان ارسطو مهووس اه بالامور الخارجية دخل الكل والجزء في القضايا نعم يعني الاربعة زوج الاربعة زوج انت عندك علاقة بالأفراد حتى تعرف الأربعة انها زوج ما عندك علاقة حتى لو ما في فرض مصداقي خارجي للاربعة فهي زوج بالعباس تكون زوجا ما عندها علاقة بالافراد. اذا القضايا العلمية هي القضايا الطبيعية القضايا الطبيعية ننظر الى الطبيعة بما طبع ما عندها علاقة بالاسوار. ثم اذا جاء المهندس ها هذا المهندس وسافر الى المريخ حتى يسترد نوع حديد قوي فهناك يبحث عن المصادق يبحث عن المصاديق في الامور العملية عندنا علاقة بالسور سجلوها عندكم هادي لأنها مهمة جدا نعم في علم الأصول ادركوا هذا الأمر علماؤنا ادركوا هذا الامر الصلاة واجبة. الحكم يصدق على ماذا? يعني يعرض على الطبيعة الذهنية ام الطبيعة الخارجية ام الطبيعة بما هي طبيعة? يعني طبيعة الصلاة قالوا التكليف لا ينصب على الطبيعة في الدين. يعني مفهوم الصلاة مفهوم الصلاة وواجب لا معنى لهذا الكلام مفهوم الصلاة يحكي الصلاة ما عنده علاقة لا بالوجوب ولا بعدم الوجوب الخالج يقولون الخارج اذا انسان صلى رفع التكليف وليس ثبت التكليف في ذمته اذن الحكم ينصب على ماذا المحققون يقولون ينصبوا على طبيعة الصلاة لا علاقة لها لا بالدين ولا بالواقع الخارجي نعم اذا القضية المهملة الصور هي القضية العلمية ليست في قوة الجزئية اذا عرفت هذا فنقول الشرائط الثمان كافية في القضية الشخصية. نعم ما نحتاج اصلا ليست قضية يا شيخ اما المحصورة فلا بد فيها من شرط تاسع هو الاختلاف الكام والاختلاف في الكيف كذلك واحدة تكون موجبة واحدة تكون سالبة. لاننا نحن في تقابل تقابل تقابل الناقضين فهي متضمنة الايجاب والسلب تقول انسان شاعر الانسان ليس بشاعر اختلاف في الكم والكيف كي الكم هنا يعني مجبز اه كلية وجزئية وكذا. فان الكليتين متظادتان لا تصدقان يعني اذا صدقت الاولى كذبت الثانية ويمكن كذبهما كقولنا يعني يمكن رفعهما بيناها. كل حيوان انسان لا شيء من الحيوان بإنسان. يعني يرتفعان. والجزئيتان قد تصدقان كقولنا بعض الحيوان الإنسان بعض الحيوان ليس بإنسان. نعم بقر اما الكلية والجزئية فلا يمكن صدقهما البتة ولا يمكن كذبهما كقولنا كل انسان حيوان بعض الإنسان ليس بحيوان فهما متناقضون هما المتناقضون سهل المسألة مربع عرستو ودرستموه في المنطق اه اذا لم تخن الذاكرة انا خرجت في تدريسي للمنطق سطاش نحوكم سطاش الحكم لان عندنا في المربع اربع زوايا واربع زوايا اربعة في اربعة سطاش سطاش الحكم نعم ستاش الحكم قال وفي الموجهات عاشرون. يعني في القضايا الموجهة جيد خليني نسأل هذا السؤال القضايا كم مكونة لها؟ القضايا العلمية؟ ما عندنا قضية شخصية القضية العلمية على مبنى القوم يعني التي تصور عندنا خمس مكونات حتى تنعقد القضايا في الدين السور مدخول السور هو الموضوع ثم المحمول النسبة القائمة بينهما وكيفية النسبة للجهة خمسة حتى تنعقد القضية العلمية عند الجمهور البعضية يعني الجزئية تقول بعض الانسان عالم اه مثلا بالامكان هذه ليست علمية فنتركها جانبا اذا القضية العلمية على المبنى المشهور كل انسان عالم بالامكان عندنا كل فلسفته ما هو الاشارة الى دائرة المصاديق والافراد الموضوع عنوان كلي يسري اليه المحمول ثم يسري الى المصاديق. المحمول لا يسري الى المصاديق لوحده يجب ان يمر على المحمول. وهذا الذي يحقق النسبة سور موظوع محمول النسبة بين الموضوع والمحمول ثم كيفية هذه النسبة نسبة العلم للانسان بالظرورة بالامكان بالوجودية الدائمية هذه هي الجهة التي درستموها في علم المنطق. يقول اذا جئنا الى القضايا الموجهة يجب ان تراعي وحدة الجهة. نعم وفي الموجهات يعني في القضايا الموجهات التي تشار الى الجهة فيها غي شرط عاشرون عاشر مبتدأ متأخر. وفي الموجهات عاشر يعني شرط عاشر وهو الاختلاف في الجهة بحيث لا يمكن اجتماعهما يعني القضية عن القضيتين صدقا ولا كذبا. نعم. اقول لابد في القضايا الموجهة من الاختلاف في الجهة بحيث لا يمكن صدقهما معا ولا كذبهما. ونعني بالجهة كيفية القضية ليست كيفية القضية كيفية النسبة لان القضية قائمة بالنسبة سمى القضية النسبة قضية</w:t>
      </w:r>
    </w:p>
    <w:p>
      <w:r>
        <w:t>كيفية القضية لا كيفية النسبة القضية بجميع مكوناتها فالجهة لا تبين نسبة الكل الى الموضوع لا تبين نسبة المحمول الى الموضوع. اذا الجهة كيفية النسبة نعم ونعني بالجهة كيفية القضية يعني اه اعطاها عنوان القضية لان اساس هذه المكونات هو النسبة نعم تعبير مجازي. ونعني بالجهة كيفية القضية. كتب تحتها كيفية النسبة بين من الضرورة والدوام والوجودية والامكان والامكان العام الامكان الخاص وو ومن الجهات التي لا تنتهي والإمكان والإطلاق هذه كلها من الجهاد فانهما يعني القضية اه عن القضيتين فانهما لو لم يختلفا في الجهة امكن صدقهما او امكن كذبهما كان ممكنتين انهما تصدقان مع شرائط التسعة كقولنا بعض الانسان كاتب بالامكان لا شيء من الإنسان بكاتم الإمكان يصدقان ما في تناقض نعم يعني اذا تحرك كتب واذا لم يتحرك لم يكتب. يعني تحرك نحو التعلم وكالضرورتين فانهما تكذبان كقولنا بعض الانسان بالضرورة كاتب بعض الانسان بالضرورة كاتب لا شيء من الانسان بالضرورة كاتب. نعم. يصدقان ولا تناقض بينهما وليس مطلق الاختلاف في الجهة كافي في التناقض ما لم يكن اختلافا لا يمكن اجتماعه اجتماعهما معه. مع بهذا الشرط شرط يعني ما في جهة اجتماع كل جهة تظرب جهة اخرى فان الممكن والمطلق المتخالفتين كما وكيفا يعني فإن الممكن يعني القضية التي جهتها الإمكان والمطلقة يعني القضية التي جهتها الاطلاق المتخالفتين كما وكيفا. يعني اه قضية كلية والثانية جزئية القضية الاولى موجبة للقضية الثانية سالبة. لا تتناقضان كما قلنا في الممكنتين. لماذا? لان الاطلاق لا بشرط الاطلاق ما بيشرب. والماء حار بالاطلاق ما ليس حار بالاطلاق نعم لماذا? الاطلاق يصدق على الماء الحار في شروط الحرارة ويصدق على الماء البارد في شروط البرودة. وهذه طبيعة الاطلاق لا بشرط والامكان لا بشرط. هذا هو السر السر ان جهة الإمكان لا بشرطية يعني منفتحة حتى على المتناقضين والاطلاق كذلك ولا بشرط ثم يقولون من هو الأعم لإطلاق ام الإمكان من الأعم في الجهتين هذا يبحث في في المنطق ان شاء الله ليس هنا نعم لكن اكتب السر ان الممكن والمطلقة اه القضايا لا تتناقضان لان الامكان لا بشرط يجتمع مع السلب والايجاب والاطلاق كذلك لا بشرط يستوعب السبل والايجاب نعم اما الممكنة والظرورية اه هنا الإمكان والضرورة? لا. قضية منهجية الإمكان. وقضية لهجية الضرورة هنا بينهما تناقض. لماذا? لأن الإمكان قابلية الإتصاف يعني قابلين في الاتصاف. اما الضرورة لا فعلية الاتصاف فعلية الاتصاف اذا اختلفتا كما وكيفا فانهما تتناقضان. وكذا المطلقة والدائمة المطلقة قلت لك قد تصدق على مقطع الدائمية لا الدائمية تطال جميع المساحة. ترفض هذه الجزئية المطلق لا تقول انسان عالم بالاطلاق قد يعلم دقيقة واحدة يصدقه اقل من دقيقة هذه الفعلية اقل من دقيقة صدقت جهة الاطلاق فتخالف الدوام لانها دقيقة واحدة او ثانية واحدة اقل من ثانية عشر فالاطلاق سابق يعني هو مجرد تعلم توفى. مثلا او جن فقد العقل بناء الاطلاق حاضر لان الاطلاق لا بشرط من جميع الحيثيات. اما الدائمية لا تشترط هذا الانسان دائم العلم. لا يرفع عنه العلم. هناك تناقض. يعني الدائمية ترفض المطلقة والمطلقة تدمر الدائمية. فيتصور بين القضيتين اه تناقض نعم قال واذا قيد العدم بالملكة في القضايا سميت معدولة وهي تقابل الوجودية صدقا لا كذبا لامكان عدم عدم الموضوع فيصدق مقابلهما ان شاء الله خلوها لي الحصة القادمة ان شاء الله ابينها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