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اهلا وسهلا بكم والسلام عليكم ورحمة الله وبركاته نزلنا معكم في مصاديق التقابل ووصلنا معكم الى هذه الفقرة قال  واذا قيد العدم بالملكة عدم الملكة يعني في القضايا سميت معدولة وهي تقابل الوجودية صدقا لا كذبا لإمكان عدم الموضوع فيصدق مقابلهما القضايا المعدولة بينا هذا الامر فيما مر فلسفتها ما هي فلسفة الناتئين واقعية من الواقعيات من شأنها ان تتصف بصفة ضفت كمال ثم لظرف ما هذا الكمال ذهب كفى فنأتي ونريد ان نحكي عن هذه الحالة نحكي بالكمال لا يصح لان الكمال في مقابل رفع الكمال فماذا نفعل? نأتي الى ما يضاد الكمال يعني عندنا كمال البصر ذهب البصر لحادث في السيارة مثلا تصادف ما قادف ما فنأتي الى ما يرفع البصر اللا بصر. نقول الانسان لا بصير ماذا تحكي هذه القضية? اولا تحكي موضوعها الانسان يعني زيد اه علي خالد وهكذا مصاديق و ثم باعتباره فاقدا للكمال لا نعطيه البصر نعطيه اللا بصر لماذا? لان اللا بصر يحكي عن هذه هذا الفراغ الكمالي هذا الفراغ الكمالي لا يمكن ان نحكي آآ عنه الكمال للبصر نقول علي بصير لا ما يصير فنقول اذا ذهبنا الى العناوين الكلية الانسان لا بصير فنفهم من هذا التركيب القظوي ان الانسان فاقد لكمال في بعض افراده كزيت كبلال وهكذا طبعا الملكة بمقابل عدم الملكة. من اقسام التقابل الملكة تنفي عدم الملكة وعدم الملكة تنفي الملكي هذا هو التقابل فهذه الحكاية جيد. الان يقول واذا قيد العالم بالملكة تقول عدم الملك يعني عدم البصر في القضايا في التراكيب القضائية يعني موضوع محمول سميت معدولة عزلوها عن السلبية القضية السلبية تقول الجسم ليس بمجرد الله ليس بمتحيز ما معناه? يعني ما في علاقة بين الموضوع والمحمول ما في علاقة في بينونة مطلقة اما في المعدولة لا في علاقة بين الموضوع والمحمول اذا قلت الانسان لا بصير في علاقة لماذا? يشير الى غياب الكمال ليس الى البينونة المطلقة بين لا بصر والانسان في علاقة ما هي? ان هذا الكمال من شأن الموضوع ان يتصل به انه غائب يعني يحكي عن واقعية في متن الموضوع. اما القضايا السالبة تشير الى البينونة فقط هذا لا علاقة له بهذا يعني الموضوع لا علاقة له بالمحمود واذا قيل العلم بالملاكة في القضايا سميت معدولة لهذا الفهم الدقيق يجب ان يعطى لها آآ مصطلح وهو العدول نعم العدول في اه بنية القضية اداة العدول هي اللام يقول انسان لا بصير تكون جزء الموضوع. جزء الموضوع يعني تصير القضية هكذا. الإنسان هو اللا بصير. هو لا بصير فاذا كانت اللام جزء المحمول يعني المحمول مركب من لام آآ الكمال المفقود فارتبك العقل كيف تكون اداة السلب في جزء المحمول عادة صفة صفة يعني كمال حيثية فارتبك العقل الى الان الى الان ما زال مرتبك. كيف تجعلون اداة السلب التي هي تفصل بين امرين تصير جزء من جزء من امر من الامرين نعم وهي تقابل الوجوب الوجودية نعم يعني الوجودية الموجبة المعدولة نجيب المعدولة نعم صدقا لا كذبا. يعني اذا كانت القضية تشير الى عدم ملكة تقابل القضية التي تشير الى الملكة هذا معنى الوجودية فيأتي التقابل يعني لا يجتمعان وقد لا يخلو الموضوع من الاثنين متى يخرج الموضوع من اثنين يعني يتصور الانسان لا بصير ولا لا بصير يقول في حالة ان الموضوع غير موجود سلب بانتفاء الموضوع القاعدة ما تقول? ماذا تقول? في السالبة بانتفاء الموضوع. يعني الموضوع اصلا غير منتفي بروج التخصصي فطبعا كل المحمولات اه كل المحمولات تجتمع فيه لانه اصل لا هوية له تقول اه   لا يحضرني مثال لذلك سلب بانتفاء الموضوع. نعم  امرأة تذهب الى لان امثل بهذا المثال امرأة تذهب الى حلاقة تريد ان ترطب شعرها تسريحة شعرية خاصة فترفع الخمار امام الحلاقة وهي اه ما عندها شعر نعم ما عندها شعر فسالبة بانتفاء الموضوع الحلاقة تقول لها اي تسريحة لا تليق بك? نعم لنستلب امتفاء الموضوع فكل المحمولات اذ تجتمع رفعا تجتمع رفعا. نعم يقول واذا قيل العدم بالملكاء يعني عدم البصر في القضايا يعني في التركيبات القضاوية من موضوعهم سميت معدولة. فقط هذا من باب الاصطلاح لعزلها عن السالبة اه السالبة المحصلة وهي تقابل الوجودية طبعا اذا كانت عدم الملكة تنفي الملكة لأن التقابل كما بيناه وهي الموجبة المعدولة نعم صدقا لا كذبا صدقا يعني لا يجتمعان كذبا لامكانه اي او لماذا اه يجتمعان لإمكان عدم الموضوع يعني السالبة بانكفاء الموضوع فيصدق مقابلهما نعم راني سالي باب انتفاء الموضوع لا هو بصير وهو لهو لبصير من باب من باب السالبة بانتظار الموضوع. الموضوع غير موجود اذا البصير موجود? لا مرفوع. لا بصير موجود? لا مرفوع كلاهما ارتفع. هذا معنى العبارة. اقول لما ذكر حكما من احكام التناقض شرع في بيان حكم من احكام تقابل العدم والملك وهو ان العدم اذا اعتبر في القضايا سميت القضية معدولة. هذا من باب الاصطلاح وفصلناه وهو ما يتأخر فيها حرف السلب هذه اشارة الى بنية القضية الحرف السلبي يعني لام تأتي بعده. تقول الانسان هو اللا بصير نعم حتى تتميز عن السالبة المحصلة وهو ما يتأخر يعني تعريف للعدول وهو ما يتأخر فيها حرف السلب عن الرب كقولنا زيد هو اذن القضية موجبة قضية موجبة يعني ترفع تحمل عدم الملكة زيد هو ليس بكاتب ليس هنا جزء المحمول. كيف تكونوا؟ اداة سلب جزء المحمول المحمول يحكي على حيثية يحكي على حيثية على صفة كيف تكون لام جزءا المحمول. صعبة جدا فهمها صعبة جدا نعم وهي يعني هذه القضية المعدولة وهي تقابل الوجودية في الصدق. نعم يعني في تقابل لا يجتمعان لامتناع صدق الكتابة كحيثية ايجابية وعدمها كحيثية سلبية. على موضوع واحد طبعا شرط وحدة الموضوع في وقت واحد من جهة واحدة للشروط التي ذكرناها ويجوز كذبهما معا. متى يعني لا يكون لا بصير ولا لا بصير اذا انتفى الموضوع مطلقا عند الموضوع واذا كذب حينئذ صدق مقابل كل واحد منهما فيصدق مقابل الموجب المعدول وهي سلم من كفاء الموضوع نعم يعني تقول ما تشاء ان في الموضوع تقول لا كاتب نعم ويمكن كاتب يمكن لماذا? لان الموضوع غير موجود نعم ويجوز كذبهما معا عند عدم الموضوع. يعني في حالة انتفاء الموضوع نقول سالبة بانتفاء الموضوع نعم اه ابو عيسى ظهر لي الان استذكرت المثال ابو عيسى عليه السلام ابو عيسى ما موجود سلبة بنكفار موظوع يقول غني ليس بغني يمكن عالم يمكن ليس بعالم يمكن لماذا? لان الموضوع اصله منتفي</w:t>
      </w:r>
    </w:p>
    <w:p>
      <w:r>
        <w:t>واذا كذب حينئذ كذب يعني ارتفع صدقة مقابل كل واحد منهما نعم اذا كذب نعم صدق كل واحد منهما فيصدق مقابل الموجبة المعدولة وهي السالبة المعدولة. نعم اقول ابو عيسى اه كاتب من ابو عيسى غير موجود تعطيها وصف الكتابة. اذا لا يصدق عدم ما تقدر تنفي تنفي لا كتابة لأن اصلا غير موجود غير موجود نعم اذا يرتفعان وما يقابلهما يجتمعان نعم. ولهذا يقول اذا كذب يعني الاثنان يعني الموجبة المعدولة والسالبة المعدولة. كلاهما ارتفعا عن الموضوع. ما معنى كذب? ارتفع على الموضوع حينئذ صدق مقابل كل واحد منهما. فيصدق مقابل الموجبة المعدولة ويستلم المعدول. ومقابل الموجبة المحصلة وهي السالبة المحصلة. لامكان صدق السلب في الطرفين عن الموضوع المنفي. هذي طبيعة الموجبات اساليبات القضية المعدولة الاوس القضية التي موظوعها منتفي يصدق الجميع ويرتفع الجميع نعم يقولون في العرف سالبة من كفاء الموضوع نعم قالوا وقد يستلزم الموضوع احد الظدين بعينه اولى بعينه او لا يستلزم شيئا منهما عند الخلو او الانصاف بالوسط يعني في الوسط اربع احكام اربع احكام لا تفهمها في المكتب فما في شرح العلامة الحلي لانها مضغوطة وغير واضحة المفاهيم. اقول هذه احكام التضاد وهي اربعة. الاول ان احد الظدين بعينه قد يكون لازم للموضوع. لازم يعني لا ينفك لا يلزم يعني الف باء عن دبا لا ينفك عنه طبعا اذا كان ملك ناقد الملكة يجتمع لا يجتمع لأنه لازم ولازم لا يرفع اذا كان منفكا قد يأتي المقابل. اذا كنا في الملكة تأتي عدم الملكة اذا كنا في عدم الملكة وانتفت تأتي الملك لماذا لنمو فك? ما معنى المنفك? قد يأتي وقد لا يأتي اللازم له مستقر مستقر لا يرفع. اذا اذا كان هو الملكة عدم الملكة ابدا لا تأتي اذا عكسنا القضية قلنا عدم الملائكة هي اللازم لا تنفك لا تنفك كما كانوا يعتقدون في في العقرب انها لا تبصر لازمون لها. والان العلم الحديث اثبت انها تبصر لا لا يهمنا الان الاشتباه. كانوا يعتقدون ان العقرب لا ترى يعني عدم الملكة لازمة لها تصاحبها لا تنفك عنها. اذا لا تجتمع مع البصر يعني مع الملك اقول هذا هذه احكام التضاد وهي اربعة. الاول ان احد الظدين بعينه يعني الملكة او عذاب الملكة لا شرط نعم اه ليس التضاد التضاد ليس عدم الملكة الاولى ان احدا ضد بعينه قد يكون لازم للموضوع هنا بحفظ الضدين انا تمثلت بعدم الملك لازم لازم يعني لا ينفك. اذا اذا كان لازما يصاحبه ما دامت ذاته موجودة فلا يمكن للظد الاخر ان يستقر فيه هذا هو اللزوم مثلا اه عدد هو زوج زوجية لازمة لذاك العدد كالاربعة هل يتصور ان تكون اه فرضا ابدا. لماذا? لان الزوجية لا تنفك عنها. نحو وجودها نعم آآ الاول ان احد الظدين بعينه بشخصه قد يكون لازما للموضوع كسواد القار يستورد قال مثال استطعت تمثل بالزوجية للاربع وقد لا يكون وقد لا يكون لازما يعني لا يلزم الموضوع فاما ان يكون احدهما لا بعينه لازما للموضوع يعني غير مشخص هذا اللازم غير مشخص غير مشخص عندنا واحد لازم لكن من هو غير مشخص يقول وقد لا يكون يعني لا يكون لازما بعينه بهذا القيد بعينه يعني لا نعرف من هو اللازم بالضبط فاما ان يكون احدهم لا بعينه لازم للموضوع كالصحة والمرض للبدن يعني اذا استقرت الصحة لا يأتي المرض واذا استقر المرض اه لا يأتي الصحة. او لا يكون قائم او لا يكون يعني لا يكون احدهما بعينه لازما او لا يكون فاما ان يخلو عنه ومعا يعني منفك او لا يكون اكتب تحتها منفك فاما ان يخلو عنهما يعني الموضوع يخلو عنهما عن عن الظد والظد الاخر معا كالفلك الخالي عن الحرارة والبرودة. الحرارة تضاد البرودة والبرودة تضاد الحرارة الفلك لا حار ولا برودة. لماذا? لانه اه هم يعتقدون انه لا يخرق اه لا يخرق لا تعرضه الحرارة برودة الحرارة والبرودة لا تعرض الماديات هنا في هذه النشأة او يتصف بالوسط يعني اه الى البرودة والحرورة. نقول فاتر ماء فاتن. لماذا? لان البرودة ليست لازما ليست لازما له ولا الحرارة لازمة فيستقر فيه الوسط وهو الفاتر هذه اربعة فقط اربعة اه انواع من تقول شيخنا فيما تنفعنا هذه الامور اذا دخلت في العلوم التطبيقية تفيدك كثيرا اذا دخلت في علم النفس اذا دخلت في الفيزياء في الفلك هذه الأمور تفيد كثيرا. قد تكون في الإلهيات لا تفيد الا انها في العلوم تفيد. لماذا? لأن الإلهيات بالمعنى الأخص تحكي قوانين الوجود قد لا تصدق في الالهيات ولكن تصدق في علوم اخرى. قوانين عامة. قال ولا يعقل للواحد وضد بشرط بشرط ان يكون هذا الواحد من جهة واحدة. نعم هذا حكم ثان للتضاد وهو انه لا يعرض بالنسبة الى شيء واحد الا لواحد فلا يضاد الواحد الاثنين لان الواحد اذا ضاد الاثنين فاما بجهته واحدة او بجهتين نعم قلنا العلاقة بين الواحد والاثنين علاقة مكين ومكيال ما في تضاد اذا في تضاد بين الواحد والاثنين لا تشكل الاثنين الواحد مثلا يشكل العشرة بتكرره عشر مرات اذا كان بين العشرة والواحة الواحد يدفع العشرة ولا يقومها ويكونها قلنا هناك تقابل ليس من باب التقابل التقابل المكي لي والمكيال فالمفروض ان يأتي بمثال اخر ليس بالواحد الاثنين لان هناك بينا ان التقابل بينهما وليس من تقابل التضاد تقابل مكيل والمكيال هذا حكم ثان للتظاد وهو انه لا يعرظ لا يعرض يعني لا يتحقق التضاد بالنسبة الى شيء واحد الا لواحد فلا يضاد الواحد الاثنين لا تقول واحد يضاد الاثنين بالعكس يقومه لانه الواحد اذا ظاد الاثنين فاما بجهة واحدة او بجهتين اذا كان يضاد الاثنين بجهتين هذا ليس التضاد اذا اتخذت عربي ليس التبادل الذاتي لان الحيثيات تختلف نعم فان كان بجهة واحدة فهو المطلوب. جهة واحدة لا يمكن يعني من جهة واحدة الشيء الواحد يعرضه ضدا ابدا نعم لان طبيعة الضد رفع المقابل فكيف هذا التقابل يكون في حقيقة واحدة? يمكن? لا يعني الذات تتفكك الموضوع يتفكك. ولهذا يقول فان كان بجهة واحدة يعني من جهة واحدة يأتي ظدان في موضوع واحد. ابدا وهو ان ان ضد الواحد واحد وهو ذلك القدر المشترك بينهما. نعم هذا غير مستحيل هذا مستحيل الظدان يعرظان لموضوع واحد من جهة واحدة نعم فان كان بجهة واحدة فهو المطلوب هذا لا يمكن مستحيل لان عندنا قاعدة بنيوية اه ارتفاع اجتماع الظدين يؤدي في نهاية المطاف الى اجتماعا نقيضين ارتفاع الظدين كذلك يؤدي الى اجتماع الناقضين. ارتفاع الناقضان يؤدي الى اجتماع علم الناقدين يعني القضايا لا تنعقد فتخيل انت الان السواد والبياظ في موضوع واحد فماذا يحدث الموضوع يختل? الموضوع يخرب ويفسد. فالقضايا لا تشكل. يعني القضية اذا ارادت ان تشكل تقول الجسم ابيض</w:t>
      </w:r>
    </w:p>
    <w:p>
      <w:r>
        <w:t>سريعا السواد يخرب هذه القضية لماذا? لان الجسم اسود والبياظ يخرب القضية الثانية الجسم اسود وهكذا لا تنعقد اي قضية وهذا هو الزيف هذا هو البطلان. يعني اجتماع النقيضين يقول الفهم غير موجود غير متحقق. نعم نعم وهو ان ظد الواحد واحد ظد الواحد واحد. نعم يعني اذا كان الظد من جميع الجهات لا يأتي الضد الثاني من جميع الجهات نعم وهو ذلك القدر المشترك بينهما. نعم. وان كان بجهتين يعني بلحظين نعم كان ذلك وجوها من التضادل ليس تلاذم من جهة واحدة لا وجها واحدا وليس البحث فيه. البحث في هذه المسألة. موضوع يعرضه ضدان من جميع الجهات يعني وحدة الجهة هذا لا يعقل واضحة جدا المسألة اه نعم فالانسان في العرف الذي يريد ان يشتري قميصا بلون ابيض لا يمكن ان يقول للبائع اعطيني قميصا متلون بالبياض كاملا من جميع الجهات ومتلون بالسواد من جميع الجهات البائع يقول انت مجنون قال نعم قال وهو منسي يعني التضاد منسي عن الاجنس نعم الاجناس خلينا نبين القاعدة الاساسية قلت لكم في حصة قادمة قال التبادل ليس في الاوصاف التضاد في الوجود لكن نحن ما عندنا الية للحكاية الا بالاوصاف مثلا عندنا وجود طبيعته اسود لا يمكن ان يكون هذا الوجود ابيظ لكن نحن ما عندنا فهم للوجود في عمقه. نحن نذهب الى ماذا? الى الاوصاف والحيثيات. ونعتبرها منفصلة نضع السواد ان جاء ونضع البياض من جهة ونقول لا يجتمعان في موضوع واحد ولكن في الاصل هو الموضوع هو الميلادي وليس الاوصاف. لماذا? لان السواد في دائرته سواد سلطان. والبياض في دائرته بياض اذا اين التظاد والتقابل في متن الموضوع في متن الوجود. اخرج على الوجود يرتفع التناقص ارتفع التناقض نعم ولهذا اذا صعدنا الى الاجناس ابتعثنا عن الوجود ما في تناقض هناك ما في تناقض تقول آآ السواد لا يناقضه شيء. البياض لا يناقضه يناقضه شيء في الموضوع يعني حيثية وجوبية وجودية وهو منسي يعني التضاد على الاجناس. اقول هذا حكم ثالث للتضاد. وهو ان التظاد منسي على الاجنس. ولا ينتقظ اشكال من فعل الاجس وظحناها فإذا خرجنا على الوجود تناقض يرتفع يرتفع يرتفع عندك حزبان مثل بالعرف جميل. عندك حزبان. يمين ويسار بينهم تظاد مطلق يعني اما ان يحكم اليسار واما ان يحكم اليمين ما في ايديولوجية متفقة في موضوع واحد في موظوع واحد ليكن الامر الى يوم القيامة هكذا. يعني اليساري في دائرته واليمين في دائرته لا يتصور التناقض بينهما. ولا التضاد بينهما. ابدا بس ما في تضاد انسب اليسار واليمين الى الحكومة الى الموضوع اذن الحكومة لا تتحمل ايديولوجيتين واحد يقول الملكية لا تجوز الملكية الخاصة وهو اليساري واليمين يقول المجتمع قائم على الملكية لان الانسان يحس بالاحترام والكرامة اذا كان يملك الاشياء فحكومة هادي تنعقد تنعقد ابدا لا تنعقد. اذا اليسار واليمين يعرضهم التضاد في الحكومة وليس في دائرة فيهما هذا هو معنى انه منفي في الاجنس. نعم ثم يأتي اشكال ولا ينتقض مش تشكيل يستشكل ولا ينتقض بالخير والشر لانه ليس جنسين طبعا الخير والشر من مفاهيم الفلسفية وليس من الاجنس ليس من الاجنس. نعم نعم الخير هو المطلوب لذاته والشر هو المتنثر منه لذاته. كما يعرف الخير نعم لانهما يعني الخير والشر ليست جنسين. نعم ولا ضدين من حيث ذاتهما بل تقابلهما من حيث الكمالية والنقص نعم ويقول واذا استشكلت بالخير والشر او اولا الخير والشر ليس من الاجناس التي تندرج تحتها الانواع. نعم. الخير هو المطلوب لذاته. ما عنده علاقة بالشر ما عنده علاقة بالشر والشر هو المتنصر منه بالذات وهذه الامور تنتمي الى العقل العملي. يعني الى الحكمة العملية نعم الحكمة العملية عندها علاقة بالارادة. نعم قال ومشروط في في الانواع باتحاد الجنس. نعم من الأنواع كيف يتحقق التناقض بينهما اذا كان مندرجين تحت جنس واحد ايه وهذا الجنس يكون قريب اليهما. اقول هذا حكم رابع للتضاد العارض للانواع وهو اندراج تلك الانواع تحت جنس واحد اخير. يعني الجنس القريب نعم ولا ينتقد بالشجاعة والتهور. المستشكل استشكل الشجاعة والتهور. لان تقابلهما من حيث الفضيلة والرذيلة العارضتين لا من حيث ذاتهما انت خذها قاعدة كلية كل الاوصاف المتظادة في دائرتها لا معنى للتضاد فيها الا اذا كانت في موظوع يعني الوجود الوجود الانسان اذا ادرك الغاية التي تناسبه يعني له بصيرة بغايته اذا طبقناها على الدين يعني الحياة الطيبة يا ايها الذين امنوا استجيبوا لله وللرسول اذا دعاكم لما يحييكم. الحياة الطيبة نعم فاذا تحرك نحو هذه الحياة الطيبة بحسن اختياره نال الخير وتكامل وسعد الشر انه تحرك بارادته نحو ما يقابل هذه الغاية انا سوء الاختيار. اذا عندنا انسان على بصيرة عقلانية او اختيار اما الشر في حد ذاته والخير في ذاته في ذاته والفضيلة والشجاعة التي هي من الخير وللتهور الذي هو من الشر لا تضال بينهما الا في موضوع. يريد يبين هذه المسألة. هذا حكم رابع للتضاد العارض للانواع وهو اندراج تلك الانواع تحت جنس واحد اخير يعني قريب. ولا ينتقل الدفع اشكال. ولا ينتقد التجاعة والتهور لأن تقابلهما من حيث الفضيلة والذين العارضتين لا من حيث ذاتهما. يعني يجب ان يكون هناك موضوع هو الإنسان اذا اتصف بالفضيلة لا يتصف بالرذيلة والباقيات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