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اهلا بكم وسهلا في هذه الحصة وصلنا الى الفصل الثالث يعني باب العلية والمعلولية وهذا الباب من اجمل الابواب في جميع العلوم داخلة في جميع العلوم نعم وهي تجلي من تجليات مبدأ السبب الكافي. نعم باب العلية والمعلولية به نبين القضايا العلمية من ادلة كلها تسعى الى كشف هذه العلل فان لم نقل هو اروع بحث في جميع العلوم لا نفارق الحقيقة ولا نبتعد عن دقيقة من اجمل البحوث. انزع العلية والمعلولية من العلوم لا معنى للعلوم حتى في القرآن الكريم العلية والمعنوية باب العلية والمعلولية شاخص بقوة في القرآن الكريم. كلما وجدت كلمة اللام التعليل اما ان تعلل بالعلة الفاعلية او بالعلة غائية او بالعلة المادية او بالعلة الصورية كما سيأتي بيانه بالتفصيل يقول المحقق الطوسي رحمة الله عليه الفصل الثالث يعني باب جديد في العلة والمعلول لو قال في العلية والمعلولية كان افضل قال كل شيء يصدر عنه امر اما بالاستقلال او الانظمام فانه علة لذلك الامر الصابر والامر ما هو? معلول له يقول كل شيء يصدر يعني يترشح كما في الحاشية محقش محقق للشريف الجورجاني هذا العالم الاشعري الكبير كانه يشكل على هذا التعريف وان وان في الحقيقة موافق على التعريف يقول التعريف بما انه استخدم كلمتي يصدر يعني فقط العلية الفاعلية العين العلة الغائية خارجة العلة المادية خارجة العلة الصورية خارجة نعم وآآ العلامة بشي خصها زاد تآملي محقق هذا الكتاب والمعلق على هذا الكتاب يقول المحقق الشريف الجورجاني بان هذا التعريف بظاهره لا يتناول غير الفاعلية يعني غير العلة الفاعلية اذ لا صدور من غير الفاعلية. فالاولى ان اه تعرف بالاحتياج يعني الافتقار الافتقار قال بظاهره والاولى يعني انه يقبل في العموم التعريف نعم كلمة يصدر توحي فقط بالعلة الفاعلية لانه العيلة الغائية لا يصدر عنها شيء. يأتي اليها شيء لكن اذا دققنا في المسألة جيدا نقول العلل الحقيقية هي العلة الفاعلية والعلة الغائية العلة المادية والصورية يصدق عليهم عنوان العلية بالمجاز ليس بالحقيقة لان الفاعلية يصدر عنها الفعل والعلة الغائية غير الغاية العلة الغائية هي سبب صدور الفعل الانساني. الفعل الاختياري الانساني واذا وصل الانسان الى ما يريد ان يتحرك اليه هذا يسمى الغاية ليس العلة الغائية. اذا العلة الغائية كذلك سبب صدور للفعل الاختياري اذا فهمنا المسألة هكذا فالعبارة تكون دقيقة جدا. اقول لما فرغ من البحث عن لواحق الماهية شرع في البحث عن العلة والمعلول او العلية والمعلولية  لانهما من لواحق المهية وعوارض المالية يعني المائية اما ان تكون علة واما ان تكون معلولا وهما من الامور العامة ايضا الامور العامة كتب تحتها يعني حيثية اذا تكلمنا في البعد الثبوتي والبنية الوجودية اذا تكلمنا في البنية الذهنية وعالم الإثبات نقول مفاهيم ثانية فلسفية معقولة ثانية فعل سفير. هذا ما معناه من الامور العامة نعم ونفس اعتبار العلية والمعنوية من المعقولة الثانية ومن انواع المضاف نعم مضاف يعني قياسية النوع المضاف اكتب تحتها امور قياسية يعني لا يصل اليها الدين الا بعملية اضافية او قياسية نعم هنا تثار مسألة كيف وصل الذهن الى العلمية والمعنوية كثير من العلماء يرجعون هذا الامر الى الشهود ما في الا الشهود يعني انت الان ترى الطفل الصغير اذا انفتحت الباب يلتفت الى الفاعل ويشاهد امامه يعني هذا ميسان الداخل هو الذي فتح الباب نعم فانفتاح الباب متعلق بماذا? بدوران المفتاح والمفتاح صادر من الإنسان هو الذي حرك المفتاح. يشاهد هذه الأمور بالمعاينة او لا يعتمد على الشهود الباطني كذلك لا يخرج عن الشهود يدرك نفسه ويدرك شؤونات النفس بعض شؤونات النفس قائمة بالنفس. في قيام آآ قيام صدوريا شؤوناتك وانت كالإدراك مثلا عيلته من النفس فيدرك ان هذه الادراكات قائمة بالنفس قياما صدوريا. فالنفس علة وهذه الادراكات معلولات بالشهود هذا هو المصدر نعم وفي هذا الفصل مسائل. المسألة الاولى في تعريف العلة والمعلول وهما وان كانا من المتصورات القطعية يعني الضرورية قلت لكم والأمور والشهودية حاضرة عند الإنسان لا يمكن ان تعرف نعم لكن قد يعرض اشتباه ما يذكر على سبيل التنبيه والتمييز رفع التوهمات والاشتباهات ما يزيل ذلك الاشتباه. اذا تعريفات تعريفات ما هو حاضر عند الانسان انت لب العليا والمعنوية حاضرة عندك بالشهود اما الشهود الخارجي اما او الشهود الباطني. فكيف تعرفها? يقول قد يعرض توهم او اشتباه فاذا فرظنا صدور شيء عن غيره كالاحتراق من النار مثلا او الادراكات عن النفس مثلا كان الصادر معلولا نعم والمصدر عنه علتان. سواء كان الصدور على سبيل الاستقلال يعني بدون وسائط على مبنى المشة في وسائط مثلا الله تعالى الا يخلق الاشياء من خلال العقول يوسطها تحت تدبيره المطلق تحت قيوميته المطلقة كما في العلل التامة يعني هل تم اذا اجتمعت المعلول حتما يصدر او على سبيل الإنضمام كجزء العلة فان جزء العلة شيء يصدر عنه اه امر اخر نعم يعني العاقل يصدر عنه لكن ليس لوحده بانضمامي عقول تحتية او الله تعالى فوق لكن لا على سبيل الاستقلال بل على سبيل الانضمام ينضم الى غيره فهو داخل في الحد نعم نعم الكتابة مثلا في الأمور العرفية انت تكتب كتاب كيف تحققت? تحققت بمجموعة كلها تسمى العلة التامة. انت بارادتك للكتابة ثم القلم ثم الورق الماء الجاف ليس المبلول اه ثم  اقتراب الورق من القلم الورق في سجني وانت في النجف كيف تكتب البعد والقرب اه قرب الورق من من القلم هادي كلها المجموع اذا اجتمعا تترشح الكتابة القلم جزء الا يترشح تترشح منه الكتابة علة معدة وتترشح من ارادة الانسان الكتابة كعلة حقيقية. نعم. هذه الامور سهلة جدا تحليلية وليست استدلاء لي نعم المسألة الثانية في اقسام العلة اه فقط انا نصيحة لكم اذا قرأتم القرآن الكريم او حتى النصوص الاخرى نصوص السنة النبوية الشريفة دائما هذا المطلب يكون حاضرا في ذهنكم الشريف ابحث دائما في النصوص عن العلة الفاعلية العلة الغائية اه انعلنا المادية والصورية كما سيأتي ان شاء الله بيانه بيان هذه الاقسام تقول شيخنا ما دخل هذه العلل بالقرآن الكريم القرآن يحكي التكوينيات ويحكي الاعتباريات فهذه العلل لا يمكن تجاوزها ابدا هذه حكمة الله تعالى الخالدة انا اسميها الحكمة الطبيعية في مقابل الحكمة الوحيانية. ليس من الطبيعة لا. طبيعية يعني تقتضيها الطبيعة والاشياء كان الوحي او لم يكن ان الشمس علة للاشعاع هل ياتي الوحي ويجعلها تشعلل طبيعة الشمس تقتضي الإشعاع بدون وحي وعندنا حكمة وحيانية تأتينا من خلال الوحي. كلا الحكمتين حكمة الله تعالى الخالدة يعني ترجع الى الحكمة الالهية الخالدة</w:t>
      </w:r>
    </w:p>
    <w:p>
      <w:r>
        <w:t>نعم العقل الديني مع الاسف الشديد لا يهتم الحكمة الطبيعية كثيرا نعم يهتم فقط بالحكمة الوحيانية وبالتالي لم يقدر ان يدخل الى المجتمع لان المجتمع تحكمه هذه الحكمة الطبيعية. فالعالم الحقيقي من يحيط بالحيكة ما كاين نعم بالحكمتين ثم يدخل الوحي في هذه الامور الطبيعية يوظفها للهداية. نعم الحكمة الوحيانية فلسفتها ماذا الهداية الحكمة الطبيعية فلسفتها استقرار النظم الوجودي نعم المسألة الثانية في اقسام العلة وهي فاعلية ومادية وصورية وغائية نعم عل الفاعلية يصدر عنها الفعل مادية تقوم الامور المادية كالذهب والفضة والماء السورية كذلك تقوم الماديات والغاية ملي اجله الشيء. المفروض يقول ليس الغاية. العلة الغائية. فرق بين الغاية والعلة الغائية يأتي ان شاء الله بيان اقول العلة هي ما يحتاج اليه الشيء. انظر هنا ما قال ما يصدر عنه الشيء. اعلم الحلي قال ما يحتاج اليه شيء ما يتقوم به الشيء. قد يتقوم بالفاعلية قد يتقوم بالمادة والصورة قد يتقوم بالغاية وهي اما ان تكون جزءا من المعلوم او خارج عن تقسيم دائر بين النفي والاثبات. اما مكونة من مكونات المحلول او لا خارجة خارجة هي العلة الغائية العلة الفاعلة. مكونة اما علة مادية واما علة صورية نعم والاول يعني المكونة. المكون يعني ان تكون جزءا والأول اما ان يكون جزءا يحصل يحصل به الشيء بالفعل او بالقوة بالفعل العلة الصورية بالقوة العلة المادية والأول الصورة لا ليس الصورة العلة الصورية فرق بين الصورة والعلة والثاني المادة الدقيق هي العلة المادية وان كانت خارجة فاما ان تكون مؤثرة او يقف يقف التأثير عليها يعني العلة الفاعلية والثانية مليئة اجله الأمر ما لأجله الشيء وهو ان عنا الغائية هو يقول هنا غاية تسامحا والعلة الغائية العلة الغائية السابقة على تحقق الشيء سيأتي ان شاء الله التفكيك بين العلة الغائية والغاية نعم هذا التقسيم دائر بين النفي والاثبات تقسيم عقلي قسمة عقلية تقول العلة اما مقومة للشيء او مقاومة في داخله مكونة داخلية او خارجية. مكونة داخلية ما به شيء بالفعل على سوريا. ما به شيء بالقوة العلة المادية خارجية ما يترشح منه الفعل الا فاعلية. ما لاجله ترشح الفعل علة غوائية. نعم نعم عندي صديق شيخ معمم يبلغ ايراني يبلغ في ايران العريضة والطويلة يقول شيخنا في المنبر استخدم هذه العلل الاربعة اه في خطابي وتتضح الامور للناس جيدا. قلت له تطرح على المنبر لهذا الشكل الإصطلاحي يقول لا ابدا لا اذكر المصطلحات اذكر حقيقة حقيقة العلل حقيقة العلل. مثلا امثل لكم هذا تمثيلي انا ليس هو له اه لان احد احد المشايخ تستشكل عليها وقال شيخنا لا ارى للفلسفة دخ دخل دخلا في حياة البشر نقولو لا حبيبي لها مدخلية في كل فروع حياة الإنسان بل في كل فروع الكون والوجود اه قال لي كيف? قلت له مثلا آآ امة تريد ان تسقط الطاغية. ديكتاتور نعم تأتي الى الفيلسوف تقول له كيف نسقط هذه الطاغية وهذا الديكتاتور الذي دمر الامة ودمر اقتصاد الامة ثقافة الامة وو آآ الفيلسوف يقول اذا اردتم ان تسقطوا الديكتاتورية والطاغوت يحتاج الى تهيئة العلل بدون علة تامة بجميع اجزائها ديكتاتور لا يسقط سقوط الديكتاتور معلول لعلل خاصة ثم تسأل هذا الفيلسوف ما هي هذه المكونات العلة التامة التي تسقط الديكتاتور? يقول قد انا افيدك في زاوية عالم الاجتماع يفيدك في زاوية عالم التربية يفيدك في اه زاوية اه المتخصص في آآ في العسكر والامور الامنية والعسكرية يفيدك في زاوية والاقتصاد في يفيدك في زاوية يجب ان تستفيد من الجميع واذا استفدت من الجميع وفهمت هذه العلل الحقيقية واشتغلت عليها يسقط الديكتاتور تذهب الى اه عالم دين وعالم دين اه ليس فيلسوفا ولكن رؤيته لها مدخلية في اسقاط الديكتاتور تقول له ماذا نفعل لاسقاط الديكتاتور? يقول نوعي الناس توعية اله هي ربيهم على التقوى. ربيهم على الاخلاص للوطن وو يعطيك الية والاقتصادي يعطيك الية والامن يعطيك الية المجموع اذا اجتمعت تشكلت العلة التامة يسقط الديكتاتور لا محالة اذن الفيلسوف ينظر بهذه النظرة لكن كيف تتشكل هذه العلة التامة لاسقاط الديكتاتور لها مكونات متعددة يجب ان تعيها جيدا اذا هكذا الامور يجب ان تفهم اذا هذا تقسيم دائر بين النفي والاثبات المسألة الثالثة في احكام العلة الفاعلية يبدأ بالاولى العلة التي ترشح ال المعلول. نعم قال فالفاعل مبدأ التأثير يعني تصدر عنه الامور وعند وجود الفاعلين بجميع جهات التأثير بجميع جهاته التأثير ليس الله تعالى هو الخالق الله بعنوان المصدرية عنوانا المصدر يعني بعنوان الخالقية يعني الذات كشخص مقدس بحيثية اخرى ما هي? حيثية الخالقية باللسان الديني حيثية الفاعلية بي اللسان الفلسفي نعم بجميع جهات التأثير اذا اختفى اختفت جهة من جهة التأثير المعلوم لا يصدر يجب يجب واكتب الضرورة يجب وجود المعلول. هذا يجب اذا قبل الخلق وجوب بالغير آآ اذا بعد الخلق ظرورة بشرط المحمول كتبها هكذا بنحو الفتوى ثم تتضح لك لاحقا. يجب اذا كنا قبل الخلق يعني الوجوب هذا تفعله العلة الفاعلية اذا اجتمعت جميع جهاتها جميع حيثياتها يتحقق هذا الوجوب هذا الوجوب بالغير سابق على تحقق المعلول. هو ملاك تحقق المعلول يعني تنسد كل ابواب العدم فيتحقق المعلول لا محالة يعني بالظرورة فيجب هنا نفسرها تفسيرا قبل تحقق المعلوم وجوب الغير بعد تحققه من المعلول وجوب آآ بشرط المحمول هذه ضحى في ذهنك الان بنحو الفتوى وتتوسع لاحقا اقول الفاعل هو المؤثر والغاية مليئة اجله الاثر نعم والمادة والصورة جزءاه جزءا الاثر نعم اه مع هذه الملاحظة اذا تكلمنا بالمادة يعني في عالم الماديات في هذه النشأة في النشآت النورانية المادة غير موجودة. هناك فقط الصورة فالملائكة عندهم صورة نورانية ما عندهم مادة نعم واذا وجد المؤثر يعني الفاعل بجميع جهات التأثير جميع حيثيات التأثير حاضرة وجب وجود المعلول. هذا الوجبة بيناها وجوب الغير قبل التحقق وجوب بشطر المحمول الضرورة بشرط المحمول بعد تحقق المعلوم. لانه تعليمه ان ينظر حتى العلام العلمي يستخدم هذه العلل لانه تعليل تعليل الايمان ياتي بعلة فاعلية غائية مادية او صورية نعم لانه لو لم يجب المعلول يعني يصل يصير ظروريا لجاز وجود الاثر عند وجود الجهات باجمعها وعدم اه اكتب هنا لا جاز يعني لا امكن يعلم الحين يتكلم بلسان المتكلمين يقولون جاز لكن حسب سياق الكتاب امكن احسنت لو لم يجب لامكن وجود الاثر عند وجود الجهات باجمعها لو لم يجب لجاز وجود الاثر عند وجود الجهات باجمعها وآآ عدم يعني اذا لم يجب يبقى العدم له نفس وقلنا الظرورة الضرورة بالغيظ تسد جميع الاعداء وقرب لك المسألة بمثال انسان يتحرك بالسيارة من البصرة الى كربلاء لزيارة الامام سلام الله عليه اللهم ارزقنا زياراته يا رب يتفقد السيارة في جميع حيثياتها العجلات البنزين والبطارية</w:t>
      </w:r>
    </w:p>
    <w:p>
      <w:r>
        <w:t>يتفقد كل شيء جميلة مرتبة يتحرك يتحرك يتكل على الله يتحرك في وسط الطريق وقفت السيارة نعم يتفقد السيارة يجد البنزين لم يكن كاملا تاما كان بمقدار هذه المسافة المقطوعة وينتهي نعم هنا توقفت السيارة يعني دخلت دائرة عدم التحرك الاعدام هنا مسيطر كيف يدفع هذا العدم وينفي يسد لو الباب يروح الى البنزين ويملأ السيارة. اذا ملئت السيارة بالبنزين سيارة تتحرك بالقطع تتحرك. لماذا? لان هذا العدم عدم البنزين انتفى سد سدت بابه هذا هو اذا يجب ان يصل المعلول الى درجة كل ابواب عدم تنسد هنا تأتي الضرورة بالغير نعم اذا لم ينسد العدم يأتي سريعا يتنفس سريعا يحكم يقول لانه لو لم يجب يعني لم يصل الى الظرورة بمعنى ظرورة بالغير ما معناه? يعني كل ابواب العدم مسدودة يعني السيارة من جميع جهاتها ما فيها عيب تتحرك الى كربلاء لم يجب يعني لم يصل الى اذا لم يصل الى ظرورة لجاز يعني اذا امكن وجود الاثر عند وجود الجهات باجمعها وعدمه. يعني حتى العدم يمكن وتصور متصور كما حدث للسيارة في وسط الطريق وقفة العدم جاء سيطر عدم البنزين. كيف يسد هذا العدم ويطرده يملأ البنزين؟ السيارات تتحرك نعم هم لاحظتم كيف هذه المفاهيم تدخل في كل حياتنا كل حياتنا نعم فتخصيص فتخصيص وقت الوجود به اما ان يكون لامر زائد او لا يكون فان كان الاول لم يكن المؤثر مفروظ اولا تاما. يعني الى   السيارة  ناقصها شيء وهو البنزين في وسط الطريق انتهى البنزين. يعني البنزين غير موجود فلا تكن علة تامة الحركة تكون لا تكون. نعم يقول فإن كان الأول يعني خلينا فتخصيص وقت الوجود به اما ان يكون لامر زائد او لا يكون فان كان الاول لم يكن المؤثر المفروض اولا تاما هذا خلف قلت كون العلة التامة صاحب السيارة يقول عجيب انا فقط كل فقط كل ان اه مكونات السيارة حتى البنزين. نعم تفقدت البنزين لكن لم تتفقد انه اه انه كامل ام ناقص لا كان ناقصا الى هذا النقطة من من المسافة المقطوعة توقف السيارة اما اذا كان البنزين كاملا السيارة ابدا آآ لا تتوقف فالحركة تكون بالظرورة. بالظرورة. اذا اذا فرضنا علة تامة بجميع مكوناتها كالسيارة في مثالنا والصيانة توقفت عجيب تحتاج الى امر وهي تامة يعني اذا احتاجت الى امر وهي تامة حتى البنزينتا فما فرض وفرض تام ليس بتام اجتماعا ناقبا يعني السائق يقول مستحيل مستحيل لا تتحرك السيارة مستحيل ان تتحرك السيارة ومن حقه يعني بالضرورة تتحرك السيارة ولهذا يقول فان كان الاول يعني هو التام ويحتاج الى امر لم يكن المؤثر المفروض يعني الفاعل المفروض يعني السيارة في مثالنا اولا تاما وهذا خلف فالله فقدها في جميع مكوناتها. وان كان الثاني يعني وان كان الثاني يعني ناقصة البنزين ناقص ثم توقفت السيارة وان كان ثاني يعني لا يحتاج الى امر لزم ترجيح احد طرف ممكن على الاخر لا لمرجح او محال تقول له انت السيارة فقدتها ولكن انت لم تنتبه بان البنزين لم يكن تاما لم يكن هذا الخزان الصغير لم يكن ممتلئا بتمامه وتريد انت السيارة تتحرك باي منك باي ملاك الحركة تترجح على عدم الحركة. هناك عدم الحركة لها سلطة. فالصيانة التي لا تتحرك نعم واذا قلت لا تتحرك يعني انت مجنون تؤمن بالترجيح بلا مرجح والترجيح بلا مرجح محال. نعم اذا اذا وصل المعلول الى درجة الضرورة بالغير فاعلم ان كل مكونات العلة التامة حاضرة متوفرة نعم واذا لم تكن متوفرة وتطلب صدور المعلوم فانت تؤمن بالترجيح بلا مرجح ولا تجبوا مقارنة العدم  ذهب قوم الى ان التأثير انما يكون لما سبق بالعدم وها هو على الاطلاق المسدود آآ هذا مبنى مبنى المتكلمين قلت لكم علم الكلام عرفي كثير من اموره عرفي قبل المحقق الطوسي قبل المحقق الطوسي وانا اتعجب مدرستنا انا اقول مدرسة تماشيا مع اللسان الحدث ونهي الاسلام الاسلام الاصيل هذه الترسانة من الروايات العقدية التي عندنا صدرت من الائمة عليهم السلام الفلاسفة استفادوا منه. العرفاء استفادوا منه والمتكلمون لم يستفيدوا منها. مع ان المتكلم الصق بالعقيدة من الفيلسوف والعارف انا سوف نتكلم على الوجود لا يتكلم دينيا. العارف يتكلم عن الوجود. لا يتكلم دينيا. يتكلم في نسق معرفي. مستقل عن الدين. اما انت المتكلم دافع عن العقيدة كيف تترك هذه الترسانة الرائعة من الروايات التي تأصل للعقيدة الفيلسوف تنبهر امامها والعارف انبهر منها امامها واستفاد منها. والمتكلم لم يستفد منها. اذا رأيت علم الكلام قبل المحقق التوصي في كثير من مسائله ركيك. وضعيف لا ادري ابتلينا بالمذاهب الاخرى تأثرنا بها لا ادري انت اذا جئت الى الامام الرضا عليه السلام ببيان العقائد تنبهر تنبهر نكمل البحث ان شاء الله لاحقا.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