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لا زلنا معكم في باب العلية والمعلولية. ووصلنا الى هذا المقطع قال ولا تجبوا مقارنة العدم قلت لكم ان المتكلم يرى الخالق او الايجاد بهذه الرؤيا ان يكون اه الشيء المخلوق طبعا مسبوق بعدم. طبعا هنا العدم المقصود به العدم الزماني وهو الحدوث يعني ملاك الخلق هو الحدوث وليس الامكان كما يقول الحكيم ثم دخلت في اه بحوثنا العقدية واستقرت ان ملاك الخلق وامكان الشيء وليس اه حدوث الشيء. جيد لماذا المتكلم تبنى هذا المبنى? بيناها فيما سبق كما يقول محقق الكتاب وقد تقدم الكلام فيه في المسألة الرابعة والاربعين من الفصل الاول نعيده يعني ان التكرار افادة هو رأى العرف العرف كيف يفعل? العرف المادي طبعا يعني انا الان جالس بعد مدة اقوم. اذا في فاصلة زمنية لم اكن قائما القيام فيها معدوم غير متحقق اذا نحتاج الى هذه الفاصلة حتى اقف واقوم هذه الفاصلة فيها القيام معدوم. الجلوس هو المسيطر اذا هذه الفاصلة الزمنية بدون اه بدون هذه الفاصلة الزمنية الفاعلون لا يمكن ان يفعل. طبقوها على الكل حتى على الله تعالى فالله تعالى لم يكن خالقا يعني في سيطرة للعدم الزماني بعدم زمان يعني الزمان يمر بدون ثم الله تعالى يظع الموجود الأول ثم الثاني والثالث في دار الخلق فيمتلئ الزمن هذه خرافة كبيرة من المتكلم الملاك والفقر الاعمر فقر الشيء هذا الفقر هو الإمكان بقراءة مشائية للإمكان المهوي يعني الشيء لا يقتضي الوجود ولا يقتضي العدد فالعلة هي التي تعطيه الوجود او لا تعطيه حسب حكمتها او الامكان الفقري الذي يقول به الملا صدر الا يهمنا هذا الامر سيأتي بالتفصيل العلامة الحلي يقول ليس على الاطلاق بعض الموجودات مسبوقة بالعدم الزمني. مثلا الان انت حفيدك حفيدكم انت الان اعزب لم تتزوج بعد اذا قسنا الامر الى حفيدك هو الان في سلة العدم. طبعا اذا قلنا في سلة العدم يعني مجاز يعني اللاموجودية لا موجودين يعني مرفوع الوجود ففي زمان سابق على حفيدك على تحقق حفيدك اذا بعض المخلوقات نعم في عالم المادة الزمنيات مسبوقة به لعدم الزمني اما عالم الملائكة كيف يكون هناك زمان فكيف توجه عالم الملائكة يقول حتى الملائكة ماديات كاين في الملائكة ماديات انا لا افهمها نعم صعبة جدا استيعابها ملائكة نورانية محظة مادية نعم  اقول ذهب قوم الى ان التأثير انما يكون لما سبق بالعدم. يعني من سبقه بالعدم ينال سبقهم سبق العدم الزمانية ما ما الموصولة يكون لما سبق او سبق بالعدم وهو على الاطلاق غير سديد. يعني كل ما مصادق الخلق هكذا مسبوقة بالعدم الزماني غير سديد يعني غير صحيح بل المؤثر ان كان مختارا يعني فاعل بالاختيار وجب فيه ذلك وجب في ذلك يعني الفاعل المختار اه ما معنى المختار بيناها وسيأتي ان شاء الله في الالهيات بمعنى الاخص يعني له مبادرة عفوية ما في قوة فوقه تجبره على الفعل يبادر عفويا هذا هو الاختيار وجب في ذلك. العلم الحل يقول اذا كان الفاعل مختارا نعم هناك مسبوقية بالعدم لكن اي عدم شيخنا العزيز لعدم الزمان لا عدم الذات نعم على مذاتنا لان المختار انما يفعل بواسطة القصد يعني له قصد يعني له غاية في فعله وهو انما يتوجه الى شيء معدوم يعني يريد ان يحقق اه شيئا معدوما. هنا وقفة اكتب تحتها خط بالاحمر شيء معدوم يعني متلبس بالعدم الذي تلبس بالعدم لا يقبل وجود مبدأ التناقض يرفض ذلك لعدم لا يقبل الوجود. اذا ما معنى هذه العبارة الى شيء معدوم? يعني مرفوع الموجودية مرفوع الموجودين انت الان تريد تكتب مقالة والمقالة عندها سطور تكتب السطر الأول السطر الاول يكون معدوما لا يقبل ابدا ان يتعين كتابة العدم لا يقبل الوجود. اذا ما معنى السطر معدوم يعني غير موجود غير موجود. فتأتي انت وتوجد بالكتابة هذا هو معناه ليس الشيء هناك متلبس بالعدم والى العدم لا يقبل الوجود. اذا نفهم هذه القضية بهكذا بهذا الشكل. يتوجه الى شيء معدوم. يعني مرفوع الماء وجودية. اصلا شيئيته غير موجودة وان كان موجبا موجبا يعني مضطرا مضطرا يعني ليس له اختيار لم يجد فيه ذلك نعم لان الاضطرار اترشح منه الاشياء قهرا غير مختار يعني ليس له مساحة يوجد او لا يوجد نعم انا في تصوري هذا الكلام من العلامة غير دقيق غير دقيق الذي بينته لكم انا هو الصحيح المخلوقات على قسمين مخلوقات يجب ان تكون مسبوقة بالعدم فتنواجد. هي المخلوقات المادية وليس كل المخلوقات المادية وعندنا مخلوقات لا يسبقها لعدم الزماني يسبقها العدم الذاتي يعني في ذاتها لا تقتضي الوجود هذا هو العدم الازلي في ذاتها لا تقتضي تقتضي الوجود بعلتها هذه كانت ملائكة كانت عقولا كانت قديمة بالقدم الزماني. لا يهم الملاك في ذاتها. اقتضت الوجود ام لا? لا تقول الوجود جاء من علتها فهي ماذا مخلوقة? ممكنة ولا تخاف قال ولا يجوز بقاء المعلول بعد بعده هنا هذه يعني بعد الفاعل طبعا نعم فالفاعل مبتدأ مبدأ التأثير ولا يجوز بقاء المعلول بعده. وان جزا بالمعد اه بعض المعتزلة كما بين ذلك الشيخ الرئيس في كتابه الهيات الشفاء وانا انصحكم بدراسة هذا الكتاب يفتح لكم افقا كبيرة جدا ولا يمكن فهم الحكمة المتعالية بدون هذا الكتاب نحن درسنا عند الشيخ مصباح اليزدي رحمة الله عليه نعم بعض المعتزلة يقول جيد لمعلول وصل الى درجة الضرورة. فتعين وجد فاذا وجد فالعلة تنتفي تختفي ليست ضرورية اه حتى لو انتفى الله تعالى فرظا برظو المحل ليس بمحال الكون يبقى تعينه في وفي تحققه نعم هذه المسألة لا يمكن لان المعلول قائم بعلة عنوان المعلولية عنوان المعلولية في افق الذهن من مقولات الاضافة لا تعين الشيء بالمعلولية الا اذا كانت هناك علة فرض الكون بهذا العنوان المعلولية بدون علة هذا اه مستحيل مستحيل اذا انفكاك المعلون عن علته لا يمكن من كبار المفكرين في القرن العشرين هو مبتكر المنطقة الرياضي يؤمن بهذا الامر يقول يجب ان تكون فاصلة ولو صغيرة جدا بين العلة والمعلول نحن نقول له اذا كانت هذه الفاصلة ولو ثانية واحدة بل معلول فقط عنوان المعلولية لان عنوان المعلولية من اين يكتسبه يكتسبه من عنوان العلية نعم يجب ان نفهم هكذا اه المسائل نعم لا يتعين المعلول بعنوان المعلولية الا اذا كانت هناك علة رشحته ولا يمكن ان يستقر ويستقل عن علته ابدا وان جاز في الموعد يقول وان جاز في الموعد نعم المعدات يجب ان تنتفي المعدات بالمعنى المشائي يكتبها هنا في ذلك الافق في ذلك</w:t>
      </w:r>
    </w:p>
    <w:p>
      <w:r>
        <w:t>نعم المعد هنا بالمعنى المشائي. المعد ما هو? له مدخلية في حدوث المعلول. ثم بعد الحدوث يختفي مثلا الوالد والوالدة الكلمان لهم مدخلية في وجود الإبن الله تعالى يفيض روح هذا الإبن على مادته هذه النطفة التي تستقر في الرحم الشريف وتتكامل ثم تأتي العلة الصورية الروح تستقر في هذه المادة فيتشكل الجنين ثم يخرج اه يخرج انسانا في الواقع الخارجي في النشأة المادية اه اه الوالدان ما هي وظيفتهما? الا معدة فاذا تحقق اه المعلول الابن انتهت وظيفتهما. ما هي وظيفتهما? القاء النطفة و اه قبول هذه النطفة في الرحمة الشريف. المعدة علل معدة فقط تنتفي اذا ان وجد المعنى ولا معنى لبقائها. يعني الضرورة ان تنتفي اقول ذهب قوم آآ غير محققين نعم   الى ان ذهب الى ان احتياج الاثر الى المؤثر يعني احتياج المعلول الى العلة انما هو هو ان حدوثه تعني فئان حدوده بعد الحدوث يعني السلام عليكم ونحتاج الى العلل التي اوجدتني هذا مبنى لبعض المعتزلة فاذا اوجد الاوجد الفاعلون. فاذا اوجد الفاعل الفعل. يعني اذا اوجدت العلة الفعلية المعلول استغني الفعل عن عن الفاعل فجاز بقاء المعلول بعد انتفاء الفاعل لا اله الا الله نعم وتمثلوا يعني نظروا جاءوا بمثال وتمثلوا في ذلك بالبناء الباقي بعد الباني بالبناء لا مو بناء. وتمثلوا ذلك بالبناء. يعني العمارة الباقي بعد الباني الباني قد يموت وينتفي مع ان البناء يبقى وغيره من الاثار وهذا المبنى خطأ وهو خطأ يعني ما ذهب اليه بعض المعتزلة خطأ غير صحيح ليس البناء هو علة البناء علة البناء هو الهيئة المادية والصورية له نعم اذا تهرت المادة اه في البناء ينهار نعم هي علة بقاء البناء علة معدة وقلنا علة معدة يجب ان تنتفي اذا تحقق المعلول نعم فالمثال خطأ والمبنى خطأ. نعم لماذا هذا المبنى خطأ شيخنا العزيز يقول لان علة الحاجة وهي الامكان. مبنى الحكيم الذي استقر في دراساتنا العقدية ليس الحدوث ما معنى الإمكان بينه لائق اللائق يعني الماهيات المخلوقات في في عقر اه دارها في عمق كيانها لا تقتضي الوجود. والذي لا يقتضي الوجود كيف يتلبس بالوجود بالفاعل مهما كان هذا الشيء مخلوق كان قديما زمنيا كان حادثا زمانيا القانون يجري عليه فهو يحتاج. نعم. لان علة الحاجة الى الفاعل وهي الامكان ثابتة بعد الايجاد. هذا هو حل الحكيم للمسألة يعني ملاك الخلق ما هو الامكان? ما معنى الامكان انه لا يقتضي الوجود في في عقر ذاته في داخله كيانه اذا بعد الايجاد وقبل الايجاد وممكن لم يتغير فالحاجة تبقى مستمرة نعم لان علة الحاجة الى الخلق الى الفاعل الى الموجد والى الامكان يعني اللائق ثابتة بعد الايجاد فتثبت الحاجة نعم تبقى الحاجة الى يوم القيامة والبناء ليس علة مؤثرة في وجود البناء. النقاش في المثال البناء الى معدة نعم كيف يجمع هذه اللبنات ويلصقها بطريقة فنية خاصة حسب ما يمليه عليه التخطيط للمهندس ويبني مسكين فقلت ويحرك اللبنات بطريقة خاصة حتى يكتمل البناء والبناء علته ليس البناء علته هي هذه الهيئة الخاصة التي هندسها المهندس نعم يقول والبناء ليس علة مؤثرة في وجود البناء الباقي. الذي يبقى بعد ذهاب البناء وقد يموت البناء. وانما حركته حركة هذا ان البناء اه علة لحركة الاحجار وآآ وضعها على نسب معينة كما هندسها المهندس المعماري ثم بقاء الشكل معلول لامر اخر. لهذه الهيئة هيئة اللبنات وصورة البناء هذا في العلل الفاعلية اما العلل المعدة فانها تعدم بالظرورة اكتب تحتها بالظرورة وان كانت معلولاتها موجودة باقية كالحركة المعدة للوصول والحرارة. كالحركة المعدة للوصول والحركة. يعني الحركة الانسان يريد ان يقصد كربلاء يتحرك بالسيارة. الحركة الا معدة وليست هي العلة الفاعلة اذا وصل الى كربلاء تبقى الحركة يعني يستمر الى سيدني الى امريكا لا يقف فالحركة انتفت توقفت لنعل معدة نعم الا معدة نعم كالحركة المعد للوصول للوصول الى الغايات وكذلك عل معدة للحرارة. يعني انت تحرك يدك تشعر بالحرارة يبقى صرت حارا في يوم بارد خلاص بعد ما تحرك يديك هذا الاحتكاك يتوقف اذا العلل المعدة يجب ان تنتفي اذا تحقق المعلول لانها لها مدخلية ما فقط اذا تحقق المعلول فوجودها لغو فيجب ان تنتفي. اما الفاعل لا يبقى لماذا? لان ملاك بقائه موجود في اصل المعلول ما هو وان كان المعلوم يعني المعلول هذا فقير في عقر آآ داره في عمق ذاته فقير لا يقتضي الوجود يجب ان نفهم المسألة بهذه الطريقة. نعم. ثم نحل المسألة مشكلة الخلق فاذا اوجد الله تعالى المخلوقات فتلبست بالوجود صارت ضرورية. اذا لماذا تبقى متعلقة بالله تعالى ما هو الملاك الذي يجعلها تتعلق اه ذاتها. الحدوث لا يفسر هذا. لماذا? لان الحدوث اذا وجد بعد لا حدوث اما الإمكان لا يحل هذه المشكلة العقدية الخطيرة فالمخلوقات كلها تبقى فقيرة لله تعالى لان ملاك الاحتياج في ذاتها وهو الامكان ما معنى الامكان انها لا تقتضي بذاتها الوجود نعم قال وعا مع وحدته يعني وحدة المؤطر. نعم نعم ومع وحدته يتحد المعلول. يعني المعلول لا يفارق العلة ابدا. قلت لكم في البعد الذهني والمعرفي في تظايف لا يمكن ان يتعنون شيء بالمعلولية العلة غائبة قل في كونه معلولا قل في كونه معلول. هذه قاعدة عدم الانفكاك المعلول عن علته مطلقا ومع وحدته يعني اذا اكتملت الفاعلية يكتمل ال معلول ابدا لا ينفك عنه عام نعم اقول المؤثر يعني الفاعل يعني العلة الفاعلة ان كان مختارا يعني يبادر عفويا يعني يمكن ان يفعل ويمكن ان لا يفعل. جاز ان يتكفر اثاره مع وحدته نعم جاز ان يتكفر اثره يعني المعلول يكون كثيرا مع وحدته هذا لا يمكن فلسفين لا يمكن عقليا لا يمكن كثرة تصدر من الواحد يجب ان تكون هذه الكفرة مجتمعة في حيثية واحدة حتى تسانخ الواحد. نعم وان كان موجبا يعني مضطرا في فعله ذهب الاكثر الى استحالة تكثر معلومه باعتبار واحد. نعم نعم يقول اذا كان مضطرا يقول ذهب الاكثر من من المحققين الى استحالة تكفر استحالة التكفر معلوله باعتبار واحد. نعم اه اه هذه المسألة قاربها المحقق الطوسي هنا وقاربها العلامة الحلي هنا مم بعرش الكلام هي مسألة فلسفية ليست كلامية ايه لما ادخلها المحقق الطوسي في في علم الكلام يعني في الدراسات العقدية في التجديد والفصول المصيرية وومن كتبه الكلامية المتعددة اه وقعوا في ورطة يعني كيف انت تقول معلول الواحد لا يصدر الا من علة واحدة والعلة الوحيدة لا توجد الا معلون واحد. اليس هذا اه تضييق للقدرة الالهية. والله واحد لا يصدر معناه الواحد يعني ضيقتم قدرة الله. فصار اذ الله تعالى مضطرا. هذه القاعدة معروفة في الادبيات الفلسفية الواحد لا يصدر عنه الا الواحد على ما نحلي هنا والمحقق التونسي</w:t>
      </w:r>
    </w:p>
    <w:p>
      <w:r>
        <w:t>آآ يقول لا قد يصدر الكثير عن الواحد من حيث هو واحد هنا يتكلمون وهم وهم جالسان على عرش الكلام. اما في البحوث الفلسفية لا يؤمنون بهذا ان الواحد لا يصدر عنه ان الواحد. لماذا? لان الواحد هنا يعني البسيط البسيط وصدقني العرف يدرك هذه القاعدة لانها قاعدة بنيوية ليست استدلالية نعم انت اذا توحدت من حيث السمع يعني انت لاحظناك فقط بان القوة السامعة هل تتكلم من القوة السامعة ام تسمع فقط؟ تسمع فقط. يعني حتى في المركبات اذا حيثناها بحيثية منها لا هناك لا يكون الا اثر واحد في حال الكتابة يمكن ان يصدر منك شيء اخر يعني اثر اخر تقول نعم شيخنا انا اكتب واسمع لا تلك حيثيات متعددة لا من حيث الكتابة يصدر منك شيء غير الكتابة? لا فقط. تقول لي شيخ نادي جدا بديهي. نعم جدا بديهية لكن لما طبقوها على العقائد ووصلوا الى الله تعالى وقالوا الله بسيط من جميع الجهات. فلا يمكن ان يصدر منه الكثرة لانه يلزم التراكم في الذات كثرة الحيثيات الكثرة تولد حيثيات متعددة في الذات فيلزم الكثرة في الذات وهو بسيط تلاقى في المحال  الذي قال تصدر الكثرة من الواحد بما واحد اه يريد ان يدافع عن ماذا? عن السلطنة المطلقة الالهية عن القدرة المطلقة الالهية. يعني الله تعالى لا يكون مضطرا. يكون مخطرا والمختار يمكن له ان يوجد الكثرة من ذاته الموحدة وهاد المسألة ما عندها علاقة القدرة والسلطنة والهيمنة والاضطرار وعدم الاضطرار لا القاعدة بنيوية عقلية الواحد البسيط لا يصدر منه الا الواحد الذي يسانقوه. طبعا هذا الواحد ما هو؟ في اختلاف بين العلماء الفلاسفة يقولون اه العقل الأول العرفاء يقولون النفس الرحماني وهكذا. هذا تطبيق مصداقي للقاعدة والا كلهم يؤمنون بالقاعدة. اقول المؤثر ان كان مختارا يعني ليس من سلخ المضطرين ان مجبورين عن الفعل جاز ان يتكفر اثره مع وحدته. يعني جاز صدور الكفرة من الواحد فلسفين لا يمكن نعم عقليا لا يمكن وان كان موجبا مضطرا ذهب الاكثر الى استحالة تكثر معلوله باعتبار واحد واقوى حججهم ان نسبة المؤثر يعني الفاعل يعني العلة الى احد الاثرين الاثرين متغايرة لنسبة الى الاخر. يعني الله تعالى اذا صدر عنه مثلا شيء من الاشياء وصدر شيء ثان يعني الف وباء طبعا حيثية صدور الف غير حيثية صدور باء فيلزم التركب الذات المقدسة من هنا ذهبوا الى ان الواحد لا يزرعونه الا الواحد واقوى حججهم على ما حل يرد عليهم على الفلاسفة واقوى حججهم ان نسبة المؤثر يعني ايه الفاعل يعني العلة طبقها هنا بالمثال يعني الله تعالى. الى احد الاثرين يعني الاثر الاولى والاثر الثاني مغايرة لنسبته للاخر. يعني حيثيات الف حيثية التي انجبت الف رشحت الف غير الحيثية التي رشحت باء. كم حيثية? حيثيتان يلزم التركب في ذات الالهية نعم يقول واقوى حجج الفلاسفة ان نسبة المؤثر يعني الى احد الاثرين اثرين. يعني هنا اه افترض العلامة الحلي اثرين الف وباء النسبة يعني الحيثية يعني من حيث اوجد الف ومن حيث اوجد باء متغايرا الى احد الأثرين مغايرة لنسبته الى الأخر يعني من الحيثية الأخرى فان كانتا فان كانت النسبتان اه جزئيها يعني له حيثيتان كان مركبا كان مركبا الذات الالهية تكون مركبة والذات بسيطة اذا الواحد لا يزرعونه الا الواحد نعم كان مركبا وان لم يكن مركبا يعني حتى الحيثية الاولى والحيثية البسيطة اه الحيثية الاولى بسيطة والحيثية الثانية بسيطة. نسأل عن حيثي نسبة صدور الحيثية الاولى حيثية ماذا تانيا نسبة صدور الحيثية الثانية حيثية رابعة الثالثة تولد خامسا والرابعة تولد سادسة وهكذا نقع في التسلسل. نبحث عن ملاك التعين الحيثية وملاك تعين الحيثية الثانية والثالثة نقع في التسلسل وهي عندي يعني عند العلماء نحلي ظعيفة يعني هذه الحجة ضعيفة وان كانت قوية نعم نعم لان نسبة التأثير والصدور يستحيل ان تكون وجوديا والا لازم التسلسل يعني ليست وجودية. اذا ما هي لعل من حل لي اذا لم تكن وجودية تكون عدمية واذا كانت من الامور الاعتبارية يعني من الاعتبار يعني حيثية اعتبارية انتزاعية ليست لها متن وجودي استحالت هذه القسمة عليها يعني لا تتركب الذات لا لا ايها العلامة الحلي الحيثيات حتى لو كانت اعتبارية لها منشأ منشأ في الذات بدون هذا المنشأ لا تكون حيثية من الحيثيات يعني لا يمكن اعتبارها هكذا من عندياتنا ان شاء الله البقية تأتي قال ثم تعرض الكثرة باعتبار كثرة الاضافات والاعتبارات ياتي ان شاء الله بيانه بالتفصيل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