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والحمد يا 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نزلنا معكم في بحث العلية والمعلولية ووصلنا الى هذه الفقرة قال ثم تعرض الكثرة باعتبار كثرة الاضافات ارجع الى ما قبل في قول المحقق الطوسي قال ومع وحدته يتحدوا المعلول. يعني اذا كانت العلة واحدة من جميع الجهات ليس فيها شائبة كثرة وبسيطة من جميع الجهات لا يصدر عنها الا معلول واحد هذا بينه لمحقق الطوسي ورفضه العلماء الحلي ثم وصل الى هذا السؤال. اذا كيف تصدر الكثرة من الوحي. اذا لم تصدر منه بوصفه واحدا بسيطا من جميع الجهات فكيف صادرت هذه الكثرة التي نعاينها في الوجود بالشهود قال ثم تعرض الكثرة باعتبار كثرة الاضافات. اذا كان هذا لواحد البسيط يجب ان تعرضه اعتبارات اضافات متعددة الكثرة تترشح من هذه الاضافات. يعني العلة لها مثلا اه اعتبارات ثلاثة اربعة من كل اعتبار يصدر شيء من الاشياء فتتعين الكثرة من الكثرة في الحقيقة وليس بالوحدة من جميع الجهات. نعم قال لما بين ان العلة الوحيدة لا يصدر عنها الا معلول واحد. في قوله رحمة الله عليه فيما سبق وبيناها ومع وحدته يتحد المعلوم قلنا قاعدة واحد لا يزرعونه الا الواحد يكتب قاعدة ان هذه نكتة ان هذه القاعدة تجري في في الصادر والمصدر البسيط من جميع الجهات. يعني تجري فقط في الذات المقدسة في الذات الالهية فالله تعالى ويمكن سراية هذه القاعدة حتى في الانسان في جميع المخلوقات اذا راعينا جهة من الجهات فقط من حيث تلك الجهة لا يصدر الا شيء واحد اقول لما بين ان العلة الواحدة لا يصدر عنها الا معلول واحد لزم ان تكون الموجودات باسرها في سلسلة واحدة بحيث يكون اي موجود مرظته علة لاي موجود فرضته او معلونا له اما قريبا او بعيدا حسب ترتب فلا يوجد شيئان يستغني احدهما عن الاخر والوجود يكذب هذا نعم فاوجبوا وقوع ووقوع كثرة في المعلول الاول غير حقيقية بل اضافية يعني بعد ما صدر من الله تعالى البسيط من جميع الجهات عقل اول على مبنى المشة العقل الأول كيف صدرت منه الكثرة? قلنا يجب ان يتكثر بالاعتبارات في اعتبار انه  صادر من الله تعالى بالوجوب ثم اعتبار الكينونة الوجود ثم باعتبار الإمكان اذا دققت في هذه الاعتبارات تجد الوجوب اقوى من الوجود والوجود اقوى من الامكان بالامكان هو الاقتضاء الوجود هو التحقق الوجوب هو الوجود الضروري فثلاث اعتبارات يصدر من الحيثية الاقوى الوجوب عقل انثى من المرتبة التانية الدانية الدانية لإمكان المادة ومن الوجود الذي يقع بين الوجوب والامكان نفس عقل ثان نفس ومادة هي الفلك وهكذا من العقل الثاني اعتبارات ثلاثة وتترشح الوجودات الى ان نصل الى عالم المادة. هذه مقاربة فيلسوف والفيلسوف يبحث عن الحقائق بعقله لا يعتمد على مرجعية اخرى يبقى اعتمد على مرجعية اخرى فالبحث ليس بحثا عقليا. ليس بحثا فلسفيا نعم فاوجبوا حتى تترشح الكثرة وقوع كثرة في المعلول الاول يعني العقل الاول غير حقيقية يعني ليست متنية بالاضافات يعني لحظات العقل الأول صنعه الله له لحاظ اذا لاحظناه الى الله صدر بالوجوب اذا لاحظناه في ذاته بين قوسين وجود اذا لاحظنا الى ماهيته ممكنة وليست واجبة يمكن ان يتكفر بها التأثير يعني الخلق. قالوا لان المعلول الاول بيان لما بينته هنا. بالنظر الى ذاته ممكن يعني ذاته ماهيته لا يقتضي الوجود وبالنظر الى علته واجب وله ما هي ووجود مستفاد من فاعله وهو يعقل ذاته لتجرد ويعقل مبدأه وهذه جهات كثيرة اضافية يقع بها التكثر ولا ولا تسلم وحدتها ويصدر عنه باعتبار كل جهة شيء. هذا هو لكن الفلاسفة يقولون ثلاثة في العقل الأول وجوب وجود امكان من كل حيثية يصدر اه شيء الاقوى يعطي الاقوى والمتوسط يعطي المتوسط والفقير الضعيف يعطي الضعيف الوجوب يعطي العقل الثاني الوجود يعطي النفس والامكان الذي هو ضعيف يعطي يعطي الفلك يعني المادة اذا اردت ان تقارب هذه المسألة لدى العرف انت اتصل بك رئيس المكتب للمرجعية العليا وقال لك ان السيد المرجع الاعلى سيزورك واتصل صديق عزيز يريد ان يزورك واتصل ثالث يريد يسولف وقت ثلاث اتصالات. هل انت تتعامل مع هذه الاتصالات على مستوى واحد ابدا مع انها لحظات بلحاظ المرجعية العليا. بلحاظ الصديق العزيز الذي اذا جلس معك يفيدك علما يفيدك اخلاقا يفيدك انبساطا والثالث لا يسولف وتضييع الوقت حتما لحظات الا انها اوجدت فيك مواقف تختلف تماما بالنسبة الى المرجعية انت تتصرف تصرف يليق بمقامها وبصديقك اقل من المرجعية. اما هذا الذي يريد ان يسولف ويضيع لك وقتك اصلا. لا تهتم به واذا اهتميت لا تعطيه تلك الاهمية الكبرى اذا لحظات ولها اثر. اثار تكوينية. نعم وهذا الكلام عندنا في غاية السقوط جيد تقول في غاية سقوط شيخنا العزيز يجب ان تأتي بالبديل تأتي بالبديل نحن نقول الان الغرب في غاية السقوط جيد ما هو بديلكم? بديلنا فقط البوج والفوضى والسرقة والخيانة والتطبيع يجب دائما انسان ان يعطي البديل والا يبقى مهزلة امام الناس نعم انت الان عندك دولة وتريد ان تقوم تقيم نظاما يخدم الامة يخدم الشعب. المستضعف ودائما تصيح الغرب وكذا الغرب كذا والغرب والغرب ذاك كذا والامة لا ترى منك شيئا تغييرا انجازا فحتما هي تميل الى الغرب تفضل الغرب عليك انت نعم وهذا الكلام عندنا في غاية السقوط يعني في غاية الضعف والوهن لان هذه الجهات لا تصلح للتأثير لمن قال اي فيلسوف قال هي الجهات التي تؤثر ولا فيلسوف ولا فيلسوف قال هذه الجهة تتأثر الذي يؤثر هو الوجود الوجود هو العقل لكن بلحى بهذه اللحظات كما بينت لك في هذا المثال العرفي نعم لانها امور اعتبارية ومساوية لغيرها ولا تكون شروطا فيه. نعم طبعا العلامة الحلي هنا يتكلم كان متكلم واما كفيلسوف في كتبه الفلسفية التي لم تطبع الى الان. عنده شرح الاشارات وعنده كتب اخرى في الفلسفة لم ترى النور الى يومنا هذا لنومنا نحن لا نهتم كنوزنا مع الاسف الشديد تركناه للمستشرقين ركنه للمستشرقين في كتاب اسمه ايات الامامة او ايات الولاية الفيلسوف والعارف الكبير الذهبي الشيرازي اه ذهبت الى مكتبة سيد المراشي لاخذ نسخة انه مطبوع طبعة حجرية لما شهد في الحاسوب فقال لي نعم الكتاب موجود الى ان الاوراق ملتصقة لا لا يعطوك النسخة النسخة لا تفيدك وانا عندي يقين ان السيد الكاشف الغيطة محمد سين كشف الغطا المرجع الكبير عنده نسخة لانه قال هذا الكتاب يجب ان يدرس كالكفاية في الحوزة كتاب لا نظير له في الدفاع عن الولاية وعن الامامة الى الان. طبعة حجرية من نادي ثمانين سنة الى الان</w:t>
      </w:r>
    </w:p>
    <w:p>
      <w:r>
        <w:t>آآ غير مطبوع طبعة علمية ولا واحد يفكر فيه مع الاسف الشديد قالوا هذا الحكم ينعكس على نفسه. طبعا معلول الواحد لا يصدره الا عن العلة الواحدة اذا كانت العلة هذا الشرط البسيطة من جميع الجهات والواحدة من جميع الجهات لا يصدر عنها الا واحد فالمحلول الواحد بهذه الاعتبارات كذلك لا يصدر الا من علة واحدة نعم وهذا الحكم ينعكس على نفسه. اقول يريد بذلك ان مع وحدة المعلول تتحد العلة وهو عكس الحكم الاول فلا يجتمع على اثر الاثر الواحد مؤثران مستقلان بالتأثير معلول واحد من جميع الجهات لا يصدر من علة يصدر من علة واحدة فقط لانه بكل واحد منهما واجب مستغني عن الاخر فيكون حال الحاجة اليهما مستغنيا عنه وهذا قول نعم آآ احد المشايخ يستهزأ بهذه القاعدة وهي قاعدة جدا نفيسة رائعة جدا تحل كثير من مشكلات  حتى العقدية والكونية يستهزأ بهذه القاعدة يقول الفلاسفة يقولون ان الواحد لا يزور عنه الا واحد وانا ارى الحمار يبول من جهة ويروث من جهة في ان واحد يعني يصدر من الحوار امران تروث والبول اه اجلكم الله وفي المنبر يتكلم نعم الجواب عن هذا الشيخ هكذا تقول اه علمت باشياء وغابت عنك اشياء نعم هذا الكلام لابي لواس في نقاشه مع اه مع استاذ الجاحظ اه استاذ الجاحظ ذهب من العقل اه معتزلي كبير فقالوا انت لماذا تشرب الخمر فبدأ يوصف الخمر ذلك الوصف الرائع جدا ثم قل قال هي من يدعي في العلم فلسفة علمت بشيء وغابت عنك اشياء يعني انت لا تعرف الخمرة ولذتها وجمالها وبدأ يوصف الخمرة وصفا خارق للعادة اي النظام النظام استاذ واستاد والجاحظ له مدرسة في المعتزلة فهذا كذلك علم بشيء وغابت عنه اشياء. الحمار من قال انه بسيط من جميع الجهات. مركب له روح حيوانية وبدن اه حيوانية وله قوى متعددة نعم قوى متعددة وهذه القوة المتعددة ترشح افعال متعددة نعم افهم واستشكل نعم من حقك قال وفي الوحدة النوعية لا عكس. نعم اقول اذا كانت العلة واحدة بالنوع كان المعلول كذلك كذلك. يعني واحد بانه ولا يجب من كون المعلول واحدا بالنوع كون العلة كذلك لماذا? لان  العلة العلة بالنوع تعطي معلولا. النوع ما معناه? يعني اه طبيعة تصدق على كثيرين يعني يمكن ان تتواجد في كثيرين نعم الوحدة النوعية تعطي وحدة نوعية لكن المعلول الواحد من نوع لا يمكن ان يصدر من علل متعددة. اذا كانت العلة واحدة بالنوع كان المعلول كذلك يعني المعلول الصادر عنها كذلك يعني واحد من نوع. ولا يجب من كونه. يعني لا ينعكس. ولا يجب من كونه المعلو الواحدا بالنوع. كون العلة كذلك. يعني اذا انتقلنا من المعلول الواحد من نوع لا نصل الى العلة الواحدة. قد تكون هناك علل كثيرة نعم فان يعني تعليل يبين المسألة فان الاشياء المختلفة تشترك في لازم واحد نعم اه عندك انت اثنان زوج الاربعة زوج الستة زوج ثمانية زوج العشرة زوج الالف زوج المليار زوج انواع متعددة من العدد يلزمها لازمو الواحد ماهو الزوجية يعني الإنقسام الى متساويين نعم فان الاشياء المختلفة تشترك في لازم واحد كاشتراك الحركة والشمس والنار في السخونة. الحركة يعني اذا انت عملت هكذا اه احتكاك في يدك تأتي الحرارة يعني تترشح الحرارة الشمس تترشح عنها الحرارة. النار تترشح عنها الحرارة. فهذه ماهيات متباينة الحركة غير الشمس والشمس غير النار لكن المجموع له لازم واحد وهو الحرارة. في السخونة يعني السخونة يعني الحرارة لان المعلول يحتاج الى مطلق العلة وتعيين العلة جاء من جانب العلة لا المعلوم. يعني المعلول اه صادر من اه صادر من اه علل متعددة اذن العلة في نوعها المتوحد تولد معلولا نوعيته متوحدة لكن المعلول اذا كان متوحدا في النوعية لا يستدعي الا متوحدة في نوعيتها اه جيد الان نناقش الامثلة نناقش الامثلة حركة اليد تركت اليد علة معدة لعلة معدة لبروز الحرارة فالحرارة تعطي السخونة. اذا ليس الحركة التي اعطت السخونة وانما الحرارة الحرارة هي التي اعطت السخونة والشمس حركة في داخلها بين مكوناتها الكيميائية هناك حركة اذا الحركة التي اعطت السخونة والنار كذلك. هوية النار تتحرك ذراتها فالحركة التي اعطت سخونة. اذا السخونة اه اللازم للأمور الثلاثة توحدت في الحرارة وليس في الماهيات فالمثال غير صحيح المثال غير صحيح لان المعلول يحتاج الى مطلق العلة. نعم وتعيين العلة جاء من جانب العلة لا المعلول. وهذا الذي يفسر لنا برهان الان لا يفيد اليقين. برهان الايد لماذا لا يفيد اليقين? برهان الاين فلسفته هكذا. يعطيك كينونة العلة لا يعطيك نوعية العلة. ما هي العلة يعطيك كينونة ان العلة موجودة. مثلا ترى اه دخانا في السماء حتما تقول كينونة هناك ولدت هذا النار لكن هذي الكينونة ما هي انت لا تدري نعم حياتك المتكررة المتكررة عرفت ان الدخان من النار دعك من هذه العادة المستمرة والمستقرة. انظر الى آآ الدخان بما هو دخان. دعك من خلفياتك تخيل انت نزلت من المريخ ورأيت الدخان تقول له مصدر للدخان مصدر هذا اصل العلية لكن نوعية هذا المصدر لا يمكن اما اذا كنت على مستوى العلة وانتقلت الى المعلول العلة عندك انت كوجود وكنحو وجود تعرف العلة وتعرف هوية العلة فتعرف المعنول بالقطع واليقين وهذا هو برهان الليم. برهان الليم انا اعطي هذه الفوائد للطالب العزيز حتى يستفيد منها قال والنسبتان يعني نسبة العلة الى المعلول والمعلول الى العلة من ثوان المعقولات وبينهما مقابلة التضايوف نعم نسبة التقابل التظايف يعني العلية لا تعقل الا في دائرة العلة والعلة لا تعقل الا في دائرة المحلولية. هذا هو التظايف نعم من اي قسم العليا والمعلولية? من المعقولات الثانية بمعنى ان كون الله تعالى علة للخلق للموجودات هذا لا يعني ان العلة الهامة مستقل مع الله تعالى. لا. الله تعالى بنحو بنحو الاصدار. بنحو الاصدار نعم يعني بنحو المصدرية والمعلول كذلك يعني الشيء المخلوق لا يعني ان معلوليته بجنبه كمثل مستقلة هذا المعلول يعني المخلوق بنحو الصدورية انهم صدر من الله تعالى كان معلولا هذا هو معنى المعقول الثاني يعني في متن الوجود العلية حيثية والمعلولية حيثية. اقول يعني ان النسبة العلية والمعلولية. هنا قال العلية والمعلولية هذا هو الصحيح ليس العلة والمعلول ان نسبة العلية والمعلولية من المعقولات التالية من المعقولات التالية الفلسفية الان لاستحالة لاستحالة وجود شيء في الاعيان هو مجرد علية او معلومية. يعني ليس لها متن مستقل جميلة هذه العبارة لاستحالة استحالة استحالة. لماذا? لانها اذا تمكنت تسلسلت لاستحالة وجود شيء في الاعيان هو مجرد علية ومعلولية وان كان معروضهما موجودا وبينهما مقابلة التظايف. نعم بينهما التضايف الا ان العلية ليس لها متن والمعلولية ليس لها مث. نعم. العلة لها متن يعني الله تعالى</w:t>
      </w:r>
    </w:p>
    <w:p>
      <w:r>
        <w:t>المخلوق مهما كان له مثل فان العلة علة علة المعلول يعني لا تعقل الا في دائرة المعلول والمعلول معلول للعلة يعني لا يكون معلول الا بعلة وقد نبه بقوله وبينهما مقابلة التظايف على امتناع كون الشيء الواحد بالنسبة اليه شيء واحد علة لا يمكن. لا يمكن ان تكون العلة علة للمعلول وهي معلول للمعلول. لا تنعكس مستحيل لان المعلول فقير لا يعطي الوجود لا يعطي الوجود للعلة. ولهذا قلت لكم في بالقياس القياس الحملي آآ الحد الاوسط علة للنتيجة فلا يتواجد في النتيجة لان النتيجة ادنى من من العلة فيختفي فيختفي اذا سبب اختفاء الحد الاوسط في النتيجة لانه علة للنتيجة والعلة لا تنوجد على مستوى المعلول بما هو معلول نعم نعم على امتناع كون الشيء الواحد بالنسبة الي شيء واحد علة ومعلوم لا هذا ما يكون وهو الدور المحال. لا تكون العلة معلولة معلولها وتنعكس لان كونه علة يقتضي الاستغناء هذه هي القاعدة العلة غنية اعلى مرتبة في الوجود والتقدم الغنى والتقدم وآآ كونه معلولا يعني المعلو معلولا يقتضي الحاجة يعني الفقر والتأخر فيكون الشيء الواحد مستغنيا عن الشيء الواحد متقدما عليه ومحتاج الى متأخر عنده ولا خلف. اذا اذا جعلنا اه اذا جعلنا العلة تصدر من من المعلول فما كان ضعيفا محتاجا متأخرا يصير غنيا متقدما ومصدرا وهذا محال اذا يجب ان نراعي هذه المسألة. العلة دائما تكون هي الاقوى وهي الغنية وهي المتقدمة وهي المعطية للوجود والثاني تكون ضعيفا بالنسبة الى علته متأخرا ومستمدا الشيء الوجود وحتى الكمال الوجود من علته نعم قال وقد يجتمعان في الشيء الواحد بالنسبة الى امرين لا يتعاكسان في مع اذا عالجنا المسألة بالعرف نقول الاب علة للابن انا معدة طبعا ومعلول لله تعالى فهو معلول وعلة لكن من جهة واحدة لا من جهة واحدة مستحيل من جهة الصدور من الله تعالى معلول. ومن جهة انه مصدر لابنه. فهو علة وانتهى الامر والنار كذلك بوصفها يصدر عنها الاحتراق فهي علة بوصفها معلول لله تعالى فهي معلولة قالوا وقد يجتمعان في الشيء الواحد بالنسبة الى امرين لا يتعاكسان فيهما نعم. اقول قد تجتمع نسبة العلية والمعلولية في الشيء الواحد بالنسبة الى امرين فيكون علة لاحد الشائيين ومعلول اخر كالعلة المتوسطة التي تقع بين اه امرين فانها يعني كالنار او كالعقل الأول لك ان تمثل كما تشاء فانها معلولة للعلة الاولى يعني الله وعلة المعلول الاخير. لكن بشرط ان لا يكون ذلك الامر لا يكون ذلك دناك الامران. يتعاكسان في النسبتين. بان تكون العلة الاولى معلول للمعلول الاخير. لا يمكن والمعلول الأخير علة لها وإلا جاز جاء الدور المحال لا لا يمكن اذا النار تقع في الوسط متى تكون معلولة بالقياس الى الله تعالى خالقها ومتى تكون علة بالنسبة الى احتراق الخشب نعم آآ اللي اللي حضر مختلفا لا جهة جهات الفقر وجد الغنى. جهة الفقر معلولة لله. جهة الغنى اه علة احتراق الخشب ولا تنعكس لا تنعكس. نعم. لا تكن معلولة النار لاحتراق الخشب وتكون اه علة لي واجب الولوج ابدا مستحيل يلزم الدور. نعم المسألة الرابعة في ابطال التسلسل يأتي ان شاء الله. اللهم صلي على محمد وال محمد  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