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السلام عليكم ورحمة الله وبركاته. وفقنا الله واياكم لكل خير المسألة الرابعة في ابطال التسلسل كان من الافضل ومن الاحسن ان يدرج بطلان الدور ثم بطلان التسلسل في مسألة واحدة وهي المسألة الرابعة الدور بينه في السياق الماضي وبيناه ان اه العلة اذا اعطت المعلول فالمعلول لا يعطيها اه الوجود اذا اعطت العلة الوجود للمعلوم لا يمكن ان يرد عليها الوجود لماذا? لانه فقير ما ثبت انه معلول لا يكون علة من جهة واحدة علة ومعلول يعني اذا كان علة لا يكون معلولا واذا كان معلولا لا يكون عل اجتماع النقي. مبدأ التناقض هذا المعيار الخارق والرائع ابطال التسلسل ابطال التسلسل ما هو اه الواقعية الوجودية يعني الوجودات تتكفر مراتبها كما يقول هنا العلامة الحلي تترامى او تترقى صعودا او نزولا لا فرق تترقى واو تترامى اه اذا لم تكن متكية على وجود غني فقير هذا الترقي لا يتعين استمر الى مليار مليار مرتبة لا يتعين ولا يتشخص لا يتشخص وهذا هو امر مستحيل لان الوجود اينما كان يكون متشخصا نعم يقول المحقق الطوسي ولا يتراقى في نسخة ولا يترامى وكلاهما صحيح معروضهما معروضهما يعني العلية والمعلولية يعني الوجودات في دائرة العليا والمعنوية في سلسلة واحدة الى غير النهاية نعم اذا اذا ترامى الوجود نزولا او صعودا فيجب ان ينتهي الى علة هي الركن الشديد والا كان وجودا بدون تشخص وجود بدون تشخص يعني وجود بدون وجود اجتماع النقيضين نعم دائما مبدأ السبب الكافي يحيل الى اجتماع الناقضين. ما معناه يعني يأتي الى اه العبارة ثم يكتشف مبنى السبب الكافي كل ما بالعراض يعود الى ما بالذات وما بالذات لا يعلل. هذا هو القاعدة نسميه مبدأ السبب الكافي. يعني يبحث عن ملاكات تعين الاشياء اما في دائرة الوجود او في دائرة حيثيات الوجود اذا وجد هناك تناقضا فهذه العبارات والقضايا متزلزلة باطلة فيوصلنا الى التناقض فيكون هذا الأمر اه زيفا يعني هذه القضايا تكون باطلة ومزيفة وبالتالي لا تكشف الواقع كما هو نعم اذا بطلان التسلسل وآآ تستطيع ان تقول تعين من تعينات مبدأ التناقض لكن في دائرة العلية وهل مع الاولياء لان تعليم كلام المحقق التوصي لان كل واحد منها يعني من المرتبة من المراتب كنا في ذلك العلية او في ذلك المعلوميات ممتلئ الحصول بدون علة واجبة يعني بدون ركن شديد تعطيه الوجود وهي اللات تكسب الوجود. هناك تنتهي السلسلة صعودا او نزولا صعودا ركن شديد مبدأ الأشياء ترامي في النزول في قوس النزول الوجودات لا تتعين وهي وجودات يعني وجودات متعينة وغير متعينة متشخصة وغير متشخصة لكن الواجب بالغير ممتنع ايضا واجب بالغير اذا لم تكن هناك الا واجبة تعطيه الوجوب الوجودي بوجوب الوجود وجوب الغير. قلنا يجب ان تنسد كل ابواب العدم حتى ينوجد المخلوق ايضا يعني عندنا اه عندنا امران ان الوجودات لا يمكن ان تتحقق بدون ركن شديد الا واجبة هي الاصل هناك البداية واذا لم تكن هذه العلة موجودة كيف يتحقق الوجوب بالغير? لا يمكن لان الوجوب بالغير وجوب بالغير يعني ضرورة بالغير الغير يعني بالعلة المطلقة نعم فيجب وجود علة نتيجة فالتفريع فيجب وجود علة لذاتها لذاتها ما معنى لذاتها يعني لا تكتسب الوجود من غيرها هناك تستقر الامور يا عمي هي طرف طرف السلسلة. واجب هو الطرف ثم الوجودات كلها تتمادى وكل وجود يستقر ويتشخص نعم لا يتسلسل هادي هي المسألة اقول لما ابطل الدور وقلنا حبذا له جعله في هذه المسألة المسألة الرابعة يقارب الدور ثم يقارب التسلسل افضل كما هي الان الكتب الفلسفية نعم لما ابطل الدورة شرع في ابطال التسلسل وهو وجود علل ومعلولات في سلسلة واحدة غير متناهية متمادية متراقية كما قال ابطل هنا يعني ابطل بدليل لا لا يبطل بالدليل كسلسلة لا يبطل بالدليل ابدا لأن هو من من تجليات العلية والمعنوية يعني العلية والمعلولية لا تكون متسلسلة. من الاحكام العلية والمعنوية والاستدلال بالعليات بالعلل فانت تستدل على الشيء بالشيء اذا المسألة التحليلية فقط مسألة مرتكزة البنية العقلية الانسانية يحتاج فقط الى تحليلها نعم وهو وجود يعني التسلسل ما هو? ووجود علل ومعلومات في سلسلة واحدة غير متناهية. مبدأ تصوري نحن في الاطار المفاهيمي ونبه على الدعوة بقوله ولا يتراقى او لا راما معروضهما يعني معروضات العلة والمعلول يعني الوجودات. الوجود العلة والوجود المعلولية في سلسلة واحدة غير النهاية. يعني غير الى غيرنا. واحتج عليه. احتج هنا برهان ام تحليل تحليل. واحتج عليه بوجوه. الاول ان كل واحد من تلك الجملة جملة عن السلسلة ممكنة نعم يعني اذا جيت الى سلسلة المخلوقات لا تجد فيها ملاك الموجودية. لانها لا تقتضي الوجود الممكنات لا تنطوي على ملاك وجودها. خذ هذه قاعدة لانها لا تقتضي في ذاتها الوجود. هذا ما معنى الامكان نعم ان كل واحد من تلك الجملة يعني مراتب الخلق ممكن وكل ممكن ممكن ممتنع حصول ممتنع وكل ممكن ممتنع حصوله بدون علته الواجبة الركن الشديد. فكل واحد من تلك الاحاد ممتنع الحصول بدون علته الواجبة ثم تلك العلة الواجبة ان كانت واجبة لذاتها فهو المطلوب انتهت السلسلة لانقطاع السلسلة حينئذ وان كانت واجبة بغيرها احتاجت الى علة كانت ممكنة يعني لا تقتضي الوجود بذاتها فكانت مشاركة لباقي الممكنات كانت مرتبة وجودية من المخلوقات في امتناع وجود بذور العلة الواجبة فيجب وجود علة واجبة لذاتها هي طرف السلسلة فتكون السلسلة منقطعة وفي هذا الوجه وفي هذا وفي هذا الوجه عندي نظر. يعني العلم الحلي لم يقترع بهذا الامر لكنه لم يبين هذا النظر ممكن بينه في كتاب اخر. نعم. ولا المعلق جاء هذا الامر نعم وقال محقق التونسي وللتطبيق بين جملة قد فصل منها احاد متنية واخرى لم تفصل منها يعني هذا بقول على من حلي الدليل الثاني او الوجه الثاني انا لا اقول هذا دليل ان اقول ان التحليل نعم هذا الوجه الثاني من الوجوه الدالة على امتناع التسلسل وهو المسمى ببرهان التطبيق. الان في الحقل الفلسفي لا يعتانون بهذا بهذا الدليل. التطبيق خلاص انتهى. دخل في تاريخ العروب في تاريخ الفلسفة وهو دليل مشهور الان هجر لا يهتمون به والتقرير ان اذا اخذنا جملة العلل والمعلولات الى ما لا يتناهى ووضعناها جملة جملة واحدة ثم قطعنا منها جملة متناهية. اخذنا مقطع منها ثم اطبقنا احدى الجملتين بالاخرى يعني جملة على جملة بحيث يكون مبادئ كل واحدة من الجملة واحدا. يعني مبدأ الجملة الالف اه وعلته ومبدأ الجملة باء علة هي نفسها</w:t>
      </w:r>
    </w:p>
    <w:p>
      <w:r>
        <w:t>فان استمر الى ما لا يتناهى كانت الجملة الناقصة مثل الزائدة وهذا خلف. لماذا? لان علة واحدة والعلة الواحدة اذا اعطت المعلوم تعطيه متساويا. مع ان نرى المراتب متناقصة وان انقطعت الناقصة تناهت ويلزم تناهي الزائد لان ما زاد على المتناهي بمقدار متنافى ومتناهي هذا بالله عليك هذا لماذا لهذا? لانه آآ لا يليق بالمعرفة بعده جار. نعم بهجر. وانا اقول لك المسألة ببساطة جدا لا برهان تطبيق ولا يحزنون تخيل انت عندك وجودات متسلسلة. ما معنى؟ وجودات متسلسلة. يعني هذا الوجود هذا الوجود لم يتعين فتكرر يعني لم يتشخص وتكرر لانه اذا تشخص يتكرر لا يتكرر نعم اذا تشخص لا يتكاثر. حتى العرف يدركها ابنك يشتاق الى التفاحة. تذهب الى السوق تشتري تفاحة انت جعلت التفاح امامه وجوده مستقر لا يطلب تفاحة اخرى لا يقول اين التفاحة? حتى انت تأتي بتفاحة اخرى امامه. يقول لك اين التفاحة? فتأتي ثالثة ورابعة وخامسة وهو لا يقتنع. لا مجرد ان يرى الوجود متشخصا امامه ويعرف راسه انتهى لا يحتاج الى سلسلة من التفاحات. يريد تفاحة انتهى الامر نعم حتى العوف يدرك هذه الامور لماذا لاننا مرتكزات عقلية في كيانهم مرتكزات اه في كيانهم نعم يعني انت اذا تريد تقارن بالمسألة بالعرف العرف اللي فيه نكتة طفل طرفة اه الأم تحب ترى الأحفاد يقول لك تزوج زوجها انت قوليها شوفي لي آآ بنتا تليق بمقامي وبالعائلة فهي تشخص بنت ما نعم فانت ترى هذه البنت تقول لوالدتك الى البيت هاي متشخصة امامك لا ليست متشخصة اه انت تحتاج الى بنت اخرى ثم هذه البنت ليست متشخصة. بنت ثالثة بعدما تتزوج ابدا. هكذا الوجود اذا تسلسل يعني ما في وجودات متعينة يعني ما في تحقق ما فيه تحقق مسألة جدا آآ بسيطة. اذا ذهبنا الى الفوقية يعني التقهقر والرجوع الى الوراء ترقي انت تجد الوجودات متسلسلة ما دام ما دامت متسلسلة اه يعني هويتها غير متعينة كذلك. يعني في قوس النزول او في قوس الصعود الملاك واحد اما اذا وصلت الى المعدن خلاص هناك عقلك يتوقف مبدأ السبب الكافي يجد ملاك الخلق ملاك الخلق نعم اه اه العرف كذلك يدرك هذه المسألة. انت عندك طالب حوزة يدرس معك صديق فقير من كل الجهات. حال الطلاب المساكين اتجد اشترى سيارة؟ عقلك يقول ليس له ملاك في ذاته لشراء السيارة فقير فتسأله من اين يقرر صديقه؟ صديق غني اعطاني اه مجموعة من الأموال واشتريت سيارة الحمد لله اتحرك فتذهب الى ذلك الصديق كذلك هو ما عندهم ملك الغنى فقير مسكين تعبان لا تقول انت من اين اشتريت السيارة؟ حتما يقول من انسان. تروح الى انسان لا تجد انسان خير غني عندو اموال متسعة واعطاه هذا المبلغ واسع جدا اشترى سيارة وبقي منهم مقدار واعطاها لي صديقي اشترى سيارة لانه يعشقه ويحب. فانت هنا عقلك يقف يعني مبدأ سبب الكف يقول الان وصلت الى المعدن. وصلت الى ميلاك شراء هذه السيارات لهذا الغنم هذه امور وجدانية لماذا? لانها غرسها الله تعالى بفطرتنا او قل رق فطرتنا وجداننا حقيقة لهذه المرتكزات الإلهية الراقية بدون برهان التطبيق اني اتي الى السلسلة واقطعها الى قطع ثم جعل القطعة الاولى علة لالف وهي باء ثم قطعة اخرى جيم علة لألف ثم ارى لا في تناقص بين المعلولين فكيف حدث هذا وتستمر يستمر التنقص التناقص وعلة واحدة. العلة الواحدة تورث اه معلول واحدا في جميع كمالاته وحيثياته. نعم ايه نعم قال ولان التطبيق باعتبار النسبتين بحيث يتعدد يتعدد كل واحد منها باعتبارهما يوجب تناهيهما لوجوب ازدياد احدى النسبتين على الاخرى من حيث السبق. هنا يأتي ويفلسف وبرهان التطبيق. نعم. اقول هذا وجه ثالث وهو راجع الى الثاني. نعم. بيان للثاني قم قل للثاني وهو برهان التطبيق لكن على نحو اخر استخرجه المصنف رحمه الله مغاير للنحو الذي ذكره القدماء وتقريره يعني من ابتكار المحقق الطوسي نحن عندنا اخلاقيات ادبياتنا الحوزوية وبينتها اعيدها. لا ننسب الابتكار لاصحابه من باب الاخلاق لاننا نحن نريد وجه الله تعالى وكذا ولكننا في تصوري هذا غير صحيح يجب ان ننسب الابتكارات لاصحابها حتى تبقى لاسمائهم. هذا من حقهم الادبي من حقهم الادبي. يعني هذه الشخصية الكبيرة للشهيد الصدر رحمة الله عليه الشهيد الاول ما ابتكره من كنوز في علم الاصول او في حقول اخرى بعد لا تنسب اليه لماذا? هذا مجهود اه معنوي يحقق اه معنوي. في الغرب لا. في الغرب ينسبون كل شيء صاحبه نعم لصاحبه نعم تقريره ابتكره وينسب اليه ان اذا اخذنا العلل والمعلومات سلسلة واحدة كل العلل المعلولة سلسلة واحدة التي تفيض والتي تقبل الفيض التي توجد والتي تقبل الوجود سلسلة واحدة غير متناهية من فوق غير متناهية يعني في قوس الصعود غير متناهية وفي قوس النزول غير متناهية. متسلسلة فان كل واحد من تلك السلسلة كل واحدة علة باعتبار ومعلول باعتبار  واضحة جدا يعني انت اذا قلت متسلسلة اينما وضعت يدك على مرتبة فهي علة ومعلول تقول كيف? تقول لانها متسلسلة يعني بعدها شيء وقبلها شيء قبلها شيء وبعدها شيء فتكون هي في الوسط علة معلول. واضحة جدا شهودية نعم فيصدق عليه آآ آآ فيصدق عليه. يعني هذا هذا هذا الشيء فان كل واحد من تلك السلسلة. هذا الواحد فيصدق على هذا الواحد النسبتان يعني العلية والمعلولية باعتبارين باعتبار الاسبقية وباعتبار اللاحقية. ويحصل له التعدد باعتبار النسبتين. يعني يكونوا علة ويكون معلول. تعدد فان الواحد من تلك السلسلة من حيث هو علة مغايرة له من حيث انه معلول. فيأتي التعدد نعم فاذا اطبقنا اطبقنا يعني طبقنا فاذا اطبقنا كل ما صدق عليه نسبة المعلولية على كل ما صادق عليه نسبة العلية واعتبرت هذه السلسلة من حيث كل واحد منها علة تارة ومن حيث كل واحد منها معلول اخرى كانت العلل والمعلومات المتباينة بالاعتبار متطابقتين في الوجوه ما شاء الله حقيقة دليل اه رائع جدا. يعني انت السلسلة قلنا كل واحد علة ومعلول خذ المعلومات لوحدها وطبقها على العلل تنطبق او لا تنطبق. تقول شيخنا هذا علل كيف تنطبق? لانها كذلك معلولات عندها اعتباران علة ومعلول فيندمج المعلول في العلة وكذلك العلة تندمج في ايه? المعلول. يعني العلة تصير معلول والمعلول يصير اه علة وهذا اجتماع للناقضين. نعم نعم فان الواحد من تلك السلسلة من حيث انه عنا مغاير له من حيث انه معلول. فاذا اطبقنا كلما صدق عليه نسبة المعلولية. اخذنا فقط المعلولات. على كل ما صدق عليه نسبة العلية. واعتبرت هذه السلسلة من حيث كل واحد منها تارة ومن حيث كل واحد من المعلول اخرى كانت العلل والمعلومات المعلومات المتباينة. نعم المعلومات تبين العلل بالاعتبار متطابقتين في الوجود يعني العين تصير معلولات والمعلولات تصير</w:t>
      </w:r>
    </w:p>
    <w:p>
      <w:r>
        <w:t>علل نعم ولا يحتاج في تطابقهما الى توهم تطبيق. نعم ومع ذلك يجب ان تكون العلة اكثر من المعلومات من حيث ان العلل السابقة على المعلومات يعني السبقية يعطيها الاكثرية نعم لماذا? لان المعلول يتعين بعد العلة. اذا العلة سابقة المعلول في عدد واحد على الاقل عدد واحد وهذا العدد الواحد آآ في التطبيق المصداقي هو الله تعالى نعم لانه لا يسبقه اه لا تسبق الا قبله نعم ومع ذلك يجب ان تكون العلل اكثر من المعلولات. من حيث ان العلة يعني من حيث بيان. لماذا? سر الاكثرية. من حيث ان العلل سابقة على المعلولات في طرف المبدأ المبتدأ. يعني في البداية لماذا? لان المعلومات لم تكن موجودة والعلة موجودة سابقة ثم تعينت بالعلية ترشح المعلول فإذن المعلومات قد انقطعت قبل انقطاع العلاج والعلل الزائدة عليها انما زادت بمقدار متناهي فتكون الجملتان متناهيتان. نعم. يجب ان نصل الى ماذا? الى ركن شديد. الا علة واحدة والا تطابقت المعلومات مع العلل نعم وهذا مستحيل. اذا يجب ان اذا طبقنا المعلومات على العلل يجب ان ينفرد واحد ركن شديد لا تنطبق عليه المجموع نعم نعم واضحة المسألة او نعيد نعيد عندنا سلسلة من العلل والمعدولات كيف المعلومات لا معنى لها بدون علل يقول اذا بشرط بهذا الشرط ان تتلقى العلل الى لا نهاية وتنزل المعلولات الى لا نهاية خذ اي قطعة وحدة فقط داكشي وحدة باعتبار سابق معلولة باعتبار الله حق علة اذا هذا القانون ينطبق على الجميع ينطبق على الجميع بفرض التسلسل ها. بفرض التسلسل عدم التوقف من هذا الطرف الفوقاني ومن الطرف التحتاني خذ المعلومات كلها ضحى على يعني قسم انت خذ المعلومات وحطها على على العلل تصدق عليها? نعم تصدق لانها هي كذلك معلولات لها اعتبارا علمية ومع الاولياء كذلك طبق العلل على المعلومات تنطبق تنقلب العلة معلولا والمعلول علة فهذا اجتماع النقيضين فمبدأ السبب الكافي واوصلنا الى اه المحتاج يصير اه غني والغني يصير محتاجا وهذا مبدأ تناقض اجتماع النابضين. اذا مبدأ السبب الكافي اذا اوصلنا في التحليل والبرهنة والاستدلال والتركيب الى مبدأ التناقض يعني القضية الزائفة يعني هذا الامر غير صحيح لا يوجد في الواقع التسلسل اذا اذا طبقنا المجموعة الاولى على المجموعة الثانية يعني مجموعة العلل على مجموعة المعلولات او بالعكس مجموع المعلولات على مجموع العلل تنطبق لكن يجب ان ينفرد آآ واحد من المجموعة ولا يكون له حكم علة ومعلول. يكون فقط علة وهو واجب الوجود وهو المبدأ التسلسل باطن. هذا ليس برهان هذا تحليل تحليل لهذه المسألة الراقية قال ولان المؤثر يعني الفاعل ولان المؤثر يعني الفاعل يعني العلة في المجموع في هذا المجموع الذي اعطى المجموع ترشح عنه المجموع ان كان بعض اجزاء المجموع كان الشيء مؤثرا في نفسه وفي علله يعني قد يقول قائلون لماذا انت اخرجت المبدأ من المجموع دخله في المجموع اذا ادخلنا في المجموع فيكون علل المجموع وهو من مجموعة المجموع يعني هو ينتمي الى المجموع فيكون علة واء معلول. يكون مبدأا و اه صادرا وهذا مستحيل لان المؤثر في المجموع ان كان بعض اجزاء المجموع كان الشيء يعني هذا المؤثر مؤثرا في نفسه نعم لانه ينتمي الى المجموع وهو مفيد المجموع فيفيض نفسه في اطار المجموع وفي علله وائل علل هذا المجموع يعني هو اذا طبقنا بالمصداق الله داخل المجموع وهو علل المجموع وهو داخل في المجموع فيكون الا لنفسه ومعلول نفسه وعلل المخلوقات التي تنتمي داخل المجموعة ولان المجموع له علة تامة لا يمكن ان يتحقق الشيء الا اذا كانت علة تامة. هذه قاعدة الموجود لا يتحقق الا بعلة التامة. ولان المجموع له علة تامة اذا تمت بجميع مكوناتها صدر المجموع وكل جزء ليس علة يجوز في المجموع ليس علة تامة على الاقل يحتاج الى الاجزاء الاخرى حتى يتحقق المجموع. اذا الجملة لا تجب به. بهذا الجزء وكيف تجب الجملة بشيء هو محتاج الى ما لا يتناهى من تلك الجمل. يحتاج الى الاجزاء الاخرى حتى يتحقق الجمل اذا المبدأ لا يكون داخل المجموع يجب ان يخرج الى من المجموع وهو وجلودك اذا ادخلناه داخل المجموع وهو علل المجموع يكون علل نفسه تقد تمشي على نفسه. وهذا دور واحتياج وفقر وكذلك هو يوجد الباقي باقي المجموع ويحتاجها في المجموع فهو موجد ومحتاج يعني غني ومحتاج. من جميع الجهات نقع في التناقض نعم نعم اقول هذا وجه رابع على ابطال التسلسل وتقريره ان اذا فرضنا جملة مترتبة من علل ومعلولات لا متناهية الى ما لا يتناهى صعودا ونزولا. فتلك الجملة من حيث هي جملة ممكنة. لتركبها يعني مبدأ السبب الكافي يسأل على من حلي. لماذا حكمت على هذه الجملة بالامكان? يقول لتركبها لان كل مركب محتاج فهو ممكن. من الاحاد الممكنة وكل ممكن له مؤثر فلتلك الجملة مؤثر ثم نناقش هذا المؤثر نبحث عن هذا المؤثر. فاما ان يكون المؤثر هو نفس تلك الجملة وهو محال لاستحالة كون الشيء مؤثرا في نفسه. يلزم الدور واما ان يكون خارجا عنها والخارج عن الجملة عن جملة الممكنات واجب فانقطعت السلسلة وهذا هو المطلوب. واما ان يكون جزءا من تلك الجملة وهذا محال لماذا يلزم ان يوجد نفسه? والا لزم اه كون الشيء مؤثرا في نفسي وفي علله التي لا تتناهى وذلك من اعظم المحالات ما اذا كانت داخل المجموعة هو عل لنفسه لأنه داخل المجموعة اذا كان الا للمجموع وداخل المجموع فينقلبوا علة معلول وكذلك اه يحتاج الى من يساعده حتى يتحقق هذا المجموع والمجموع لا متناهي فاحتياجه لا متناهي وهذا من اعظم المحانات. وايضا فان مجموعة لابد له من علة تامة حسب مبدأ السبب الكافي مبدأ السبب الكافي يقول لا يتعين الوجود المعلول الا اذا تمت علته بجميع مكوناتها وكل جزء ليس علة اذا الجملة اذا اذا الجملة لا تجب به بهذا الجزء وكل جزء لا يصلح ان يكون علة تامة للمجموع وكيف تجب الجملة بجزء من اجزائها وذلك الجزء محتاج الى ما لا يتناهى من تلك الجملة من الجملة بمجموعية لا تنوجد وهي غير متناهية اذا العقل ماذا يقول? يعني مبدأ السبب الكافي يقول انتم بين امرين اما تقعون في مبدأ التناقض واما تفرضون علة خارجة عن المجموع وهذه العلة لا تحتاج الى علة ليس من صنخ الممكنات بل واجبا فانتهت السلسلة هذا هو الدليل واللهم صلي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