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السلام عليكم ورحمة الله وبركاته وفقنا الله واياكم لكل خير لا زلنا معكم في باب العلية والمعلولية وصلنا الى المسألة الخامسة فان في متابعة المعلول للعلة في الوجود والعدم قال وتتكافى النسبتان في طرفي النقيض واضحة جدا المعلول متقوم الوجود بعلته التي افاضت عليه الوجود معناه اذا تحقق المعلول العلة بالضرورة تكون واذا تحققت العلية بجميع مكوناتها بالضرورة يكون معلول موجود واذا انتفى المعلول يكشف عن انتفاء العلة في الوجود واذا انتفت العلة في الوجود ينتفي المعلول في الوجود مطلقا. هذا هو ما معنى التكافي تتكافى ومفاهيمه العلامة الحلي وتتكافا النسبتان في طرفي النقيض. يعني نسبة العلة الى المعلول او نسبة المعلول الى العلة في مقام الوجود انه وجدت العلة التي تمت شروط الافاضة فيها شروط الافاضة فيها والايجاد المعلول ينوجد المعلول الوجد العلة موجودة. العلة انتفت المعلول ينتفي. المعلول انتفى كاشف عن انتفاء العلة. لماذا اقول كاشف لان المحلول يدها انتفاء الانتفة ليس هو السبب انتفائي العلة المعلول ضعيف لا يؤدي الى انتفاء العلة. يكشف عن انتفاء العلة في الرتبة السابقة. اقول الذي يفهم من هذا الكلام ان نسبة العلية مكافئة للنسبة المعلولية. في طرفي الوجود والعناء بالنسبة الى معروضهما قلنا العلية والمعلولية من المعقولات الثانية. يعني حيثيات تحتاج الى معروض مثلا النار تتصف وهذا الوصف العلية فتحرق الخشب فالخشب معلول في احتراقه وجود النار على معنى ان النسبة العلية اذا صدقت على معروض ثبوتي يعني متحقق كانت النسبة المعلولية صادقة على معروض ثبوتي نعم يعني العلية اذا كانت في النار حتما الاحتراق موجود. وبالعكس يعني اذا كان المعلول يعني المعلولية متعينة في موجود معروض ثبوتي يعني موجود متحقق يعني احتراق الخشب حتما النار المحرقة موجودة نعم يعني النسبة متعاكسة واذا صدقت النسبة العلية على معروض عدمي يعني ارتفعت ارتفعت العلية يرتفع ترتفع المعلولية معروض عدمي يعني انتفى الوجود صدقت النسبة المعلولية على معروض عدمي وبالعكس يعني اذا انتفى المعلوم تنتفي العلة اذا انتفى العلم انتفت العلة ينتفي المعلوم وذلك يتم بتقرير مقدمة هي ان عدم المعلول انما يستند الى عدم العلة لكن العكس لا عدم العلة لا تستند الى عدم المعلوم. فقط اه امارة يعني المعنى اذا انتفى امارة على انتفاء اه العلة امر يعني كاشف عن امتثال العلة. لماذا? لان المعنى لا يعطي العدم للعلة ابدا لانه ضعيف  متوقف عليها وذلك يتم بتقرير مقدمة هي ان عدم المعلول يعني انتفاء احتراق الخشب انما يستند الى عدم العلة يعني اذا لم يحترق الخشب النار غير موجودة والعرف يدرك هذه الامور لان هذه مرتكزات في عقولهم نعم يأمر ابنه ابنه بحرق الخشب هذا الخرشب زائد في البستان يحرقه يأتي واجد الخشب هو هو فيقول لماذا لم تحرقه? يعني لماذا آآ لم تهيأ العلة يعني النار اذا عدم الاحتراق كاشف عن النار غير موجودة. يعني الولد لم يهيأ النار. واضحة جدا هذه الامور وذلك يتم بمقدمة هي ان عدم المعلول يعني عدم احتراق الخشب انما يستند الى عدم العلة لا غير وبيانه ان عدم المعلول يعني عدم احتراق الخشب لا يستند الى ذاته. نعم والا لكان ممتنعا لذاته هذا الخلف لا يمكن ان يستند الى ذاته مبدأ السبب الكافي يقول لا يعني الاحتراق في الخشب الخشب ليس هو الذي يولد الاحتراق نعم لماذا? لانه اذا كان الاحتراق من صميم الخشب فكل الخشب في الكون يحترق لماذا? لان الذات الخشب موجودة في جميع اصناف الخشب. اليس كذلك اذا الاحتراق ليس كاملا في ذات الخشب لامر اخر وهو العلة نعم وبيانه ان عدم المعلوم لا يستند الى ذاته والا لكان ممتنعا لذاته. يعني كل الخشب معدوم بالظرورة نعم لماذا? لان الذات اذا كانت موجودة الاحتراق يكون موجود بالضرورة وتجد كل الاخشاب في العالم محروقة وهذا غير صحيح فتبحث عن الاحتراق في بعد اخر وهو العلة. بل لا بد هذه هي بل لا بد له من علة اما وجودية او عالمية يعني فداءات الوجود او فداءة العدم. يعني اذا كان الخشب محترقا اعين وجوديا. اذا كان الخشب غير محترق فعين عدمي نعم والأول باطل يعني يكون ممتنعا لذاته يعني كل الخشب اه يكون اه يعني يمتنع الا يحترق لأنه ملاك الاحتراق في ذاته هذا باطن لماذا? لان نرى الاخشاب لاست محترقة نعم لان عند وجود تلك العلة الوجودية لم يختل شيء من اجزاء العلة المقتضية لوجود المعلول ولا من شرائطها ولا من شرائطها لازم وجود المعلول نظرا للتحقق على هاته التامة نعم وان اختل شيء من ذلك لزم عدم المعلوم فالعلة التامة حتى تفيضوا اه المعلول قلنا يجب ان تكون كل مكوناتها حاضرة. واحدة فقط تنتفي صارت العلة علة ناقصة لا تقتضي المعلول ابدا فيجب ان تكون كل المكونات حاضرة هذا الذي يسمى في المصطلح العلة التامة العلة التامة اذا ان وجدت العلة التامة بجميع مكوناتها المعلول بالضرورة ينوجد يعني عندنا ورق نريد ان نحرقه ما هي العلة التامة هنا اصل النار  النار اصل النار يعني ماهية النار الخارجية عيلة ناقصة لماذا? نحتاج الى عدم الرطوبة في الورق. يعني الورق جاف مكونا هل هذا يكفي? لا اقتراب الورقة من من النار. الورقة في سيدني والنار في العراق لا يتم الاحتراق اقتراب يعني بعد قرب البعد تنتفي العلة التامة القرب يتحقق وتكون جافة المجموع يعني النار واللبوس في الورقة ليست مبلولة ما فيها رطوبة واقتراب الورقة الى النار. يأتي الاحتراق. الورقة تحترق كاملا نعم اذا المعلول هل يقتضي اه يقتضي يعني الخشب مثلا هل يقتضي الاحتراق لذاته? نقول لا اذا كان الاحتراق لذات الخشب فيكون ممتنع عدم الاحتراق اينما يكون الخشب يكون الاحتراق لماذا? لان الاحتراق ملاك الاحتراق في ذات الخشب. فكل مصداق خشبي يمتنع الا يحرق. وانت الان بالشهود تكذب ذلك نعم والاول باطل بيان على منح لي فيه غموض ملاك هو هذا وحقق الطوسي يقول انت اذا وجدت معلولا معلولا لا تبحث عن ملاك عن ملاك مع لوليته في ذاته ابحث عن امر اخر وهذا وظيفة مبدأ السبب الكافي مبدا السبيل الكافي هو الذي يبحث عن ملاك تعين الشيبي اه صفة ما فيسأل هل الاحتراق ملاكه هو نفس الخشب يعني الخشب بما هو خشب يقتضي الاحتراق فكل خشب يقتضي الاحتراق فيمتنع الا يحترق وهذا يبطله الشهود عندما خشب غير محترق. اذا التمس العلة اين? العلة خارج الخشب هذه العلة على قسمين العلة التامة تؤدي الى الاحتراق الا ناقصة تحتاج الى انضمام مكونات اخرى هذا هو البيان نعم نعيد من الاول حتى يتضح ذلك وبيانه ان عدم المعلول</w:t>
      </w:r>
    </w:p>
    <w:p>
      <w:r>
        <w:t>عالم المعلول عدم المعلول  يعني عدم احتراق الخشب اذا اردنا ان نمثل مبدأ السبب الكافي يسأل ملاك عدم الاحتراق هنا اما ان يكون ذات الخشب اولى يعني خارج الخشب اذا كان ملاك عدم الاحتراق هو ذات الخشب يعني ما في خشب يحترق. يستحيل لي ان يحترق الخشب اينما كان وحيث كان نعم وبيان ان عدم المعلول يعني عدم الاحتراق لا يستند الى ذاته اذا استند الى ذاته ما في خشب يحترق واذا قلت كذلك الاحتراق الاحتراق عليه وجود معلول لذات الخشب تجد كل الاخشاب تحترق هذه قوانين قوانين حكمة الله تعالى. الفلسفة تدرس هذه القوانين صدقوني صدقوني تسعين بالمئة تسعين بالمئة في الحوزة يفهمون ان الفلسفة تدرس الكفريات تدرس الهة اليونان هادي الهة اليونان اساطير يتصورون هكذا لا الفلسفة تدرس هذه القوانين الكونية التي تفسر كل ما يحدث في الكون والعلوم العلوم العلوم الجزئية يعني ما بعد الفلسفة كلها قائمة على هذه القوانين منها قانون العلية وهل مع الولية المنطق في القياس قياس الحمل باشكالها الاربعة والقياس الاستثنائي قياس الخلف وو كل هذه الاقيصة قائمة على العلية مع الولية اسحب العلية والمعلولية لا تدرسه واهمله المنطق يصير جنونا اصلا لا تعب لماذا الشكل الأول انتج ولا القياس الاستثنائي اه انتج ولقي يصل خلف مثلا او الخلف انتج وبيانه ان عدم المعلول خلي نطبق بالمصادق. عدم المعلوم اكتب عدم احتراق الخشب لا يستند الى ذاتهم يعني اذا كان ملاك عدم احتراق الخشب هو ذات الخشب فكل خشب لا يحترق والا لكان ممتنعا يعني ممتنع الايحاء تراق لذاته هذا خلف? نعم مع انه نرى الخشب اه يحترق بل لابد له من علة عام اما وجودية او عدمية. يعني اذا احترق له علة وجودية. اذا لم يحترق يعني غياب العلة الا عدم يعني غياب العلة والقوة الباطنة. يعني الخشب لذاته لا يحترق. او الخشب لذاته يحترق نتا قاربها في الثبوت وقاربها في العذاب الخشب لذاتي يحترق يعني يستغني عن العلة والخشب لذاته لا يحترق يستغني عن العلة اذا قلت الخشب لذاته يحترق كل الخشب يحترق يعني يستحيل عليه الا يحترق واذا قلت الخشب لذاته لا يحترق فكل الخشب لا يحترق او يحترق ثبوتي ووجودي لا فرق والاول باطن يعني كونوا المعلو لذاته يحترق او لا يحترق. لان عند وجود تلك العلة الوجودية يعني اذا وجدت العلة الوجودية يعني النار والقرب وجفاف الورق ان لم يختل شيء من اجزاء العلة المقتضية لوجود المعلول يعني كل المكونات موجودة الورقة ليست مبلولة جافة وقريبة من النار. فحتما وبالقاطع واليقين النار تحرق انظر جيدا العبارة والام باطل يعني كون المعلول اكتسب المعلولية من ذاته وليس من علة يعني الخشب احترق لذاته او لم يحترق لذاته نحن نقارب الثبوت والعدم الوجود والعدم. لان عند وجود تلك العلة الوجودية الوجودية التي تفيض العلم يعني العلة متحققة ان لم يختل شيء من اجزاء العلة انا اسميها المكونات المكونات اذا اجتمعت تتحقق العلة التامة من اجزاء الله المقتضية لوجود المعلوم. يعني هذه العلة اذا اكتملت تقتضي وجود المعلوم. تفيضه قطعا ويقينا ولا من شرائطها يعني لم يختل شيء من اجزائها ولا من شرائطها نعم لان الشرائط لها مدخلية في العلية. لا تفيظ تكمل العلة ولكن هي لا تفيض العلة هي التي تفيض يعني وجود لا يلفظ لم يختل شيء من ازاها من مكوناتها ولا ولم يختل آآ شيء من شراطها. جيد اكتمل في العلة صارت تامة. ثم ماذا? يقول لزم وجود المعلول لماذا? لأن القانون قانون عقلي قانون عقلي اذا تمت العلة التامة المعلول ينوجد بالظرورة. مثلت لكم بالسيارة اذا كانت كل مكونات السيارات تامة فالسيارات تتحرك قطعا ويقينا نعم نظرا الى تحقق علته التامة فقط اضاءة جميلة لكم. اذا قلت انا هذه قوانين عقلية ليس العقل الشخصية ليس العقل الشخصي هو الذي احدثها. لا هذا العقل الشخصي يرقى اليها ليظي يا الهي سرملي يفوق البشر ليس من صنخ المخلوقات ضياء الهي حكمة الهية مطلقة فالإنسان يرقى كل ما نضج يعيش هذا الضياء من مصاديق هذا الضياء مبدأ التناقض مبدأ السبب الكافي وو من هذه المرتكزات العقلية. اسميها المرتكزات العقلية يعني الله تعالى اضاء الحقيقة الانسانية بها نعم اي نعم ويقول نظرا الى تحقق علته التامة يعني اذا تحققت العلة التامة بجميع اجزائها وبجميع شروطها المعلول يتحقق بالضرورة. وان اختل شيء من ذلك من الشروط مثلا اقتراب الورقة الى النار. لا يتم الاحتراق لان العين ناقصة العلة الناقصة نعم الورقة ليست جافة مبلولة. شرط انتفى العلة التامة تنتفي. فلا يمكن ان يكون هناك احتراق. وان اختل شيء من ذلك يعني من الاجزاء المكونة للعلة او الشروط لازم يعني ضرورة لازم عدم المعلول فيكون عدم المعلول مستندا الى ذلك العدم يعني عدم العلة لا غير هذا هو الكلام نعم في في الكتب الفلسفية هذا العنوان يسموه بالضرورة الضرورة اه بالغير والضرورة بالغير نعم واذا تقررت هذه المقدمة فنقول العلة الوجودية يجب ان يكون معدوله معلولها وجوديا. طبعا العلل الوجودية تامة اكتب تحتها تامة تمت اجزائها مكوناتها وشروطها يجب ان يكون معلولها وجوديا لانه لو كان عديما لكان مستندا الى عدم العلة هذا كأنه يريد ان يستدل على المرتكزات الاستدلال على المرتكزات خطأ فقط تحليل تحليل العلة التامة تمت والمحلول غير موجود يعني معدوم ونحن عندنا قاعدة المعلول المعدوم يتكئ على العلة المعدومة العلة التامة موجودة والمعلول معدوم اللي معلول معدوم متحقق من علة العلة التامة العدمية. فاجتمعت العلة التامة الوجودية مع العلة التامة العدمية وهذا هو اجتماعنا ايضا هذا هو اجتماع اذا اذا كانت العلة التامة وجودية المعلول بالقطع واليقين يكون موجودين موجودين فلا يكون معدوما ابدا. نعم. واذا تقررت هذه المقدمة فنقول العلة الوجودية يجب ان يكون معلولها وجوديا. هذه قاعدة لأنه هو بين هذه المسألة ثم يكرر لانه لو كان المعلول عدميا لكان مستندا الى عدم علته على ما قلنا لا الى وجود هذه العلة والمعنى الوجودي يستند الى الوجودية. الى العلة الوجودية لا العدمية لان تأثير المعدوم في الموجود غير معقول نعم هذه قاعدة وتسري في جميع حياة الانسان. تسري حتى في الله تعالى الله تعالى الذي يكون ناقصا في كمال من كماله يخلق ابدا لا يخلق اذا يجب ان تكون الذات الالهية كاملة في جميع صفاتها نعم جميع صفاتها حتى يتم الفيض والايجاد والخلق وهي قاعدة لان العلة التامة هي التي تفيض غيرها لا يفيض اذا يجب ان نؤسس لقاعدة هي بسيطة الحقيقة جميع الكمالات تتم عملية الخلق والافاضة اذا التوحيد في الخالقية وبتبعه التوحيد في الربوبية ناشئ من هذه القاعدة ان الله تعالى بسيط الحقيقة كل الكمالات هذا يأتي بيانه ان شاء الله في الالهيات بالمعنى الاخص. اذا دخلنا في الله تعالى وصفاته الذاتية والفعلية. هناك يأتي بالتفصيل</w:t>
      </w:r>
    </w:p>
    <w:p>
      <w:r>
        <w:t>نعم. المسألة السادسة فان القابل لا يكون فاعلا. طبعا حقيقة واحدة من جهة واحدة من حيثية واحدة تكون قابلة وفاعلة هذا ما ما بدا السبب الكافي يقول لا. يقول لا. اذا كانت في دائرة القابلية يعني قابلة. فكيف تكون فاعلة? اذا كانت فاعلة خلف في كونها قابلة. يعني اجتماع النقيضين واذا كانت فاعلة من حيث هي فاعلة لا تكون قابلة لانه اذا كانت قابلة انتفت الفاعلية نعم انتفت الفاعلية والقبيلة اذا كانت فاعلية من جهة واحدة انتفت القابلية يعني اجتماع النقبة. مسألة تطبيق لمبدأ التناقض مباشرة فتكون باطلة لا يكون الشيء من جهة واحدة قابلا وفاعلا. اذا كان قابلا وفاعلا فمن جهتين. من جهتين نعم من جهتين نعم الإنسان يتكلم فاعله ويسمع قابل يتكلم من حيث يعني صدور الكلام من فمه يعني من قوة التكلم ويسمع من قوة السمع. اذا كم حيثية? حيثيتان. كم بعد? بعدان هذا معقول. اما انه يتكلم ويسمع من حيثية التكلم هذا غير معقول. نعم قال والقبول يعني القابلية والفعل يعني الفاعلية متنافيان مع وحدة الحيثية وحدة الاتجاه وحدة النسبة مع اتحاد النسبة لتنافي لازميهما يعني يؤدي الى لازمين متنافيين لا يجتمعان نعم اقول ذهب الاوائل يعني الفلاسفة الى ان الشيء الواحد لا يكون قابلا وفاعلا لشيء واحد يعني يتكلم ويسمع من حيث التكلم. لا يتكلم فاعله يسمع قابل من قوتين قوة التكلم وقوة السمع وعبر عنه المصنف بقوله القبول والفعل نفس الشيء القابلية والفاعلية او القبول والفعل تعبير واحد متنافيا يعني لا يجتمعان بل يتنافيان لكن مع اتحاد النسبة يعني اتحاد البعد اتحاد البعد عندنا بعض بعض المقررين في الدروس دور في الخارج اصلا لا يبصر الأستاذ جالس على الورق ويسمع ويكتب يسمع ويكتب هل يكتب من حيث هو يسمع؟ او من حيث هو يبصر مرة ثلاث ابعاد. يبصر الاستاذ ويسمع ويكتب في الان نفسه فاعلية وقابلية كيف تجتمعان من جهة واحدة؟ مستحيل نعم لهذا يقول مع اتحاد النسبة لكن مع اتحاد النسبة يعني ان يكون المفعول الذي تقع نسبة الفعل اليه او عليه وبعينه المقبول الذي تقع النسبة نسبة القبول اليه تنافي لازميهما. ما نحتاج الى اللازمين ما نحتاج الى اللازمين ما نروح الى اه مقاربة المسألة ما يلزم من هذا الامر. لا لا لا مسألة جدا جدا وواضحة. نعم لكن هو جاء بكلمة لازميهما في المتن فالعلامة الحلي مضطر ان يبين هذه المسألة. وانا ابينها اذا كنا في دائرة القبول ان كان القبول ما هو? امكان الإتصاف قابل للسمع يعني انا ممكن ان اسمع. قابلية دائما تصانخ الامكان والفاعلية الوجوب. يعني انت لا تتكلم الا اذا تمت كل شروط الكلام. اذا تمت كل شروط الكلام تتكلم بالوجوب. فعندنا جهة وامكان وجهة وجوب. اذا كانت القابلية هي الفاعلية من جهة واحدة اجتمع الامكان واجتمع الوجوب نعم جهتان آآ متنافيتان. نعم. ولهذا يقول لتنافي لازميهما وهو الامكان وصف للقابل والوجوب وصف للفاعل. لان الفاعل لا يفعل الا اذا تمت جميع آآ تم الجميع مكونات فاعليته وذلك يوسع البيان وذلك لان نسبة القابل الى المقبول نسبة الامكان يعني استعداد لامكان هنا بمعنى الامكان الاستعدادي ونسبة ونسبة الفاعل الى المفعول نسبة الوجوب لان هو اه لا يترشح الفعل منه الا اذا وجب قاعدة نعم الوجوب بالغير المعلول لا يتم ولا يتحقق الا اذا تمت العلة التامة في الفاعلية فتجب يعني تصير ظرورية فيترشح الفعل فلو كان الشيء الواحد مقبولا لشيء ومعلول له ايضا لزم ان تكون نسبة ذلك الشيء الى فاعله بالوجوب والامكان في الاب نفسه من حيثية واحدة من بعد واحد وهذا هو اجتماع النقيضين هذا خلف. انتم اذا لاحظتم مسألة في المتن هذا الكلام والاستدلال والبيان والتحليل وظيفة مبدأ السبب الكافي في نهاية المطاف يبين لك الخلل البطلان في النص في الدعوة ومحاولة الدعوة اولى انسجام النص اذا اوصلك الى الخلف بقولهم يعني مبدأ التناقض فالنص مختل في داخله مختل باطل ما في تناغم بين اجزائه نعم اذا لا لم يوصلك الى الخلف اثبت المطلب اعلم بان النص متناغم في مكوناته. هذه مسألة يجب ان تفهمها. اذا ملاك النشاط الفكري هو مبدأ السبب الكافي من نسب الكافي يكشف زيف القضايا اذا كشف زيف القضايا يعني مبدأ التناقض نعم المسألة السابعة تأتي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