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المسألة السابعة. هذه فروع جزئية ليست آآ من الامور الاساسية الذاتية عاضدة وليست اه الذاتية اساسية هي ليست عرضية بالقطع واليقين هي ذاتية الا انها ذاتية عاضدة وليست اساسية المسألة السابعة في نسبة العلة الى المعلول قال وتجب المخالفة بين العلة والمعلول ان كان المعلول محتاجا لذاته الى تلك العلة والا فلا يعني متى او باي ملاك نعرف احتياج احتياج المعلول الى العلة هنا المحقق التونسي يقول او نصيغ السؤال بطريقة اخرى متى متى يترشح المعلول عن اه عن العلة في دائرة الاحتياج يعني التوقف على العلة الاحتياج يعني التوقف غير هذا لا مثلا عندنا فهم  عندنا جوهر هو مادة الفحم وعندنا السواد السواد يعني اللون الاسود السواد يتكي على الجوهر ليس في سواديته. وانما في عرضيته لكونه عرظا اتكأ على الجوهر اما في كون كونه اسود هذا راجع الى هويته الى ماهيته فلا يحتاج الى اه الجوهر. طبعا هذا الكلام على مبنى المشاء. على مبنى الحكمة المتعالية. براديم جديد. سواد وحيثيات للوجود. نتكلم على الذي يتحرك فيه المحقق التونسي والعلامة الحلي في هذا الكتاب اذا السواد سواد الفحم السواد متكئ على الجوهر لعرضيته لانه عرض معناه يعني في هويته متكئ على غيره اما في سواديته لا في سواديته هذا خاصية لمن? خاصية لماهيته قاسية لماهيته اذا ليس كل ما يصاحب المعلول وما يلف المعلول يكون ناتجا من العلة الناتج من العلة في حالة الاحتياج فقط هذا البيان هذه المسألة قلت لكم ذاتية لكن ليست اساسية. قال وتجب المخالفة بين العلة والمعلول. على اي ظابطة ان كان نوع المعلول محتاجا لذاته الى تلك العلة وان لم يكن هناك الاحتياج اه المخالفة ليست ضرورية. قد تكون العلة عندها الوصف والمعلول عنده اه الوصف نفسه لماذا? لانه ليس له هذا الوصف ليس له مدخلية في الاحتياج ليس له مدخلية في الاحتياج. اقول العلة ان كان معلولها محتاجا. اذا الملاك ما هو الفقر؟ الاحتياج، التوقف لماهيته ان كان معلولها محتاجا لماهيته اليها وجب كونها يعني آآ هذه آآ العلة وجب كونها العلة مخالفة لها للمهية. لماذا? لان الملاك والاحتياج لا المعنى لا يكون في هذه الخاصية هو العلة ابدا لأنه محتاج متقوم بعلته لاستحالة تأثير الشي في نفسه مع لا يمكن يعني يجب ان تكون هناك مخالفة مخالفة بشدة مخالفة بالهوية لا يهم. المهم يجب ان تكون مخالفة والا قانون العلية والمعلول ينتفي قانون العلية والمعلولية ينتهي اعطيك فقط اه اه مثالا في العقيدة وفي الفلسفة الله تعالى وجود نعم وجود وانا وجود نعم انا وجود اشتراك معنوي الوجود. يعني انا متحقق والله تعالى متحقق. ما معنى? الله طارد لعدمي وانا طارد لعدمه هل هذه الخاصية داخلة في الاحتياج? لا يعني هادي حيثية طريدية العدم. قلنا حيثية لا هوية لها آآ الله تعالى لا يكون مشارك للمعلوم في الاحتياج والا المحتاج يعطي المحتاج يعني يعطي نفسه اذن في الإحتياج يعني ملاك خلقي لاني محتاج ليس لاني وجود يعني اني طارد لعدمي نعم يعني لو كنت انا محتاج الى العلة لكوني طاردا لعدمي. الله تعالى كذلك طارد لعدمه. فيكون محتاج للمعلول او محتاج لامر اخر لاستحالة تعليم يعني مبدأ السبب الكافي. لاستحالة تأثير الشي في نفسه الحقيقة واحدة لان الاحتياج ارتفع وان كانت علة وان كانت علة لشخصيتها كتعليل احدى النارين بالأخرى فان المعلوم لا يجب ان يكون مخالفا للعلة في المهية نار تؤثر في نار اخرى نعم هنا لا نركز على الاحتياج اه هنا ممكن تشترك النار الاولى مع النار الثانية في خاصية ولا بأس في ذلك ولا يكون اقوى منها ولا يساويها عند فوات شرط او حضور مانع ويساويها لا مع ذلك. نعم. يعني اذا تمت هذه الشروط اه العلة توجد المعلول ويكون محتاجا فهنا يأتي التنافي اما في غير الاحتياج في غير هذه العلية والمعلولية وفي غير الافاضة لا قد يشترك المحلول مع العلة في حيثية من الحيثيات ولا بأس في ذلك نعم والاحساس يمثل ياتي بمثال تنظير والاحساس بسخونة الاجسام الذاتية اشد من سخونة النار يعني النار تسخن الاجسام فالاجسام تكن اه اه ساخنة تكن اشد عندك انت مثلا حديد نار نسخن الحديد الحديد يصير احمر سخونته اشد من سخونة النار لعدم الانفصال لعدم الانفصال بسرعة لزوجيته. يعني هنا آآ يبين ملاك كون الحديد مثلا اشد سخونة من النار نعم لعدم الإتصال بسرعة لزوجيته ولبطء حركة اليد فيه لغلظته نعم فهنا عندنا نار وعندنا حديد الحديد يحتاج الى النار في كونه اه اه حارا عن السخونة يسميها هو لكن شدة التأثير شدة التأثير الحديد اقوى. يعني تجاوز اه علته وهي النار هل هنا النار يعني ضعيفة? لا النار اقوى من الحديد في اعطائه الحرارة. اما كونه اشد حرارة من النار يعني يؤطر اكثر. هذه خاصية للحديد وليس خاصية للاحتياج نعم يجب ان نفهم المسألة هكذا نعم المسألة الثامنة فان مصاحب العلة ليس بعلة وكذا مصاحب المعلوم ليس معلولا في دائرة العلية والمعلولية آآ العلة لا تكون خالية فقط عندها جمبت الافاضة والمعلوم لا يكون خاليا فقط عنده جمب الاستفاضة يعني الصدور من العلة قد تكون للعلة اه لوازم وللمعلول لوازم لا مدخلية لها في العلية والمع لوليا ويمكن يمكن ذلك. نعم قال ولا يجب صدق احدى النسبتين على المصاحب. المصاحب يعني الذي يلف العلة واو يلف المعلول. هل هذا المصاحب ينتقل الى ينتقل الى ليس بالضرورة. ليس بالضرورة ليس بالضرورة نعم اقول يعني به ان نسبة العلية لا يجب صدقها على ما يصاحب العلة ويلازمها هل كل ما يلازم العلة ينتقل الى المعلول? لا فقط فقط الافاضة فقط الايجاد من حيث المعلول فقط الاحتياج اما اللوازم التي تكتنف العلة لا تنتقل كلها الى المعلوم ولا لوازم التي تلف المعنوطة هي في العلة ابدا فان مع العلة شرائط كثيرة ولوازم لا مدخل لها في العلية. انظر كم جميل هذا الكلام نعم كحمرة النار فانها لا تأثير لها في في الاحراق نعم الان عندنا نار لونها ازرق نعم اذا اللون والا زم النار اللون الاحمر ما عنده علاقة بالإفاضة وبالإيجاد يعني بالإحتراق نعم لا تأثير لهذا اللون الاحمر في الاحراق. في الاحراق اكتب تحتها في الايجاد المعلوم. وكذا ما يصاحب المعلول. قد يلف المعلول شيء لا علاقة له بالاحتياج والايجاد ويلازمه يعني لا ينفك عنه لا يجب صدق نسبة المعلولية عليه لا يكون معلولا خاصية للمعلول ما عنده علاقة بالمعلولية ما عنده علاقة</w:t>
      </w:r>
    </w:p>
    <w:p>
      <w:r>
        <w:t>معلولية كما بينت لكم الحيثيات العدم في المخلوق موجودة في الواجب تعالى. مع ان المعلول محتاج الى الله تعالى نعم محتاج الى الله تعالى. نعم فالله تعالى عندو وجوب واجبي اوجد المخلوق وجوب الواجب لازم يعني الذات المقدسة واجبة في الوجود. واوجدت المخلوق هل هذا اللازم الوجوب ينتقل الى المعلومة يصير واجب بالذات? لا ابدا اه واجب الغير نعم ام واجب بالذات? لا نعم والمعلول يكون ماذا فقيرا? يلفه الفقر هل الفقر ينتقل الى آآ الى الذات المقدسة او الفقر معلول لا الفقر لازم ذاتي للممكن يعني بمجرد ان يخلق الله تعالى المخلوق يكون فقيرا لا يعطيه الفقر من جديد وهكذا الامور. نعم. فانها لا تأثير لها في الاحراق. يعني الحمرة. وكذا ما يصاحب المعلول ويلازمه من حيثيات لا يجب صدق نسبة المعلولية على هذه على هذا المصاحب وهذا الملازم قال الشيخ ابو علي بن سينا ان الفلك الحاوي وهو يتصور الاعلام الحلي في زمانه الطلاب اه يدرسون الفلك الى ان الان لا يدرسون هذه العلوم الطلاب مع الاسف الشديد تركوها تركوها الان فقط فقه اصول الحوزة ستختزل الى اصول مع الزمن نعم انا درست متن في الفلك متن للشيخ الباهي عند استاذ متخصص ومتن اخر ما كملت انا مع الأسف آآ هو النظام الحوزوي النظام الحوزاوي في القضيب يدرسون هذا الكتاب للشيخ البهائي ذهب من بالي اسمه تشريح الافلاك نعم تشريح الافلاك كتيب صغير يعطيك مبادىء تصورية للفلك جدا جميل جدا جميل. تلاتين جلسة يكفي ثم يروحون الى كتاب اخر اه نعم نسيت عنوانه ثم الكتاب الارقى كتاب المحقق الطوسي نعم الكتاب المحقق التوصي اذا درس الطالب هذه المتون باجتهاد ومباحثة وبعمق يصير مجتهدا في علم الفلك. وانا اقول لكم صراحة اذا اردت ان ترى العقلية القوية عند المسلمين ابحث عنها في علم الفلك عبقرية عقلية لا حد له وانا لو كنت شابا هذه العلوم اتقنه باتقان قد يقول قائل العن الفلك الفلك الحديث نسخ هذا الفلك القديم لا نقول هذا اشتباه كبير نعم الشيخ الشعراني في طهران كان محيط بالفلك القديم احاطة اجتهادية ومحيط بالفلك الجديد بل وجدوا ان الفلك القديم يشير الى حيثيات دقيقة ورائعة لم يصل اليها الفلك القديم مع هذه التجهيزات الكبيرة تجهيزات الكبيرة. دقة غير عادية في هذا الفلك وهذا العلم مع الاسف الشديد. هنا العلامة الحلي بنى على المناخ الحوزة في ذلك الزمن. ان الطلاب يدرسون الفلك. جاء بمثال فلكي يقول قال الشيخ علي بن سينا ان الفلك الحاوي يعني الفلك الحاوي الفلك هذا الانبوب الذي تدور فيه الكواكب هذا هو الفلك عن الفلك الافلاك الاطلس فارغ ما في كواكب. ثم يأتي الفلك الذي بعده في كوكب يدور. اذا دار الفلك دار الكوكب احيانا لا احيانا عندك فلك ينطوي على فلك اخر الحاوي يسمى الفلك الذي ينطوي على فلك اخر يسمى الحاوي والثاني المحوي فان الفلك الحاوي يصاحب علة المحو ولا يجب ان يكون متقدما بالعلي على المحو. نعم الحاوي والمحوي اه متلازمان في الوجود لان علة التحريك الذي هو فلك الافلاك الفلك الاطلس الذي ليس فيه كوكب هو الذي يحرك الحاوي والمحوي تلازم معا في الحركة نعم معنى ذاك يحويه وذاك يحتويه هل هذا يعني ان الحاوي علة للمحو لا فاعلة خارجية نعم يقول ان الفلك الحاوي يصاحب علة المحو ولا يجب ان يكون متقدما بالعلي على المحو. اذا الحاوي هو يصاحب الفلك الفلك الافلاك. لكن لا يكون اه علة للمحو ولا يجب ان يكون متقدما بالعلية على المحو. اذا كان متقدما بالعلي على المحو انتفت. انتفى الاحتواء لان العلة في مرتبة اعلى والمعلول في مرتبة ثانية. فينتفي الاحتواء. معنى الاحتواء موجود لاجل مصاحبته لعلة المحو مصاحبته للفلك الافلاك. فقد جعل مع القبل ليس قبلا. نعم يعني القبلية يعني هي التواجد مع العلة تواجد مع العلة وليس علة يعني المحوي الحاوي هو متواجد مع فلك الافلاك نعم لكن ليس بوصفه حاويا تواجد فقط يعني حيثية فقط كونه مع الفارك الافلاكي وكونه حاوي للمحوي هذه مسألة اخرى. هل اذا كان مع فلك الافلاك يعني العلة التي اعطت الحركة اعطت الحركة للمحوي لان المحوي فلك يدور كذلك له علة هل تواجده مع فلك الافلاك او مع العلة التي اعطت الحركة المحوي يكون علة للمحو ابدا اذا كان علة للمحوي الانفكاك انتفى انتفى الاحتواء نعم والاحتوائية نعم ثم قال وجود الخلاء وعدم الوحي متفاء متقارنا وجود الخلاء وعدم الوحوي متقارنا. نعم. يعني اذا انتفى المحوي ماذا يحل محله وجود الخلاء وجود الخلل يستقر في مكانه الخلاء. متقارنا يعني متصاحبان فلو كان الحاوي علة للمحوي لكان متقدما عليه فيكون متقدما على ما يصاحبه اعني عدم الخلاء فيكون عدم الخلاء متأخرا عنه. من حيث انه مصاحب للمتأخر. وهذا يدل على ان ما ما مع البعد يجب ان يكون بعدا فتوهم بعضهم ان الشيخ اوجب ان يكون ما بعد البعد بعدا من حيث المعية والبعدية. وهذه على حسب القاعدة. القاعدة ما هي? يعني اذا كان مصاحب للعلة هذا المصاحب لا يسري الى المعلول ليس بالظرورة ان يسري الى المعلول حسب القاعدة والله تعالى واجب الوجود خلق هل وجوبه الذاتي ينتقل الى المخلوقات? لا ابدا نعم فتوهم بعض بعضهم ان الشيخ اوجب ان يكون مع ما مع البعد بعدا من حيث المعايير والبعدية. يعني اذا كان الحاوي موجودا مع علة التي اعطت الحركة للمحو فيكون علة للمحو لا ابدا اذا كان علة للمحو يكون متقدما. بالذات على المحوي فينتفي الاحتواء. نعم نعم اوجب ان يكون مع ما مع البعد بعدا من حيث المعية والبعدية. ولم يوجب ان يكون مع مع القابل. قبل ان يعني تنتفي تنتفي عملية الاحتواء كون الحاوي محتويا ويكون المحوي محتويا. نعم محتويين اسم فاعل ومحتويا اسم مفعول وهذا فاسد لانه لا فرق بين ما مع القبل وما مع البعد من حيث البعدية والمعية والقبلية. والشيخ حكم في هذه الصورة الخاصة وكل ما يساويها بان ما ما مع البعد يجب ان يكون بعدا لتحقق الملازم الطبيعية بين عدم الخلاء ووجود المحوي بخلاف العقل والفلك المتباينا بالذات والاعتبار. الفلك القديم اه عندنا هذه الافلاك الدائرية كقشرة البصل فلك الافلاك ثم فلك اخر داخل فلك اخر اذا الا اذا وصلنا الى فلك القمر ثم المركز هو الأرض من يحرك الفلك الاول حتى يحرك الافلاك آآ كلها حتى تحدث الفصول الاربعة على مستوى الارض يعني الخريف والشتاء والربيع والصيف يقولون هذا الفلك هذا الفلك تحركه نفس نفس فلكي والنفس الفلكية باعتبارها متعلقة بالفلك مادي تتكامل لان كل نفس متعلقة بمادة تتكامل كيف تتكامل يأتي ترى العقل ما فيه مادة مجرد تام كما لا تراقية جميلة فتتعلق به يعني تعشق تلك الكمالات</w:t>
      </w:r>
    </w:p>
    <w:p>
      <w:r>
        <w:t>عشقها لتلك الكمالات يحدث فيها حركة هذه الحركة اين تتجلى? تتجرأ في حركة الفلك. يعني تحرك الفلك حتى تحدث حركة يعني الخروج من القوة الى الفعل. وهذه الحركة دائرية فتبقى النفس تخرج من الفعلية الى القوة ثم من قوة الى فعلية وهكذا. لا دواليك لا تقف دائما تتكامل نحو العقل. اذن العقل علة الحركة بعيدة والنفس علة حركة للفلك. آآ قريبة. ثم فلك الافلاك يحرك الافلاك الداخلية. يحرك الفلك والفلك القريب يحرك الفلك الادنى الى آآ فلك القمر اذا تحرك فلك الشمس فلك القمر تحدث الفصول الاربعة على مستوى الارض آآ ولهذا يقول بخلاف العقل والفلك المتباين بالذات والاعتبار العقل ما عنده علاقة بالفلك العقل ارقى من النفس فيحرك الفلك من خلال حركة الناس هذه الامور كلها لا علاقة بالفلك القديم والطالب العزيز خالي الدين من المبادئ التصورية. فانا عندي يقين انه لم يفهم هذا المطلب. الا انه هذا المطلب انا كمثال انا كمثال للحاوي والمحوي. عرضي ليس من الذات لا الذات العاضد ولذات الاساسي نعم ما نحتاج الى هذا المثال الفلكي المعقد ويحتاج الى ثقافة فلكية والنفس والافلاك كيف هي والكواكب كيف تحركت الافلاك بالنفس والنفس عاشقة للعقل تتكامل هذه كلها تحتاج الى طبيعيات قديمة والفلك. من اين الطالب له ذلك? انا امثل لك بمثال بسيط جدا عندنا الله تعالى وعندنا المخلوقات عندنا المخلوقات. المخلوقات صفات ولله صفات ما عندها علاقة بالمخلوقية. يعني هذه الصفات صفات لا دخل لها في في الإيجاد لا دخل لها في الايجاد والمعلولية لها المعلول له صفات ليس له لها دخل في الموجودية تلازم المعلول نعم يعني ليس لها الشأنية في الموجودية. وكذلك في الله تعالى له صفات ليس لها آآ مدخلية في الموجودية. بمعنى اذا اوجد الله تعالى المخلوق هذه الصفات لا تنتقل الى المخلوق والمخلوق يعني المعلول له كذلك صفات تلازمه ليس لها مدخلية في الايجاد. نعم. يعني الفقر اللي معلول فقير يعني ممكن يعني هل هذا الإمكان موجود في الذات المقدسة? افاضته على على المعلوم? لا ابدا الله واجب الوجود. هكذا نفهم المسألة. يعني فيه مواصفات على مستوى العلة على مستوى المعلول لا تتبادل يعني ليس لها علاقة بالعلية مع الولية. المسألة التاسعة المسألة التاسعة لان العناصر ليست عللا ذاتية اه ذاتية ليست عللا ذاتية اه بعضها لبعض قال وليس الشخص من العنصريات. العنصريات عندهم في الطبيعيات القديمة الادنى وهو آآ التراب والارقى من التراب الماء لان على سطح التراب والاعلى من من الماء الهواء والارقى من الهواء النار. هذه العناصر المعروفة الان هذه العناصر كلها نسخت من الطبيعيات القديمة الان عندها تقريبا مية وتسعة عناصر طبيعية. اما العناصر الصناعية تزيد على مائة تسعة. تجدها في في عندها باظروف العالم الروسي هناك آآ صنفها الاكسجين هيدروجين الكربون آآ الرصاص هذه العناصر الحديثة هي العناصر الاساسية نعم اما هذه العناصر التي قال بها قامت بها الطبيعيات القديمة من تراب وماء وهوى نار هادي مركبات مركبات لأن ادوات البحث لم تكن هناك متوفرة فانتقلوا من هذه العناصر حتى يقاربون الظواهر المادية. وليس الشخص من العناصر علة ذاتية لشخص اخر منها. والا لم تتناهى الاشخاص والاستغناء عنه بغيره جميل هذه القاعدة يعني اذا كان العنصر علل لعنصر فهذا العنصر كذلك علة لعنصر فلا تتوقف الواقعيات عند قطعة حديد مع قطعة حديد هل فيها هنا بينهم علية ومعنوية يعني تحقق احتياجي لا لماذا? لانه اذا كانت هناك علية ومحلولية بين العناصر فهذا العنصر الثاني كذلك يحتاج ان لغيره فتتسلسل العناصر في الكون وتشمل كل الكون فالحديد فقط يملأ كل الكم وهذا غير صحيح هذا قانون كوني خاضع لي هذا القانون القانون العقلي ما هو القانون العقلي? ان العنصر لا يوجد عنصرا اه شخصي. اقول الشخص من العناصر كهذه النار. النار قلت لكم تراب ماء هواء نار. مثلا يمثل الشخص من هذه من العناصر كهذه النار مثلا هذه النار شخصية باسم الإشارة مثلا ليس علة ذاتية لشخص اخر علة ذاتية يعني هي تقتضي المعلوم تكون شرطا تكون معدة نعم. اما هي توجد كعنصر شخصي عنصر اخر هذا في في قانون العلية والمعلولية محال نعم الشخص من العناصر كهذه النار دقق شخصية هذه النار مثلا ليس علة ذاتية ما معنى علا ذاتي? لماذا قيدها بالذات? قد تكون علة عربية يعني معد شرط لشخص اخر منها منها. يعني ايه من النار? اي يكون هذا العنصر كالنار مثلا علة لوجود عنصر اخر منها. والا لوجدت اشخاص لا تتناهى دفعة واحدة اذا كان هذا الشخص النار اوجد لذاته عنصرا ناريا اخر شخصي جيد هنا نسأل لماذا اوجده? تقول الذات تقتضي الايجاد. اذا هذا العنصر الثاني ذاته تقتضي الايجاد فيوجد عنصرا ثالثا وهذا كذلك ذاته تقتضي الايجاب فيتسلسل فالكون يملأ فقط بالنار لان العلل الذاتية تصاحب المعلومات هاي القاعدة. هذا تاع مبدأ السبب الكافي اذا كانت علة والايجاد تقتضيه لذاتها توفر المعلول سريعا والمعلول كذلك لذاته يوفر المحلول الثالث وهكذا يلزم التسلسل. نعم ان شاء الله في الحصة القادمة نكمل التطبيق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