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السلام عليكم ورحمة الله وبركاته وفقنا الله واياكم لكل خير وصلنا معكم الى هذه الفقرة المسألة التاسعة بان العناصر ليست عللا ذاتية بعضها لبعض فهذا المطلب جدا جميل يرد على الدهرين وعلى من يرى ان هذا الكون نشأ لوحده واسبابه داخلية داخلية يعني العناصر المادية  تشكلت بطريقة ما وبينها علاقات سببية ومسببية المحقق التونسي يريد ان يبطل هذا المبنى. يقول هذه العناصر المادية التي نعاينها لا يكون بعضها الا لبعض ابدا. ويأتي بمجموعة من الادلة نحللها معا ان شاء الله. اقرأ المتن ثم ادخل في اقول لان هنا توقفنا وليس الشخص من عنصرية عنصرية الان على ضوء الكيمياء الحديثة مية وتسعة طبيعية والباقي تركيبية صناعية لا يهم الان المبنى القديم اه تراب ماء هواء نار او المبنى الجديد المهم القاعدة العقلية نعم وليس الشخص من العنصريات ميم بيانية علة ذاتية لشخص اخر منها والا يدخل في مبدأ السبب الكافي. في بيان هذا الامر. والا لم تتناهى الاشخاص والاستغنائه عنه بغيره نعم يعني يؤدي الى ماذا? الى التسلسل نعم اقول الشخص من العناصر يعني عنصر الجزئي كهذه النار اشارة بالاشارة الحسية لا تتناهى مثلا ليست علة ذاتية لشخص اخر منها يعني هذه الماديات لا توجد بعضها بعض من بعض ابدا لا تكون الا لي بعض بعضها البعض اي يكون علة لوجوده نعم. هذا لا يمكن. والا البيان يعني الدخول في التدليل والا لو وجدت اشخاص لا تتناهى دفعة واحدة لان العناية الذاتية تصاحب مع المعلولات. نعم اه لماذا يلزم التسلسل? يقول اه اه والا يعني اذا كانت هذه الزاعلة لغيرها لوجدت اشخاص لا تتناهى دفعة واحدة لأن العلل هذه القاعدة الكلية تصاحب المعلومات بيناها التلازم بين العلة والمعلول بينما تكون العلة يكون المعلول واينما يكون المعلول كاشف عن وجود العلة هذه قاعدات قاعدة التلازم جيد فقط اه ارجعوا الى المتن وليس الشخص من من العنصرية هذه الماديات علة ذاتية الكلمة الذاتية ركزوا عليها يعني ذات العنصر هو علة لعنصر اخر اذا عندنا عنصر الف ذاته تقتضي الايجاد ايجاد ماذا? ايجاد عنصر اخر هذا العنصر مثل هذا العنصر الأول ذاته تقتضي الإيجاد. العنصر الثالث كذلك ذاته تقتضي الإيجاد اذا دفعة واحدة هذه الجزئيات تملأ الكون ولا يتسع لها الكون لانها تتسلسل الدليل رائع جدا. اذا علاقة هذه الجزئيات فيما بينها علاقة عربية وليست علاقة علية بمعنى الايجاد بمعنى الايجاد نعم هذا الدليل الأول وايضا فإن الشخص من العناصر يستغني عن الشخص الاخر بغيره يعني هذا الشق الثاني من كلام المحقق التونسي يقول والاستغنائه عنه بغيره قد يكون له علاقة بشخص اخر يعني بعنصر مشخص اخر نعم ليست علاقة ذاتية مع العنصر الاول نعم يقول وايضا فان الشخص الشخص يعني عنصر الف من العناصر يستغني عن الشخص الاخر بغيره. اذ ليس شخص ما من اشخاص النار مثلا اولى بان يكون علة لشخص اخر من بقية اشخاص النوع سر ما هو? السر لان الانواع كلها متكافئة متكافئة في الذات اذا هذا العنصر الالف الذي يولد العنصر الثاني باء وعند عنده بجنبه عنصر جيم يماثله في الهوية وفي الذات ان آآ اذا في تكافؤ تكافؤ في الذات يندرجان تحت نوع واحد  هذا يقتضي بذاته الصدور يعني الايجاد وهذا يقتضي بذاته الايجاد هنا نقول لماذا المترشح باء لا يكون معلول للجيم نقول لا يمكن قل لا لا يمكن لا معنى لها. لماذا? لان التكافؤ في كل الابعاد في كل الحيثيات لماذا رجحت الف ولم ترجح جيم في عملية الايجاد وايضا فان الشخص وهذا قول قول المحقق التونسي في المتن والاستغناء العنصر المخلوق عن العنصر الذي يخلق او يوجد بغيره من العناصر على قاعدة التكافؤ وايضا فان الشخص من العناصر يستغني عن الشخص الاخر يعني الف بغيره يعني جيم اذ ليس شخص ما من اشخاص النار مثلا اولى ان يكون علة لشخص اخر من بقية اشخاص النوع لأن التكافؤ بل الشخص الذي هو معلول سبيله سبيل سائر الاشخاص في ان الشخص الذي هو علة ليس هو اولى بالعلية من الشخص الذي هو معلوله نعم تكافؤ في الهوية وفي اه الايجاد وما يستغني عنه بغيره لا يكون الا بالذات فيكون الا بالعرض فهو اذا علة بالعراض بمعنى انه معد معد اذا الفلسفة الغربية الان متورطة متورطة بهذا الفهم لا تفكك بين العلة الايجادية والعلة المعدة ركزت على العلل المعدة ونسيت العلة الفاعلية ووقعت في مطبات وفي اشتباهات كبيرة جدا. الان في علم جديد يسمى اه  فلسفة الدين يدرسون الدين ايه كتب اه منتشرة وعلم علم قائم بنفسه يدرس في الجامعات خاصة في امريكا يدرسون الدين البشري وهو المخ لانهم درسوا ان وجدوا ان المخ له علاقة بكل تجليات الذهن كل تجليات الذهن ربطوها بربطوها بجهة من جهة المخ فاستنتجوا ان المخ هو العلة التامة فعلم النفس الديني علم مادي مع ان المخ عنده معدة ام علة فاعلية آآ معدة العلة الفاعلية هي النفس ومن ورائها اه الواجب الوجود اذا هذا المطلب ليس سهلا مطلب ذاتي عاضت  اذا اذا كان عندنا الف له هوية هوية ماء او ياسين وعندنا جيم له هوية سين تكافئت تكافئ في الايجاد يعني الف صاحب الهوية السين يوجد لذاته واجيب صاحب هوية الصين المشارك لالف في سين له اه الايجاد بذاته يوجد وعندنا باء ينسب الى من اذا قلت يوسف لالف يقول لك لماذا لا ينسب الى جيم؟ للتكافؤ نسب لجيم لماذا لا ينسب الى الف اذن العلية هنا ليست ذاتية وانما علة عرضية يعني معدة فقط نعم   قال ولعدم تقدمه لعدم تقدم من الشروط العلية والمعلولية ان تكون العلة متقدمة على معلولها شديدة على معلولها يعني تقومه التقويم يعني يستدعي القوة الشدة وآآ التوقف يعني المعلول يجب ان يتوقف على العلة تقدم شدة والتقويم. متوقف توقف يعني المعلومية توقف على العلة ولعدم تقدمه انت الان عندك عنصر له هوية عنصر له يهوي فتقول هذا العنصر علته ذاتية لهذا العنصر باء بأي ملاك جعلت انت العنصر الف متقدما على العنصر باء لان من شروط العلية والمعنوية التقدم مع ان العناصر كلها متكافئة في الهويات. يعني مبدأ السبب الكافي لا يكتشف ملاك الايجاد في بعده التقدمي كلها متكافئة. ليس هذا متقدم على هذا اقول هذا وجه ثالث بينا الوجهين في ممر تسلسل ترجيح بلا مرجح وهذا الوجه الثالث هذا وجه ثالث على امتناع تعليل احد الشخصين بالاخر وتقرير هذا الوجه ملاك التقدم يعني مبدأ السبب الكافي لا يكتشف التقدم. لان التقدم عنصر اساسي في العليا المعنوية</w:t>
      </w:r>
    </w:p>
    <w:p>
      <w:r>
        <w:t>ان العلة متقدمة على المعلو بالذات تقدم ذاتي ليست تقدم الزمان والشخصان يعني العلة والمعلول. اذا كان من نوع واحد من نوع واحد يعني التكافؤ في الماهية استحال تقدم احدهما على الاخر تقدما ذاتيا لأن التقدم الذاتي ما يبقي للعلة مع وجود المعلول نعم ما يبقى ما يبقى للعلة مع وجود المعلوم. لان لان العلة اه او المعلول لانه مقوم اه نعم لان العلة. لان العلة مقوما لها لمن? لماهية المعلول. والتقدم بالزمان يبطل مع وجود المعلول وانا اريد يبين ان اه تقدم اه بين العلة والمعلول تقدم ذاتي وليس اه التقدم الزمني. دارت يشكل على العلاقة بين العليا والمعلولية في دراسة عليا ولا مع الولية ما فيه فاصلة زمنية بين العلة والمعلول يجب ان تكون هناك فاصلة ولو ثانية لم يفهم جيدا العلية والمعلولية لنفرض مثلا فيه فاصلة زمنية بناء الليلة والمعلول. يعني العلة موجودة في زمن المعلول لم يأتي خلف في كونها علة لان هي لا تتلبس بعنوان العليا الا اذا تحقق المعلوم الا اذا تحقق المعلوم واذا كان المعلول متحققا والعلة اختفت في زمان ما بل معلول خلف في كونه معلولا لان المعلول يجب ان تكون معه آآ علته اذا يسمى هذا التقدم تقدم بالذاتي ليس التقدم الزماني هذه المسألة المفروض يبين يبينها مستقلة. ممكن ستأتي مستقلة خلينا واعيد هذا وجه ثالث على امتناع تعليل احد الشخصين بالاخر وتقريره يعني بيانه ان العلة متقدمة على المعلول بالذات بيناه وليس بالزمن لا معنى التقدم الزماني اه اللي عليها والمعلولين نعم الا في العلل المعدة العلل المعدة ليس لها شأن الايجاد العلل المعدة تهيء المناخ وليست لها مدخلية في الايجاب مثلا الأبوان الأبوان مع الإبن الابوان يتوفيان ويبقى الابن ثم الى المعدة وليست علة اجادية والشخصان اذا كان من نوع واحد يعني في تكافؤ ما هوي استحال استحال تقدم احدهما على الاخر تقدما ذاتيا لان الزم الترجيح بلا مرجح تكافؤ مهوي. لماذا هذا يتقدم ويكون علة? وذاك يتأخر ويكون معلولا. لان التقدم الذاتي ما يبقي للعلة ما يبقى للعلة مع وجود المعلول نعم ما هنا لحظة نشوف نعم الاثنين نعم اي نعم وهل هي ما تحتمل الموصولية والموصوفية يعني تقول ان التقدم الذاتي الذي يبقى للعلة مع وجود المحلول نعم اذا قلنا موصولة واذا قلنا موصوفة يعني صفة اه ما يبقى للعلة مع اجر معلوم. يعني العلة لا تتقوم في هويتها الا اذا كانت شديدة بالنسبة الى المعلوم متقدمة ومقومة هذه خصوصيات العلة لان التقدم الذي ما يبقى للعلا مع وجه معلول لانه مقوم لها تقدم والتقويم والشدة لا والتقدم بالزمان واو سميها حالية كما تشاء لانه انتهى المطلوب يعني اذا تساوت العناصر الشخصية في الهوية من المتقدم تقول الف لماذا ليس باء لأنه يساويه في الهوية تقول باء متقدم. لماذا ليس الف? لانه مساوي له في الهوية. الترجيح بلا مرجح. نعم. ما عدنا التقدم من خصوصيات العلية مع الولية. اذا نستنتج ان هذه العناصر ليس بينها علية معنوية بمعنى الايجاد. نعم المعد نعم شروط نعم مناخ نعم نعم والتقدم بالزمان يبطل مع وجود المعلول. يبطل مع وجود المعلول. يعني اذا اه ان وجد المعلول التقدم بالزمن ينتفي لان الزمن طبيعته سيالة. يبقى ولا يبقى ينتثر سيال نعم لانهما اذا اجتمعا في زمان واحد فقد فقد عدم تقدم ما فرض الا يعني الوحدة الزمنية تنفي التقدم والتقدم من مقومات العلية هذا الدليل دليل دليل متين ورائع جدا قال ولتكافؤهما نعم العناصر تقول عنصر النار علة للماء ما شاء الله باي ملاك مبدأ السبب الكافي دائما يبحث عن ملاكات الظواهر ايلا كانت الوجود  اه حيثيات الوجود الان بلي باللسان الحدثي. ملاكات الظواهر عندنا ظاهرة ما هي? عندنا ماء وعندنا نور. نرى الارتباط التكويني بينهما فمبدأ السبب الكافي يقول ما هي الخصوصية التي موجودة في هذه النار التي ولدت الماء لماذا العك ليس العكس ليس الما هو الذي يولد النار لا يجد لا يجد هذه الخاصية اه فيفتي انه لا علاقة علية ومعلولية بينهما للتكافؤ اقول هذا دليل رابع وتقريره ان الماء والنار مثلا متكافئان في انه ليس النار اولى بان تكون علة للماء من العكس ولا الماء علل للنار والمتكافئان لا يصح ان يكون احدهما علة للاخر ما بدا السبب الكافي يفتي هكذا. نعم اذا هذه العناصر العلاقة في دائرة العلية والمعلولية العلاقة بينها وبين بروز الاشياء هي علاقة معد. يعني ارضية وليس لها شأن مطلقا في الايجاد والفيض نعم هذا الفيض راجع الى علل فوقية علل ملكوتية علل قوية الله تعالى والمدبرات امران باذن الله نعم قال ولبقاء آآ احدهما مع مع عدم صاحبه نعم واضحة جدا هذه المسألة لنفرض مثلا النار كانت علة للماء. سلمنا جدلا ان هذا العنصر يولد عنصرا اخر هو الماء. النار تنطفي تنتفي والماء يبقى والقانون ماذا يقول? يقولون يقولون المعلول قائمون العلة. القيومية موجودة. التقويم موجود فاذا انتفت النار يتقوم بماذا الماء فتنتفي العلية والمعنوية. قانون العلية والمعلولية لا يجري لا يجري وهذا غير صحيح اينما يكون المعلول هناك علة شديدة تقومه وتتقدم عليه اقول هذا دليل خامس وتقريره ان ما اه يفرض علة من شخصية النار فقد يعدم وما يفرض معلول يكون باقيا بعد انعدام النار. ويستحيل بقاء المعلول بعد علته الذاتية يستحيل ان يبقى لماذا? لان عنصر التقويم موجود. في قانون العليا والمعنوية وبالعكس كذلك الماء لا يكون علة للنار لان الماء قد يتبخر والنار تبقى باقية. فملاك بقى اهم ما هو ما في بقاء النار في الوجود ما فيه. لماذا? لان الماء تبخر اذا العلاقة بين الماء والنار ليست علاقة ايجابية نعم نعم ويستحيل بقاء المعلوم بعد علته الذاتية يعني بعد انتفاع ذاته الذاتية. وبالعكس كذلك اه اذا تفاءل معلول لا يمكن ان تبقى العلة يعني انت فأل معلول يدل على انتفاء العلة نعم قد يعدم ما يفرظ معلولا نعم حتى المعلول يعني الماء يتبخر فما حكم النار اذا كانت هي الا تبقى فارغة معطلة فراغ دستوري نعم آآ اه احكي لكم اه طرفة جيدة. كنت في قناة الدعاء وانا جزائري فدخل احمد الجزائري قال لي عندي سؤال سماحة الشيخ تفضل وهو سني آآ قال من هو امامك قلت له قبل الاجابة انت من هو امامك? قال انا امامي رئيس الجمهورية بوتفليقة. بوتفليقة هو كان رئيس الجمهورية الجزائرية انذاك قلت له انا امامي والامام المهدي سلام الله عليه وعلاقتي مع رئيس الجمهورية علاقة مواطنة ليست علاقة ولاء ديني ولا الهي علاقة مواطنة وعلاقة المواطنة يعني رئيس الجمهورية اذا ادى وظيفته الدستورية من حقه ان يبقى اذا لم يؤدي وظيفته الدستورية الشعب من حقه ان آآ يزيحه. راحت الايام عزل بوتفليقة يعني استقال</w:t>
      </w:r>
    </w:p>
    <w:p>
      <w:r>
        <w:t>دخل احمد بالحصة. قلت لو ها احمد من امامك الان الان انت في فراغ دستوري يعني في فراغ ولائي. انظر للمهزلة. رئيس الجمهورية عزل واستقال وخرج من السلطة وكان بعض رئيس الجمهورية غير متعين. فأحمد بقي بدون ولاية وبدون امامة. اذا مات في هذه اللحظة مات ميتة جاهلية. نعم جيد قال ولبقاء احدهما مع دعم صاحبه بيناها نعم. نعم نعم اعيد التطبيق النهائي حتى ندخل في المسألة العاشرة. قال ولبقاء احدهما مع عدم صاحبه. اقول هذا دليل خامس وتقريره ان ما يفرظ علة من شخصية النار. شخصية النار شخصيات فقد يعدم يعني تعدم او الماء يتبخر وما يفرض معلولا يكون باقيا بعد انعدام العلة ويستحيل بقاء المعلول بعد علته الذاتية يعني بعد انعدام علته الذاتية لان التقويم من شروط العلية والمعلولية وبالعكس كذلك الماء لا يكون علة للنار لان الماء قد يتبخر والنار تبقى معلقة بدون علة نعم قد يعدم ما يفرض معلولا وما يفرض علة يكون باقيا بعد انتفاء المعلول. ويستحيل بقاء العلة منفكة عن معلول ولا المعلول يبقى منفكا على العلة اذا هذا رد رائع جدا على المادية والضهرية العصرية والقديمة نعم المسألة العاشرة في كيفية صدور الافعال منا هذا البحث بحث فلسفي وبحثه في فلسفة الاخلاق وبحث في علم الاصول وبحث في العقائد يدخل في حقول معرفية متعددة. اقرأ المتن ثم احلل مكوناته. قال والفاعل منا يعني الفاعل الامكاني غير الله تعالى يفتقر الى تصور جزئي ليتخصص الفعل فعله ثم مفردة اخرى نفسانية شوق يعني يفتقر الى شوق ثم الترقي الى ارادة ثم حركة من العضلات ليقع منا الفعل هذه المسألة اشبع فيها فلسفة الأخلاق البحث اشبعها بحثا ومن اروع البحوث الا ابين المسألة من وحي فلسفة الاخلاق كيف يصدر الفعل من الإنسان اذا كنا في دائرة الإلزامات اما الإلزامات الأخلاقية او الإلزامات الشرعية او الإلزامات العرفية لا يهم فالانسان لا يتعين بالفعل الا اذا وعي بي هوية الفعل اول شيء هو العلم بهوية الفعل والعلم الكلي ولهذا قال علماء الاصول لقبح العقاب بلا بيان البيان يعني ان يعي الفاعل بحقيقة الفعل على مستوى وعيه وعي ثم اذا وعي بالفعل الكلي هو يتعامل مع واقع جزئي ينزل هذا الوعي الكلي الى التخصيص بفعل ما يعني الان انا ادرك في مستوى وعيي ان الصدق خير الصدق خير هذا وعي ثم اصدق بالصدق الكلي ام بصدق في مورد ما بصدق ما هذا هو التخصيص في صدق في مورد ما هذا هو التخصيص اخصصه ثم اشتاق لهذا الفعل. لماذا? لانه يوصلني الى خير يوصلون الى خير ثم اذا اشتدت اشتد الشوق بوصف فاعل ممكنا تتدرج الامور. شوق ثم يشتد الشوق اذا اشتد ينقلب ارادة الارادة هي ملكة عقلية في الانسان تنجز الفعل بوعي شرط ان تكون واعية اذا وصلنا الى الارادة تحركت العضلات ما شأن حركة العضلات في الفعل الأخلاقي يقول الأرضية فيزيائية فقط ليس لها شأن في صدور الفعل ارضية فقط. لان هذه الافعال اخلاقية افعال تشريعية لا علاقة لها بالمادة يعني الصلاة الان الصلاة وانت تتحرك ركوعا وسجودا صعودا نزولا. هذه الحركات المادية لا علاقة آآ روحية الصلاة بعمق الصلاة بمعنوية الصلاة لا. ارضية فقط. لانك انت تعيش في المادة الله تعالى يعطيك هيئة اه تمارسها مادية ارضية فقط لا علاقة لها بالصلاة. الصلاة تكمن في ارادة الانسان. يعني في هذه النية وصحة الفعل صحة الفعل ليس ماديا صحة الفعل امر معنوي امر الهي فيتحقق الفعل. اذا تحقق الفعل يعني صدق الانسان في هذا الصدق الموردي او بر الوالدين في هذا البر الموردي المصداقي الخاص يتلبس بكمال يعني الخير يعني ايه يترقى اذا ترقى يعني تلبس بالخير الخير يؤدي به الى الطرقي الكمالي ثم السعادة نكمل البحث ان شاء الله في الحصة القادمة.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