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السلام عليكم ورحمة الله وبركاته. وفقنا الله واياكم لكل خير وصلنا معكم الى المسألة العاشرة في كيفية صدور الافعال منا وهي تنتمي الى فلسفة الاخلاق هذا بحث ينتمي بامتياز الى فلسفة الاخلاق لان الاخلاق هي التي تدرس يعني فلسفة الاخلاق هي التي تدرس الفعل الاختياري نعم قال والفاعل منا يعني غير الفواعل الالهية مصداق الفواعل الالهية الله تعالى والملائكة والعقول التي يقول بها الفلاسفة والفاعل منا يعني عالم الامكان عالم الامكان المادي نحن فقراء والفاعل منا يفتقر الى تصور جزئي بعد تصور كلي اقرب لك المسألة بمثال فقهي الصلاة واجبة عقيم الصلاة الزام الصلاة واجبة يعني فيها الزام واجبة عليك انت ملزم بادائها صلاة واجبة كلية طبيعة الصلاة ما عندها علاقة بصلاتك انت او صلاة زيد لكن انت اذا صليت صارت هذه الصلاة من طبيعة لا بشرطية الى خاصة صلاة خاصة يفتقر الى تصور جزئي يعني تصور خاص. بعد التصور الكلي. لماذا؟ التصور الجزئي يعني الصلاة الخاصة ليتخصص الفعل فعل يصير في صالات خاصة ليس صلاة الصبح. صلاة الصبح هذه ثم بعد التصور نذهب الى ماذا? حالة نفسانية ثم شوق يعني بالترتب شوق ما معنى الشوق? يعني ارادة فاترة ثم ارادة. ما معنى يعني شوق شديد يشتد ثم حركة من العضلات تبدأ تركع وتسجد ترفع من السجود ومن الركوع لماذا? الغاية ليقع يعني لاجل ان يقع منا الفعل لام تعليلية بالغاية لام الغاية ليقع منا الفعل حتى يتحقق الفعل اذا عندنا تصور كلي باعتبار ان الفعل خاص ينتقل هذا التصور الكلي من طبيعة الصلاة الى صلاة خاصة اذا جاء هذا التصور تتحرك الارادة بوعي المرتبة التانية للارادة هي الشوق. شوق لهذا الكمال الذي تورثه لنا الصلاة هذه المصلحة بقول الفقيه والكمال بقول الفيلسوف ثم اذا اشتدت هذه هذا الشوق يصير ارادة. حينها العضلات تخضع مقتضيات الارادة نعم تخضع لمقتضيات الارادة فيتجلى الفعل ترى الفعل في بعده المادي وبصيرتك تراه في البعد المعنوي انت لا تقول اني تحركت في الصلاة تقول اني اقمت الصلاة يعني تركز على ذلك البعد الالهي البعد المعنوي. ماذا يحدث اذا صدر الفعل يعني تحركت العضلات يتلبس الانسان بالخير فلسفة الأخلاق تقول الخير الأصول يقول مصلح الفقير يقول مصلح ماذا يحدث بعد الخير والمصلحة? يترقى الانسان. هذا هو الكمال ماذا يحدث مع الكمال? السعادة نعم السعادة الصلاة معراج المومن اشارة الى الكمال ثم السعادة. السعادة ما هي? نشوة الهية ثم مجد الهي ارقى من من السعادة هذه هي فلسفة صدور الفعل. فيجب ان يكون بارادة الانسان والا لا معنى ان يتلبس بهذا الكمال. اذا لم يكن الفعل له لا معنى لتلبسه بالكمال وهذه السعادة فهذه الاثار تكون للفاعل وليس للانسان اذا كان مجبورا اذا مدار الفقه مدار الاقتصاد مدار السياسة مدار الاخلاق مدار مدار مدار كله الارادة المختارة نعم اقول القوة البشرية القوة البشرية يعني هذه القوة النفسية انما تفعل اثرها يعني تحقق الفعل مع شعور وادراك يعني وعي على الوجه النافع يعني تدرك المصلحة او الخير علما او ظنا طبعا ليس الانسان يكون دائما على يقين قد يكون في دائرة الظن. خصوصا الاصول العملية. الاصول العملية كلها مبنية على ماذا? على على الوظيفة ليس لنا علم بالحكم الشرعي نحن نتكلم في تبرئة الذمة فقط مع منى الجزية والمعذرية. اما اننا ندرك الحكم لا نعم كل الاصول العملية تدور على هذا الامر. لن فيها الشك فافتقر الفعل الصادر عنها عن هذه القوة الى مبادئ الى مبادئ او مبادئ اربعة. ما هي? مفروض يعمل نقطتان هنا تصور لذلك الفعل الجزئي بعد التصور الكلي. ما عندنا تصور جزئي بدون تصور كلي اذن الأول هو العلم هنا جاءت القاعدة قبح العقاب بلا بيان فان التصور الكلي لا يكون سببا لفعل الجزئي لان نسبة كل كل الى جزئيته واحدة. نعم اذا يجب ان نخرج التصور الكلي للصلاة من طبيعة الصلاة الى صلاة الصبح خاصة  بشخوصاتها الزمنية نعم فاما ان يقع آآ كلها وهو محال او لا يقع شيء منها وهو المطلوب نعم فلابد من تصور جزئي يتخصص به الفعل فانت اذا نويت في الصلاة لا تنوي صلاة طبيعة الصلاة تنوي صلاة الصبح التي انت متكلف بها طبعا صلاة الصبح تنطوي فيها طبيعة الصلاة نعم فلا بد من تصور جزئي تصور جزئي يعني خاص. يتخصص به الفعل هذا الفعل الخاص فيصير جزئيا فاذا حصل التصور بالنفع يعني بالمصلحة او بالخير الحاصل من الاثر يعني من الفعل اشتاقت النفس اول حركة نفسية هي الاشتياق الى تحصيله. تحصيله يعني التلبس به اذا اشتد هذا الشوق فحصلت الارادة الجازمة القطعية بعد التردد فتحركت العضلات الى الفعل فوجدت تحقق ماذا يحدث? تلبس الانسان بالخير تكامل سعد فعاش المجد الالهي نعم قد يقول قائلون واين الحسن القبح شيخنا اختفى اقول له تلبس الفعل بالخير هذا هو الحوس. فتقول الصدق حسن لانك لانه يؤدي بك الى الخير الملاك والخير ليس الحوت لان الصدق يورثك خيرا فهو حسن اذا الصدق حسن ما معناه? يعني الصدق يورثك خيرا. يورثك مصلحة. يورثك كمالا. يورثك سعادة. فهذا نقول انه حسن. فاسجد قحوس حسن يعني يتحرك في دائرة الحسنى والحسنى كون الفعل يوصلنا الى الخير او المصلحة قال والحركة الى مكان اه تتبع هذه الحركة ارادة بحسبها نعم الانسان اذا تحرك يحتاج الى ارادة تناسبها وجزئيات تلك الحركة تتبع تخيلات وايرادات الجزئية انا دائما اسأل الطلاب اه اذا انتهى الدرس وتعودون الى بيوتكم نعم نحن في الجزائر عندنا عرف يختلف عن المشارقة عندنا الدار ما عندنا بيت. البيت هو الغرفة التي في الدار اذا لا نقول يعود الى بيته نقول يعود الى داره تعود الى داره. المشارقة هنا يقولون يعود الى بيته يعني يقصدون يعودون الى داره نسأل الطلاب اذا تم الدرس وتعودون الى بيوتكم تعودون بالعقل ام بالخيال يقولون بالعقل نقول لهم هذا خطأ لان العقل ما عنده هذه الابعاد هذه الابعاد منتفية تعودون بالخيال لان الخيال جزئي نعم يعني هذا الحيوان الذي يكون في الغابة يأكل ويعلف يعود الى الاصطب يعود بالخيال من الجزئي الانسان لا يختلف عن الحيوان في هذه الخاصية في الأمور الجزئية الملك والخيال. لأن العقل امور كلية. العقل يقول الدار. لا يقول هذه الدار الخاصة اه زيد الطالب ولهذا يقول والحركة الى مكان تتبع ارادة بحسبها. انا اريد هذه الحركة وجزئيات تلك الحركة تتبع تخيلات وايرادات جزئية. نعم كما بينا ان علم الجزئي يولد ارادة خاصة بذلك العلم الجزئي. فيكون السابق من هذه علة للسابق من تلك نعم هادي هادي العلل الخيالية والجزئية</w:t>
      </w:r>
    </w:p>
    <w:p>
      <w:r>
        <w:t>اه يعينا يعني التصور الجزئي مقدم على الارادة الجزئية وكل خصوصيات التي تلف هذه الارادة. اه ثم يتحقق العلم العلم الفعل فيكون السابق من هذه علة للسابق من تلك المعدة لحصول اخرى كل هذه معدات فتصل الارادة في النفس. يعني هذه الامور كلها مقدمات لانعقاد الارادة. الارادة ملكة عقلية. في النفس والحركات في المسافة الى اخرها يعني يريد يبين كيف تحدث هذه الحركات مع لا تحدث بأمر كلي يجب ان يتخصص فإرادة كذلك وخيالات جزئية حتى تأتي الارادة التي تناسب الفعل. نعم. اقول الفاعل منا لحركة ما من الحركة انما يفعلها بواسطة القصد والارادة المتعلقة بذلك بتلك المسافة. القصد يعني الوعي بالمصلحة القصد والوعي بالمصلحة. يعني اذا انت وعيت بالمصلحة او الكمال تقصده نعم تقصده اذا اردت ان هذا الكمال وهذه المصلحة يجب ان تحرك الارادة. نعم المتعلقة بتلك المسافة فتلك الحركات تتبع ارادة بحسبها بحسب هذه الحركة. يعني تناسب هذه الحركة. يعني الحركة. الى مكان مفروض تتبع ارادة متعلقة بالحركة. يعني يجب ان تسبق الحركة ارادة الى ذلك المخصوص الى ذلك المكان المخصوص وكل حركة فعل مسافة منقسمة. تكون الحركة في كل مسافة من تلك المسافات جزءا من الحركة الاولى. يعني انت الان تريد بعد الدرس تعود الى بيتك تمر على السوق تشتري آآ شيئا ثم تمر على المكتبة تشتري شيئا ثم تمر على المحطة تاخذ سيارة هذه الاقسام كلها مرادة بايرادات جزئية بارادات خيالية جزئية يعني الذهاب الى السوق مقصد يحتاج الى تصور جزئي اه وارادة جزئية وحركة جزئية وهكذا حتى تصل الى بيتك. هذه هي القضية نعم نعم فتلك الحركة تتبع ارادة بحسبها يعني الحركة الى مكان مفروض تتبع ارادة متعلقة بالحركة الى ذلك المخصوص. يعني بيتك وكل حركة فعل مسافة منقسمة من من الدرس الى السوق السوق الى المكتبة المكتبة الى محطة السيارات. من محطة السيارات الى البيت. وكل جزء من تلك الاجزاء يتبع تخيلا خاصا. لماذا? لان هذه حركات خيالية نعم وارادة جزئية متعلقة بذلك الجزء. انا اريد الذهاب الى السوق اتخيل السوق واتخيل المصلحة التي تدفعني الى السوق وهي شراء المأكولات فاذا تعلقت الارادة بايجاد الجزء الاول يعني الذهاب الى السوق من الحركة تم ثم وجد الجزء الاول كان وصول الجسم الى ذلك الجوز مع الارادة الكلية المتعلقة بكمال الحركة علة لتجدد ارادة اخرى وهي بعدما انت تشتري من السوق تتجدد ارادة ماذا? الى المكتبة اذا كنت عاشقا للكتب ثم اذا وصلت الى المكتبة بارادة خيالية وتصور خيالي مخصوص تشتري الكتاب و تتجدد ارادة اخرى الى محطة السيارات اذا وصلت الى محطة السيارات انتهت هذه الارادة الجزئية والخيالية كانت معدة سابقة ثم تتجدد ارادة اخرى الى البيت الذهاب الى البيت. نعم. فاذا تعلقت الارادة بايجاد الجزء الاول مثلا الذهاب الى السوق من الحركة من بيانية ثم وجد الجزء الاول كان وصول الجسم الى ذلك الجزء مع الارادة الكلية المتعلقة بكمال الحركة. يعني الان يريد الانسان الوصول الى الشيء الذي يريده. علة لتجدد ارادة اخرى من السوق الى المكتبة. ثم من المكتبة الى محطة محطة السيارات الى البيت حتى تستريح. تصل الى الغاية النهائية. تتعلق بجزء اخر مثلا الذهاب الى مكتبة فاذا وجدت تلك الارادة تعلقت بذلك الجوز فيتحرك الجسم الى المكتب ثم الى الى محطة السيارات ثم الى البيت. وعلى هذا ممكن توسع اكثر قبل ما تذهب الى المحطة  السيارات تزور صديقا ما. ثم من زيارة الصديق الى محطة السيارات. وعلى هذا تتصل التخيلات والايرادات في النفس والحركة في الخارج. فتكون كل حركة جزئية علة لارادة خاصة يعني انا اتحرك الى السوق هنا ارادة جزئية هي مختصة بالسوق ثم تحرك الى المكتبة. هنا آآ ارادة خاصة بالمكتبة. ثم اتحرك الى محطة السيارات ارادة خاصة بالسيارات. ثم اذا وصلت الى السيارة ارادة خاصة خاصة بالوصول الى البيت وكل ارادة خاصة الا لحركة جزئية من غير دور لا ما في ظهور ما في دور حركة كلية تتجسد في حركات جزئية تستدعي ايرادات جزئية حتى يصل الانسان الى النهاية وهو البيت ويستقر. نعم مسألة سهلة جدا ليست صعبة نعاينها. لكن هذه المطالب الجميلة اذا خرج الحوزوي من بوقته من دائرة الحوزة وينفتح على علوم جديدة ترى العلم النفس علم الاقتصاد علم السياسة علم نظرية المعرفة فلسفة الدين فلسفة الاخلاق تفيده كثيرا في فهم هذه الحقول المعرفية الفهم الجميل والعميق. المسألة الحادية عشر في ان القوة الجسمانية انما تؤثر بمشاركة الوضع بين لك المسألة بمثال تتضح لك المسألة بجلاء وبسهولة هل يمكن ان تقبل انت انت الان في النجف مثلا? هل يمكن ان تقبل ضريح الامام الحسين عليه السلام وانت في النجف لا يمكن انت ليس كالملائكة ليس لها هذه الابعاد الزمنية والمكانية والوضعية لا انت اذا اردت ان تقبل ظريح يعني هذا الشباك يجب ان تتموظع امامه عندكم وضع يعني هيئة بالنسبة الى نفسك وبالنسبة الى الضريح هادي هي مقولة الوضع الفواعل المادية لا يمكن ان تفعل بدون هذا التموضع ولهذا آآ امريكا ارادت ان تضرب القاعدة في افغانستان فطلبت من من باكستان ان تعطيها الاجواء الاجواء حتى تتموضع الطائرات في الاجواء وتظرب القاعدة دفعت تمن مليارات لباكستان حتى تسمح لها بالتموضع. وامريكا لا تدفع الاموال. تدفع اجهزة اسلحة واجهزة كلها من من الماركة الثالثة من الطراز الثالث يعني آآ الذي لا يشترى هذا هو الإستعمار. دعنا من هذا الأمر. اذن لا يمكن ان تضرب القاعدة اذا لم تتموضع في وضع هذه خاصية الفوائد المادية وهذا الانسان الذي لا يفعل الا بما توضأ يتكبر يتكبر انت الان اذا اردت ان تكتب ما قال او تقرر بحثك الذي درسته عند الاستاذ العزيز يجب ان تتماوضع امام الورقة بدون هذا التموضع لا يمكن ان تكتب لا تتخيل انت كالملائكة ابدا يعني هكذا انا جالس بدون تموضع واسطر على الورقة وممكن انا اكون في عند الامام الرضا والورقة في النجف واسطر لا هيهات انت فاعل مادي يعني انت متلبس بالمادة المادة هذه تجبرك تضطرك على التموضع قال في ان القوة الجسمانية تقيدها الجسمانية يعني المتعلقة بالمادة. نعم انما تؤثر يعني توجد الاشياء ها طبعا الايجاد ليس الايجاد الخلقية. ايجاد خلقي لا فهو الفواعل المادية تعطي الحركة ولا تعطي الوجود بمشاركة الوضع. اذا بدون الوضع لا يمكن ان تفعل ويشترط هذا المتن ويشترط في صدق التأثير على المقارن الواظع المقارن يعني الذي يريد ان يؤثر اقول يشترط في صدق التأثير يعني الفاعلية اعني صدق كون الشيء علة على المقارن الذي يقارنه اعني الصور والاعراض هذه الواقعيات الوظع يشترط الوظع اعني الاشارة الحسية وهو كونه بحيث يشار اليه انه هنا او هناك وذلك لا لا ليس الاشارة الحسية الاعلام الحلي ليس الاشارة الحسية وانما هو التموضع في مقابل ذلك الشيء ليس الاشارة الحسية. فهم الوضع بالاشارة السيئة. نعم من كان في وضع يشار اليه</w:t>
      </w:r>
    </w:p>
    <w:p>
      <w:r>
        <w:t>لا لا الوضع ان تكون اجزاؤك متناسبة وبالقياس الى امر اخر يعني انا الان ورقة اريد اكتب يجب عندي يكون عندي عندي علاقة مع هذه الورقة نسبة هذه نسبة الوضع لان الوضع هو مقولة نسبة الاشياء نسبة الاجزاء الى نفسها في الشيء ونسبة الكل يعني انا الانسان الى الورقة هذا هو الوضع. التموضع. تموضع في في مكان ليس الاشارة الحسية الاشارة الحسية لازمة للوضع والوضع اعلن اشارة الحسية لا لا لا التموضع. نعم. يعني التموضع في مقابل شيء وهو كونه بحيث يشار اليه انه هنا او هناك وذلك لان القوة الجسمانية اعني الصور والاعراض المؤثرة انما تؤثر بواسطة الوضع بدون الوضع لا يمكن على معنى انها تؤثر في محلها اولا ثم فيما يجاور المحل بواسطة تأثيرها في محلها اه المسألة ليس هكذا. انا حسب فهمي وعلمي في الامور الفلسفية يعني الان انت الان تريد ان تسجل هذا الدرس بالكاميرا. الكاميرا في مقابلك لا يمكن ان تبقى في بيتك وتسجل الدرس انت ليس من صنخ الملائكة ليس من فواعل الملكوتية انت متلبس بمادة يعني يجب ان نأتي من بيتي ونجلس على الكرسي ويكون عندي نسبة الى الكاميرا نسبة الشيء الى امر اخر هذا هو التموضع هذا هو الوضع لا يمكن ان ادرس للكاميرا بدون هذه الهيئة هذه الهيئة نعم علاقتي بامر اخر حينها يأتي التسجيل ثم فيما يجاور ذلك المجاور بواسطة مجاورة هكذا انا اجاور الكاميرا يعني انا عندي هيئة خاصة هذه الهيئة مقيصة الى الورق حتى يكتب او ما قيس الى الكاميرا حتى اسجل. هذه خاصية الفوائد المادية انما تؤثر في البعيد بواسطة تأثيرها في القريب فان النار لا تسخن كل شيء بل مادتها اولا ثم ما يجاورها وهذا الحكم بين لا يحتاج الى برهان ليس كما يقول العلماء الحلي ليست دائما المسألة كالنار. الآن انا ادرس للكاميرا الفواعل المادية تدرس للكاميرا الا اذا كان عندها وضع في مقابل الكاميرا انا ادرس الان لنفسي ام ادرس للطلاب? يعني للكاميرا التي تمثل الطلاب الكاميرا رمز الية من خلالها الطالب يسمع درسي هل انا ادرس لنفسي? بعض الفواعل نعم تؤثر في نفسها وتؤثر في غيرها. لكن ليست القاعدة على هذا الاسترسال. لا. انا انا لا ادير نفسي. ادرس للطلاب تدريسي للطلاب هذه المجموعة المباركة التي اجتمعت في الكاميرا يحتاج الى وضع يعني وضعية خاصة. اذا الفواعل المادية لا تفعل الا بوضع. وهذا دليل على ضعف فيها يعنيين على اظافرها لانها مرتبطة بالمادة نعم وهذا الحكم بين لا يحتاج الى برهان. نعم بنيويوي وليس لاليا اذا الفواعل لا يمكن الفواعل المادية يعني هذه المخلوقات المادية لا يمكن ان تفعل الا اذا تموضعت نعم حيوان للغابة فعطش فالنهر بعيد مثلا لنفرض ميتين متر يشرب من بعيد? لا ابدا يتحرك نحو النار يريد يحقق ماذا? التموضع اذا تموضع امام النار يشرب بدون هذا التموضع امام النار لا يمكن ان يشرب قضية بنيوية تحتاج الى المشاهدة فقط ولا تحتاج الى البرهان المسألة الثانية عشر في تناهي القوة الجسمانية القوة الجسمانية بطبيعتها متناهية. نعم ليست كالفواعل الملكوتية عالم الملائكة والله تعالى فوائل لا متناهية يعني جبرائيل ينسف الجبل ينسفه اما انا لا فاعليتي جدا متناهية لماذا? لان نمت مرتبطين بالمرتبطون بالمادة. المسألة الثانية عشر في تناهي القوة الجسمانية يعني القوة التي متعلقة الجسم او هي جسمية محضة يعني الانسان وكذلك غير الانسان من حيوانات وجمالات والتناهي بحسب المدة يعني الزمان والعدة يعني اه الكمية والشدة يعني القوة التي اه باعتبارها يصدق التناهي ويصدق عدم التناهي. الخاص على المؤثر. اذا كل الفواعل المادية متناهية في الزمان. متناهية في الكمية. يعني العدة ومتناهية في الشدة ليس كعلم الملائكة نعم يعني الله تعالى لو كلف الانسان بقبض الارواح ممكن يقبض روح واحدة وينتفي خلاص ما يستطيع ان يقبض روح ثانية ما يستطيع ممكن الروح الواحدة يتعب حتى يموت لكن ملك الموت لانه من الفواعل النورانية فواعل الملكوتية يقبض ما شاء الله لماذا? لانه ليس ماديا ليس جسمانيا فلا تجري فيه لا يجري في هذا القانون يعني قوته ليست في مدة وليست في كمية خاصة ولا في ضعف نعم لا مدة زمنية ولا كمية هناك ولا ضعف شدة فقط نعم شدة قوي امين. اقول قوله والتناهي عطف على الوضع. يعني كما انه يحتاج الى الوضع في فاعليته يحتاج الى التناهي. اي يشترط في صدق التأثير على المقارن يعني انا اؤثر في الورقة اعني الصور والأعراض الورقة تعرف الصور سورة الورقة يعني اه لها صورة خاصة والاعراض يعني البياض مثلا يشترط التناهي لا يمكن ان تكون هذه القوة الجسمانية لا متناهية من حيث الزمان ومن حيث الكمية ومن حيث الشدة نعم لانه لا يمكن وجود قوة جسمانية تقوى على ما لا يتناهى. القانون انتم الفقراء انتم الفقراء وقبل الخوظ في الدليل مهد قاعدة في كيفية عروظ التناهي وعدمه للقوة. واعلم ان التناهي وعدمه الخاص به اعني عدم الملكة هو عدم التناهي عما من شأنه ان يكون متناهيا انما يعرضون بالذات للكم يعني الكمية نعم اما المتصل كتناهي المقدار الكم المتصل يعني امتداد نعم فيكون متناهيا في الامتداد ولا تناهيه او المنفصل يعني الاعداد المنفصلة عندك خمس تفاحات كم منفصل؟ يعني فيما في التصاق بين افراد التفاحات. هذا يسمى الكم المنفصل. سيأتي ان شاء الله في بحث الجوهر كتناهي العدد يعني خمسة ستة سبعة عشرة ولا تنهي. ويعرضان لغيره بواسطته كالجسم ذي المقدار الجسم ممتد والعلل ذوات العدد فان عروض التناهي وآآ اه عدمه لها ظاهر. واما ما يتعلق به الشيء ذو مقدار او عدد كالقوة التي يصدر عنها عمل متصل في زمان او اعمال متوالية ففرظ النهاية واللا ناهي فيها يكون بحسب مقدار ذلك العمل يعني لا لا تنبسط في الفعل لا تكونوا غير متناهية في الزمان وفي الكمية وفي بالشدة. طبيعة الاعمال هكذا نعم البحث يحتاج الى تفصيل خليه الى الحصة القادمة ان شاء الله لان الوقت انتهى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