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الله الله والحمد لله سبحان الله الله يا الله والحمد لله الله يا الله سبحانه اعوذ بالله من الشيطان الرجيم بسم الله الرحمن الرحيم وبه تعالى نستعين والصلاة والسلام على محمد واله الطيبين الطاهرين السلام عليكم ورحمة الله وبركاته بعدما بين المحقق التونسي الفاعلية انتقل الى الفاعلية في البعد المادي سواء كان هذا الفاعل هو النفس المتعلقة بالبدن او الماديات واشترط الشرط الاول وهو الوضع يجب ان يتموظع انفعلوا حتى يفعلوا والا لا يمكن له الفعل. بخلاف الوجودات الملكوتية كالملائكة لا تحتاج الى هذا الشرط لانها ليست مادية ولا الله تعالى كذلك يحتاج الى هذا الشرط ولهذا افعالهم في غاية القوة ولا تتناهى اما الذي هو متعلق بالمادة يحتاج الى الوضع. انا انا اذا شئت ان اكتب على الورقة يجب ان اتموضع بطريقة تكون عندي نسبة الى هذه الورقة. والورقة تكون قريبة فاذا تحققت في مقولة الوضع حينها يمكن ان اكتب هذا بينة المسألة الاخرى الشرط الثاني ان تكون افعال المد متناهية في مدتها يعني في الزمن في شدتها وفي عددها في العدة. ولهذا يقول في المتن قال والتناهي بحسب المدة يعني الزمان والعدة يعني العدد والشدة يعني الكمال التي باعتبارها يصدق التناهي وعدم التناهي الخاص على المؤثر. يعني في العوالم المادية هذه الامور متناهية. يعني الافعال متناهية في الزمان وفي في العدد يعني في الكمية والشدة طبيعة الفواعل المادية هكذا لا تكون افعالها لا متناهية اقول قوله والتناهي عطف على الوضع كما بينت لكم. يعني الشرط الثاني اي يشترط في صدق التأثير. التأثير على الفاعلية على المقارن على الذي يقع في مقابلك اعني الصور والأعراض لأن نحن نشتغل في الصور والأعراض يأتي النحات مثلا بالجبس ويصنع تمثالا او انت تكتب على ورقة. ورقة ما هي صورة ومادة الجبس صورة ومادة وهكذا فعلنا آآ في دائرة المادة هو اعطاء الحركة وليس الايجاد. الايجاد والفيض للوجودات المجردة. مثلا النفس اذا تلقت فوق العقل في دائرة مثلا الإدراك تنشئ المفاهيم تنشئ الصور العلمية هناك عالم التجريد فالنفس تنشئ اما اذا كانت في دائرة بدنها فعلها يكون متناهيا في الزمان وفي الكمية وفي الشدة لا يكون لا متناهيا في هذه الابعاد نعم اقول والتناهي عطف على الوضع اي يشترط في صدق التأثير على المقارن مقارنة يعني الذي يتأثر ما هو المقارن? هذه الواقعية المادية. اعني الصور والاعراض التناهي يجب ان تكون متناهية نعم محدودة لانه لا يمكن وجود قوة جسمانية تقوى على ما لا يتنا قانون قانون التكويني سنة الهية وقبل الخوظ في الدليل يعني قبل الدخول في الدليل اه مهد قاعدة في كيفية عروض التناهي وعدمه للقوة. يعني في الزمان وفي الكمية وفي الشدة نعم واعلم ان التناهي يدخل في بيان التناهي واعلم ان التناهي وعدمه الخاص به اعني عدم الملكة يعني الملكة وعدم الملكة هو عدم هو عدم التناهي عما من شأنه ان يكون متناهيا. نعم يعني الأمر الذي هو متناهي كل متناهي انا ظغير صحيح. اذا المتناهي اثره في الاشياء تكون متناهية انما يعرضان يعني التناهي وعدم التناهي بالذات للكم يعني للكم والكم عرظ وينقسم الى قسمين. كم المتصل وهو الامتداد ثم تقسمه انت اما تقاسمه بالحس او بالوهم او بالعقل والكيف. الكيف هنا اه لم يأتي به اه الكم المتصل او المنفصل ليس الكيف. متصل يعني الإمتداد مثل امتداد هذا الكتاب عندك الآن ممتد او هذه الطاولة ممتدة او لا كم منفصل خمس تفاحات؟ هذا كم؟ خمسة كم؟ الا انها منفصلة في مكوناتها وفي اجزائها الا للكم سيأتي ان شاء الله في بحث الجوار والاعراض بالتفصيل نقسم الكم الى قسمين كم متصل وكم منفصل نعم انما يعرضان بالذات للكم اما المتصل كتناهي المقدار يعني المقدار يتناهى ولا تناهيه يعني اما يعرظه التناهي المحدودية او لا منبسط لا يتناهى او المنفصل كالعدد كتناهي العدد ولا تناهي ويعرضان لغيره. يعني لغير الكم بشقيه يعرضن لغيره من? الكم دائما في الجسم نعم بواسطته يعني بواسطة الكم لكلجسم يا عم ذي المقدار الجسم هو الامتداد. الامتداد قطعة حديد ممتدة فهذا الامتداد الذي هو الكم المتصل اين يكون يكون في الاجسام والعلل ذوات العدد او العدد لأن الكم قلنا منفصل ومتصل نعم ولا تنهي اما يتناهى او لا يتناهى المبنى هو يتلهى عن هذه هذه التأثيرات المادية متناهية نعم والا لن تتعين الواقعيات المادية اذا كانت الافعال لا تتناهى تاء الواقعيات لا تتعين بواقعية كيف المادية كيف تتعين بالحدود او دني عن التناهي نعم فان عروض التناهي يعني الاتصاف بالتناهي وآآ عدمه لهما ظاهرون يعني في الكم بشقيه وما يعرض الكم الذي هو الجسم التناهي ظاهره. يعني مسألة ظاهرة اه لا يستدل عليها. تبصر تشاهد فقط واما ما يتعلق به شيء ذو مقدار او عدد كالقوة التي يصدر عنها عمل متصل في زمان او اعمال متوالية انسان يعمل في الزمان من الزمن السيل او اعمال متوالية يعني يكتب مثلا الكتابة اعمال متوالية يكتب صفحة صفحتين ثلاثة هذه كلها تتوالى نعم ففرض النهاية واللا نهاية فيه يكون بحسب مقدار ذلك العمل او عدد تلك الاعمال. نعم مثلا يكتب عشرين صفحة ثلاثين صفحة نعم اما بمقدار او العدد. العدد مثلا عشرين صفحة يكتب في اليوم. عدد او مقدار مقدار يعني يسطر هكذا يسطر ولا يقف لا يقف لا يقف هذا يقول لا يمكن نعم والذي بحسب مقدار ذلك العمل يكون اما مع وحدة العمل او اتصال زمانه. نعم. او مع فرض الاتصال في العمل نفسه. من غير نظر الى وحدته او كثرة فاصناف القوة ثلاثة. هنا يبين القوة التي تنتج هذا الفعل وكيف تكون متناهية. الاول قوة يفرض صدور يفرض او يفرض قوى يفرض صدور عمل واحد منها بأزمنة مختلفة اه هذه القوى يترشح منها آآ فعل واحد في ازمنة مختلفة مثلا الإنسان كل صباح يذهب يحمم صباح يتحمم دوش في ازمنة مختلفة اليوم وغدا بعد غد مساء صباح لا يهم هنا يمثل كرمات تقطع سهامها مسافة محدودة في ازمنة مختلفة لا فرق يعني اما الحمام واما الرمي. الرمي يرمي اليوم يرمي غدا يرمي بعد غد وهذه المسافات تكون محدودة بالقطع واليقين. في ازمنة مختلفة. يعني في كل يوم يتدرب وها هنا الشدة بحسب قلة الزمن كلما قل الزمان كان الفعل شديدا اذا استمرت في الزمان يعني الفعل يكون فاترا وهذه مشاهدة. يعني الانسان الذي يرمي وتكن رميته بقوة سريعا تصل. الزمان يكون قليلا اما اذا تراخت في الزمن تغرقت زمنا محددا فهذا دليل على ان الشدة غير موجودة. الفعل اه فيكون لا ما لا يتناهى في الشدة واقعا لا في زمان. انظر يعني كلما اشتد في الفعل الزمان ينقص ينقص ينقص الى درجة انه يتلاشى. نعم</w:t>
      </w:r>
    </w:p>
    <w:p>
      <w:r>
        <w:t>فيكون ما لا يتناهى في الشدة واقعا لا في زمان. والا لكان الواقع في نصفه اشد مما لا يتناهى في الشدة. وهذا وهذه قوة بحسب الشدة. بين لك الان الشدة لان التناهي في الافعال المادية قلنا اما في الشدة واما في الزمان واما في العدة يعني الزمن يعني الكمية هذه القوة الاولى القوة الثانية هو يفرض صدور عمل منها على الاتصال في ازمنة مختلفة على الاتصال يعني ما في انقطاع ما في اليوم يشتغل وغدا يشتغل لا ما فيه على اتصال يعني ما في توقف توقف وما في انقطاع يعني ما في فواصل في فعله نعم قوى يفرض صدور عمل ما منها على الاتصال يعني منها في تقطع في ازمنة مختلفة من على الاتصال في ازمنة مختلفة كرمات تختلف ازمنة حركاتها حركات سهامها في الهواء. وها هنا تكون التي زمانها اكثر اقوى من التي زمانها اقل. هنا بالعكس الطريقة الثانية كلما كان اه زمنها ممتد كلما كان سعرها اشد وكلما كان زمنه قصيرا محدودا كان فعلها فاتلا فيقع عمل غير المتناهي في زمان غير آآ متناهي. وهذه قوة بحسب المدة يعني الزمن شدة والزمن. الثالث قوة يفرض صدور اعمال متوالية عنها نعم كذلك تتكرر افعالها. مختلفة بالعدد نعم كرمات يختلف عدد رميها. مرة عشرين مرة ترمي ثلاثين مرة ترمي خمسين الأول كانت الشدة الثانية كانت الزمان هذه العدد. ولا محالة تكون التي يصدر عنها عدد اكثر اقوى من التي يصدر عنها عدد اقل يعني انت الان تريد ان تمتنح تمتحن مجموعة من الشباب للالتحاق بالجيش مثلا او الالتحاق بالمقاومة. فتقول ارمي انت. ذاك يرمي ما شاء الله يرمي بقوة وذاك يرمي ضعيفا فانت حتما تختار الذي يرمي بقوة نعم ولا محالة تكون التي تصدر عنه يصدر عنه عدد اكثر اقوى من التي يصدر عنه عدد ما قال. ذاك الاول يرمي عشرة ذاك خمسة يفتر يتعب وها هنا يقع لغير المتناهي يعني المحدود عمل غير متناهي العدد. وهذه قوة بحسب العدة. العدة يعني ايه? العدد فقد ظهر من هذا ان التناهي وعدم التناهي الخاص به انما صدق على المؤثر باحد الاعتبارات الثلاثة مرة. مرة يكون الفعل شديدا مرة يكون عدده كثيرا مرة يكون زمانه آآ قليلا واثره كثيرا نعم قال هذه مقدمة قال ولان القصر يختلف باختلاف القابل. القصري اه المفروض هو يقسم الافعال. ما قسمها ممكن ستأتي الافعال تقسم الافعال الارادية والافعال غير الارادية. غير الارادية الان اه دعونا منها. نتكلم عن القصري. القسري يعني هو يكون محله للفعل اه الان انا عندي حجر في في يدي ارميه الى الاعلى. هنا لا يتحرك وفق طبيعته يتحرك على خلاف طبيعته اذا تحرك المد على خلاف طبيعته هاديك تسمى الحركة القصرية نعم مثلا العين العين طبيعتها تبصر بدون مزاحم. اذا كان فيها مزاحم او مرض او شيء هنا اه العين في حالة قصرية. فاذا رفعت هذا المانع من العين اه مرض او اي شيء فتعود الى الرؤية الطبيعية. اذا القصري هو الذي يفعل آآ على خلاف طبيعته. احسن مثال هو رمي الحجر الى الاعلى لانه يشتغل على خلاف طبيعته يصل الى نقطة ثم يعود يسقط لان القصر يختلف باختلاف القابل. القابل يعني المادة التي تخضع للقصر ومع اتحاد المبدأ يتفاوت مقابله. يعني اذا كان القابل هو الفاعل هنا يتفاوت مقابله. المقابل الذي يؤثر فيه يختلف. اقول لما مهد قاعدة في كيفية عروظ التناهي وعدمه في القوة شرع في الدليل على مطلوبه الاول. اعني وجوب تناهي تأثير القوة الجسمانية لماذا الله تعالى لما هندس الكون جعل التأثير تأثيرات الواقعيات المادية محدودة. لماذا هذه السنة الالهية في الكون? وتقريره ان القوة الجسمانية اما ان تكون قسرية او طبيعية هذا التقسيم صحيح يعني اما ان هذا المادي او الجسماني يتحرك على خلاف طبيعته او يتحرك وفق طبيعته. ارمي الحجر في السماء يتحرك على خلاف طبيعته اذا رميته الى الاسفل يتحرك وفق طبيعته وكلاهما يعني القصر والطبيعي يستحيل صدور ما لا يتناهى عنهما. هذه هي الدعوة نعم ثم يستدل اما الاول فلان صدور ما لا يتناهى بحسب الشدة يعني القوة ليس العدد والزمن من الحركات عن عن القوتين يعني القصرية والطبيعية محالون لممر اما بحسب العدة يعني العدد يعني يرمي اه عشر مئات يتعب مياه يتعب يجب ان تتناهى هذه القوة او العدة العدة يعني عشر مرميات مية رمية. الزمان لا الزمان ممكن يرمي ساعة ويتعب ممكن نصف ساعة ويتعب فلان هنا يبدأ البيان الدليل يعني يستدعي فلاننا لو فرضنا جسما متناهيا انفرظ الفرضية ما هي اه الجسم المتناهي في الطبيعية القديمة اه الاجسام كلها متناهية ما عندنا جسم جسم غير متناهي فاننا لو فرضنا جسما متناهيا يحرك جسما اخر متناهيا اذا عندنا جسم ويفعل في جسم متناهي لان الفاعل المادي قلت لكم بوضع دائما يتموظع ويؤثر في اه مادة يحرك جسما اخر متناهيا من مبدأ مفروض يعني الف اه حركات يحرك جسما اخر متناهيا من مبدأ المفروض الف حركات مجموعة من الحركات لا تتناهى هذه الحركات لا تتنهى بحسب المدة عن الزمن او العدة من حيث العدد ثم حرك بتلك القوة جسما اصغر من ذلك الجسم من ذلك المبدأ يعني حرك الاول حركات لا تتناهى وحرك بجنبه جسما صغيرا من نفس المبدأ هو الف فانا تحريكه للاصغر اكثر من تحريكه للاكبر. طبعا لان الاصغر قليل الحجم اضعف منا من الكبير بديهية شهودية فان تحريكه للاصغر اكثر من تحريكه للاكبر. جربها بالمعاينة مع الطفل الصغير خليه يحرك كرة معدنية كبيرة مثلا خمسة كيلو معدنية وكرة من المطاط الصغيرة تفضل يحرك الصغيرة. لماذا? لانها اسهل واصغر نعم فان تحريكه يعني للفاعل للأصغر اكثر من تحريكه للأكبر شهوديا لقلة المعوقة تعليله. لماذا هذه الكرة المعدنية الطفل يعجز عن تحريكها? ربما آآ خمس سنتيمتر ويتوقف والكرة المطاطية هذه الكرة التي تباع في في الاسواق يحركها ممكن حتى عشر امتار لماذا? لان المقاومة قليلة في المطاط وشديدة في الكرة المعدنية. لقلة المقاومة هنا ولكن المبدأ واحد. فاعل واحد هو طفل فعل واحد. لماذا الكرة البرونزية او النحاسية عجز والمطاطية حركها عشر امتار. فالتفاوت في الطرف الاخر بالطرف الاخر فيجب تناهي الناقص مع فرض عدم تناهيه هذا خلف يعني انت الفاعل الان واحد. لماذا هنا عجزت وهنا آآ تمكنت دفع الكرة المطاطية الى عشر امتار اذن المشكلة في في هذه الموجودات الصور والاعراض. نعم اذا لا يمكن تحريك الماديات الحركة اللا متناهية انظر بهذا المثال معنى المبدأ واحد لماذا هنا عجز وهنا فلح في تحريك الكرة المطاطية الى عشر امتار ممكن عشرين والكرة المعدنية اصلا لم يحركها او حركها فقط بليمتر واحد هذه مسألة شهودية مع ان المبدأ واحد. ويقول ولكن المبدأ. المبدأ يعني الطفل الصغير الذي يحركه الكرتين</w:t>
      </w:r>
    </w:p>
    <w:p>
      <w:r>
        <w:t>ولكن المبدأ واحد فالتفاوت في الطرف الاخر يعني في القابل في القاضي يعني في الكرة المعدنية او الكرة المطاطية فيجب تناهي الناقص مع فرض عدم تناهيه هذا خلف نعم يعني هو اه فاعل واحد متناهي وغير متناهي. متناهي في الكرة البرونزية او النحاسية وغير متناهية في الكرة المطاطية. مع انه واحد فيكون متناهيا وغير متناهي وهذا متناقض. اذا الامر يرجع الى ماذا? الى هذه الصور والاعراض يعني هذه الواقعات المادية هي طبيعتها لا تستدعي ان يكون الفاعل فيها المؤثر فيها يؤثر فيها بنحو لا يتناهى. وها هنا سؤال صعب وهو ان التفاوت في التحريكين يعني يثير اشكالا وها هنا سؤال صعب وهو ان التفاوت في التحريكين يعني تحريك تحريك الكرة البرونزية مع الكرة المطاطية جاز ان يكون بحسب الشدة حسب الشدة نعم يعني ليس بحسب  المدة او العدد واجاب المصنف المصنف قديس قدس الله روحه عن هذا السؤال في شرحه للاشارات يعني اخذها من شرح الاشارات ان الطبيعية شرح الاشارات  التنبيهات ثلاث اجزاء اه جزء خاص بالمنطق والجزء خاص بالطبيعيات يعني فلسفة الطبيعة عند القدماء  الجزء الثالث الخاص بالإلهيات شرح المحقق التوصي اروع الشروح نحن درسناه من الاول الى الاخر. ثلاث مجلدات درسناها عند استاذ خبير في القوم المقدسة كتاب المنطق في غاية الروعة اجتهاد منطقي يعني اللي يدرس شرح الاشارات منطق يكون اه قريب من الاجتهاد في هذا العلم. فلسفة الطبيعة كذلك مهم جدا لان الفلسفة المشائية كلها قائمة على فلسفة الطبيعة اذا اردت ان تفهم الالهيات عند المشة يجب ان تفهم فلسفة الطبيعة هنا العلامة الحلي يحيل الى الاشارات يقول واجاب المصنف قدس الله روحه عن هذا السؤال يعني هذا الاشكال في شرحه للاشارات بان المواد بالقوة ها هنا هي التي لا نهاية لها بحسب المدة والعدة لها الشدة. يعني ليس راجعة الى الفاعل راجع الى القابل القابل لا يقبل لا العدة ولا المدة. بهذه اه التجربة الحسية التي بيناها لكم طفل امامه كرة معدنية وعنده كرة اه كرة مطاطية يعني فارغة في داخلها فيها الريح في داخلها فتتحمل الظرب وتنتقل مسافة معينة. اما هذه الكرة المعدنية البرونزية او النحاس هي اصلا لا تتحرك اذا راجع الى القاضي وليس الى شدة الفاعل. واضح المسألة. نعم ثم على منحني لا يقبل يقول وفيه نظر لان اخذ القوة بحسب الاعتبارين يعني المدة يعني الزمان والعدة يعني الكمية لا ينافي وقوع التفاوت بالاعتبار الثالث يقول حتى الفاعل هنا له مدخلية. يعني الفاعل قد يكون ظعيفا. مثلا آآ بمثال حسي الطفل لم يشرب الحليب. يعني لم يتريق بقول لكم انتم العراقيين فيكون كون ضعيفا. ولهذا لم يحرك الكرة البرونزية. لو تريج تريج القوي لحرك كذلك الكرة البرونزية الى مسافة محددة. اذا كذلك لها علاقة بالمؤثر بل ليس بالقابل فقط. لان في المتن ماذا قال قال القابل نعم اه لان القصر يختلف باختلاف القابل بالقابل. نعم انظر الى القبر لا يقول حتى الفاعل واورد بعض تلامذة ابي علي عليه يعني على على ابن سينا انه لا وجود للحركات دفعا. فلا يجوز الحكم عليها بزيادة فظلا عن كون الزيادة مقتضية لتناهيها كما قال الشيخ اعتراضا على المتكلمين حيث حكموا بتناهي الحوادث يدها كل يوم. يقولون اه المتكلمون عندهم هذا المبنى ان الحوادث متناهية باعتبارها انها دائما في زيادة اليوم شجرة لم تكن ثم كانت نعم الله تعالى دائما يفيض واجاب الشيخ عنه بالفرق فان الحوادث ليس لها اه ليس لها كل موجود حتى يحكم عليها بالتناهي وعدمه. والزيادة والنقصان بخلاف القوة. ها هو فانها موجودة بحكم عليها يحكم عليها بكونها قوية على تحريك الكل او البعض نعم ولا شك في ان نكون القوة قوية على تحريك الكل اعظم من كونها قوية على تحريك الجوز نعم فامكن الحكم بالتناهي هنا لوجود المحكوم عليه وتحققه بخلاف الحوادث نعم الفاعل كما انه يحرك الاقوى يحرك الاضعف او يحرك الكبير ويحرك الصغير اذا اذا كان يمكن ان يحرك الاثنين وهو فاعل واحد اذا المسألة لا ترجع الى الفاعل. ترجع الى القابل يعني لماذا الطفل الصغير لم يحرك كرة الكرة المعدنية وحرك الكرة المطاطية نعم هو فاعل واحد اذا حرك المطاطية يستطيع ان يحرك يحرك الكرة المعدنية. اذا المسألة ليست تراجع الى الفعل. راجعة الى القابل. يعني الكرة المعدنية في تكوينها وفي بنيتها التكوينية لا تقبل هاد الإنتقال بسهولة واما الكرة المطاطية لانها فارغة في داخلها تقبل  تقبل الإنتقال يعني الحركة اذا المسألة عندها علاقة بالقابل في القوة القصرية وليس بالفاعل. اذا الفاعل شدة وعدم الشدة حذفها من البيت تبقى فقط المدة والكمية يعني العدد نعم ولسائل ان يعود فيقول يستشكل التفاوت في القوة انما هو باعتبار التفاوت في المقوي عليه. يعني الحركات فاذا لم يكن الحكم على الحركات بالزيادة والنقصان لم يكن الحكم على القوة بالتفاوت نعم فارجحها الى القوة يؤمن بان آآ شأن الفاعل في شدته له دخل في عدم حركة الكرة المعدنية وحركة الكرة الكرة المطاطية هذه الشدة في الفاعل. نعم ان شاء الله البقية تأتي والسلام عليكم ورحمة الله وبركاته  محمد</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