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السلام عليكم ورحمة الله وبركاته لا زلنا في العلة الغائية وهي من اجمل البحوث ان لم نقل اجمل البحوث على الاطلاق قال وهي يعني العلة الغائية ثابتة لكل قاصد يعني لكل فاعل بالقصد يعني له قصد يريد ان يصل اليه. نعم هذه صحيحة ثم قد يستشكل مستشكل ويقول في الفواعل التي ليس لها وعي وليست لها قصد كيف المسألة يعني العلة الغائية هناك ترفع? لا حتى في الفواعل التي ليس لها قصد كالامور الجماد وحتى في الحيوانات الغاية موجودة وهذا الاشكال موجود في داخل الشرح سنشير اليه ان شاء الله قبل اه الدخول في هذه الفقرة الجميلة اريد ان ابين مسألة ابرئ ذمتي اه كثير من رجال الدين مع الاسف في كل الاديان عندهم عداء شديد للفلسفة عداء شديد وتنفر شديد نعم يتشنج وحتى مرة يسيء الادب ويكفر ويزندق مع الأسف الشديد انا اريد ابين مسألة اغتنم الفرصة وابين هذه المسألة عندنا الدين وعندنا فلسفة والباقي كلها فروع هذين الاصلين اصل الدين واصل الفلسفة العرفان مم قد ينتمي الى الدين يعني تحت الدين او قد ينتمي  بعده التبييني والمعرفي والاثبات الى الفلسفة. المهم الاصلان هما الدين والفلسفة مجال الدين هو الهداية ربنا الذي اعطى كل شيء خلقه يعني بعدما كون الأشياء امة هدا جاءت الهداية. الهداية قد تكون هداية تكوينية قد تكون هداية معيارية هداية اه قيمية من القيم. الدين ما عنده علاقة بالهداية التكوينية الشمس تتحرك في فلكها وتؤدي وظيفتها التكوينية الدين لا علاقة له بهذه الحركة هذه خاضعة للنظام التكويني التابع للارادة الالهية القهرية الدين له علاقة بذلك الاختيار الانساني الجميل يريد ان يصنع منه نقاء صفاء جمالا يريد ان يصنع منه الاهيا الانسان الالهي هذا هو الدين وليس له علاقة بكشف الواقع وحيثيات الواقع نعم في الدين مسائل راقية جدا. تتصل بالتكوين وتتصل اه بالمعايير الاخلاقية والتشريعية. لا شك في ذلك وخصوصا في نصوص اهل البيت عليهم السلام لكن لا تجد في الدين نسقا علميا كما الان نحن ندرس هذه شأن العلوم وليس شأن الدين ثم تأتي الفلسفة ماذا تفعل تأتي الى التكوين. تكشف قانون هذا قوانين هذا التكوين مثلا قانون العلية باقسامه العلية الغائية والعلية الفاعلية والمادية والصورية وما اشبه ذلك هذه قوانين تمثل حكمة الله الطبيعية كانت الانبياء او لم يكونوا هذه القوانين الحاكمة على الوجود حاكمة على الوجود. واذا جاء الدين يتناغم معها تمام التناغم النبي بمجرد ان يدعي النبوة النظام الطبيعي يقول دليلك ما هو يعني ما هو ملاك هذه هذه النبوة? يأتي بالمعجزة اذا لم يأت بمعجزة قاهرة لا تقبل دعوته. لماذا? لان هذا خاضع لقانون طبيعي ومبنى سبب كافي ما هو ملاك نبوتك ملاك النبوة اتصالي بالله علامة الإتصال بالله هو الإعجاز يعجز غيره بطريقة خارقة اذا الفلسفة علم ينقح قوانين الكون والدين يجب ان يتناغم مع هذه القوانين والا آآ يكون في سلة الخرافة نعم وسلة الخزعبلات ثم الفلسفة تأتي الى الدين تنور هذه المفاهيم تعطيها الموقعي الموقعية الطبيعية والتكوينية مثال صغير في سورة الحمد بسم الله الرحمن الرحيم والحمد لله رب العالمين الرحمان الرحيم ملك يوم الدين هنا الحمد لله الحمد لله هنا نأتي الى القوانين الطبيعية. نسأل ملاك الحمد ما هو؟ ملاك الحمد ما هو? لماذا انت محمود يا الله تعالى ملاك المحمودية ما هي? يعني لماذا يحمدك الانسان والمخلوقات الحمد لله رب العالمين يعلل وفق هذا القانون. قانون العلية والماء لوليا حتى هذا العاقل يستقر في القانون الطبيعي ويقول هذا الخطاب الديني خطاب عميق خطاب صحيح يطابق الواقع ملاك المحمودية. علة المحمودية لأن الله تعالى اه رب العالمين رحمن رحيم ملك يوم الدين. ثلاث ادلة لا التعليلات فتأتي وتنقح هذه المفاهيم وتنورها تنورها فيتم التواصل المعرفي مع الغير مع المومن ومع غير المؤمن دور عظيم جدا دور عجيب عظيم جدا جاءني شيخ بريء وطيب ومتخلق ولا يعتقد بالفلسفة قال اؤمن بالحريات لا تعتقد لا تعتقد ولكن لا تكفر ولا تصدق ولا تتكلم بدون علم فقط قال شيخنا اريد اناقشك في اه هذا هذه المسألة. قلت له تفضل قلت ولكن انت لا يمكن لك ان تتحدث معي. تعجب قال لماذا قلت له لانك انت عندك معنى في دينك تريد ان توصله الي. قال لي نعم الحوار هذا هو الحوار هو تبادل المعاني تبادل المفاهيم قلت له هذا المعنى في ذهنك والوجود الذهني هذا يدرس الفلسفة انت اذا لا لا تؤمن بالوجود الذهني ما عندك حق انت تتكلم معي سكت ثم قلت له كذلك لا يمكن لك ان تتحدث معي قال لي لماذا? قلت له هذا الخطاب ما عندي دليل انه انت مصدره انت علته. لانك انت لا تؤمن بالعلية وهل المعلولية لان العلمية والمعلولية مسألة فلسفية. وهكذا اخرجت له مقولات متعددة لا يمكن ان يتم معي اه وبيني وبينه التواصل المعرفي هذا التواصل وهذا الخطاب ان لم يصادر عليها ويؤمن بها وكلها تحلل في الفلسفة ولا تحلل في الدين مع الاسف هو لم يفهم المسألة ولم يتم لم يتم ايصال ايصال ما اردت آآ ايصاله مع الاسف الشديد لم يفهم المسألة ما معنى الوجه الديني? ما معنى كون الخطاب صادر منه وهو علة للخطاب والخطاب معلول له وهو من المقولة ذكرتها لا اطيل عليكم يقول وهي يعني العلة الغائية ثابتة لكل قاصدين. اذا تدخل في كل تصرفات الناس الواعية والتي لها قصد في افعالها يعني لها قصد تتحرك نحوه. اقول كل فاعل بالقصد يعني له وعي بنهايته بقصد ويتحرك بارادته نحو هذا القصد نعم كل فاعل بالقصد والارادة يعني كالفواعل الانسانية فانه انما يفعل لغرض ما وغاية ما والا صار فعله عبثا لغوا بدون حكمة والا لكان عابثا عابثا على ان العبث حتى العبث حتى العبث على ان العبث لا يخلو عند غاية حتى العبث هذا سنة الهية سنة الهية تكوينية خارجة عن الدين فالدين يأتي ويتأقلم معها يأتي ويتأقلم معها نعم تأمل في هذا الخطاب الإلهي يا ايها الذين امنوا استجيبوا لله وللرسول اذا دعاكم لما يحييكم لما يحييكم لم لم الغاية فالله تعالى يخاطب المؤمنين بالاستجابة لله تعالى. الاستجابة في ماذا? في البعد العقدي والاخلاقي والتشريعي. اليس كذلك استجاب لمن? لله وللرسول. الولاية الالهية والولاية النبوية الغاية ما هي لما يحييكم. اذا الله تعالى هنا اه خاطب فوائل بالقصد عندهم وعي بالغاية في الحياة الطيبة. ويريدون هذه الحياة الطيبة. لكن هل تتحقق هذه الارادة? لا تتحقق هذا شأنهم لانهم فواعي مختارة</w:t>
      </w:r>
    </w:p>
    <w:p>
      <w:r>
        <w:t>لكن هنا هذا الخطاب مبني على علة فاعلية اللي هي المؤمنون  اه علة صورية هي الكمال الايماني هذا الكمال الايماني اين يكتمل كغاية في الاخرة؟ الحياة الطيبة اذا الخطاب هذا لا يتعين كخطاب ديني بدون هذه العلل نعم لما يحييكم يعني لاجل ما يحييكم لام تعليلية بالغاية اذن الخطاب لا يتعين في افق الوعي بدون هذه القوانين التكوينية التي تدرس حيثياتها وقوانينها الفلسفة يقول حتى العبث لا يخلو من راحة انسان من غاية. انسان يعبث بلحيته. انت تراه يعبث بلحيته نقول هذا يعبث اصلا لا غاية له لا عنده ملل عنده اه ظجر ثم بهذه الحركة التي تظهر عبثا يرتاح نفسانيا اما الحركات الاستقصائية يعني المادية العنصرية هناك انه استشعر هذا الاشكال عندنا فوائل ليست واعية ليس لها قصد. يعني انت الفسيلة اذا وضعها الفلاح في الحلة في تراب مناسب وماء واضاءة وتتحرك الى النخلة تثمر تمرا يعني الفسيلة واعية واعية يعني عندها وعي بالنخلة التي هي غاية في وعيها ثم هذه هذا الوعي يحرك ارادة الفسيلة حتى تتحرك في سياقها فتصل نخلة ابدا ما عندها وعي نعم ما عندها وعي يقولون هذه الفواعل تتحرك تحت فواع الهية هي التي تهيمن عليها وتوصلها الى يأتيها. اذا عندها غاية ليس لها وعي وليس لها قصد. اما الغاية موجودة. من حدد هذه الغاية? الفواعل الالهية يعني الله تعالى او المدبرات امرا. نعم. يقول واما الحركات المستقصصية. المقصد يعني العنصرية الفسيلة تصل الى تصل الى نخلة يقول هنا العلامة السي حسن زاد المراد بالاسط آآ في نطقه صعوبة. لماذا? لان مخارج الحروف متداخلة بفتح الالف وسكون السين والفتحة اصدق وكسر قوس طاقس الوسطى قس. لا اله الا الله. اعجمية اعجمية هذا هو السر تسمية العرب لغيرهم ب آآ العجم ان نطقهم مرتبك. ليس كاللغة العربية لسان عربي مبين نعم وثلاثي ثلاثي جدا دوران اللغة العربية على الثلاثي سهل جدا حتى في هذا الثلاثي في حذف احيانا يحذف نعم قام يقوم القيام في الامر قم الف نعم التقوى الإتقاقي في الأمر لغة عجيبة وغريبة في الجمال وفي الروعة يعني اعجمي معناها الاصل الاصل وتسمى العناصر. العناصر يعني هذا الذهب والفضة وهذه العناصر المعروفة لا يهم فقد اثبت الاوائل الفلاسفة لها غايات لان الحب من البر او الفسيلة للنخلة اذا رميت في الارض الطيبة طيبة يعني المناخ ملائم وصادفها الماء وحر الشمس يعني الاضاءة فانها تنبت سنبلة نعم وهذه التأدية على سبيل الدوام او الكثرة فيكون ذلك غاية طبيعية. لا غير طبيعية لكن تحت الفواعل الالهية يعني تحت التسخير الالهي نعم ومنع ذلك جماعة لعدم الشعور في الطبيعة. بعضهم يقول لا ليس لها غاية لانها ليس لها شعور. فلا يعقل لها غاية. واجابوا بان الشعور يفيد تعيين الغاية لا اه صيرها الشعور يحدد الغاية شعور يعني الوعي يحدد الغاية الذي يوجدها والارادة والشروط الموضوعية شروط الموضوعية. يعني انت الان تتصور الاجتهاد يعني صرت مجتهدا لا الذي يحقق الاجتهاد واقعيا هو الارادة اولا والمثابرة من عوامل متعددة حتى يتحقق الاجتهاد. لكن الجواب الدقيق هو هذا لا لها غاية هذه الغاية تحددها الفواعل الفوقانية. فهذه تكون فوائد بالتسخير مسخرة لعلل نورانية الى الاله هي فهي لا تعي بهذه الغاية. نعم لكن لها غاية تعي بها من? الفواعل الإلهية حتى يتم هذا الوجود ويترابط وتكون الغاية التي يريدها الله تعالى. ما هي الغاية؟ حتى يكون هناك انسان كامل خليفة في الارض قال اما القوة الحيوانية المحركة منى خرجنا من العناصر الى الحيوانات التي تتحرك بالغريزة لها وعي خيالي لعلها وهم بالغاية نعم فغايتها الوصول الى المنتهى وهو قد يكون غاية غاية المشوقة وقد لا يكون فان لم تحصل فالحركة باطلة والا فهو اما خير او عادة او قصد ضروري او عبث وجزاف اقسام اقسام الفاعلية هذه كلها والا فهو اما خير او عادة او قصد ضروري او عبث او جزف هذه كلها اقسام الفاعلية سيبينها على من حلي. لا يهم ان الحيوان عنده وعي ولكن وعي وهمي نعم وتحركه الغريزة. نعم تحركه الغريزة ليس ارادة انسانية ليس له ارادة انسانية. لان الارادة في الانسان تتبع الوعي العقلانية ولا تتبعوا الوهم فالخيال له تصور للغاية لكن تصور وهمي نعم تصورهم يعني دون العقل فهذا يحرك الغريزة وتتحرك نحو غايتها. يعني البقر له اه تصور للعلف العلف هذا الذي يأكله تصور وهمي جزئي ويتحرك ويأكل اذا ملأ بطنه هذه هي الغاية ثم ينام نعم. يقول واما القوة الحيوانية المحركة فغايتها الوصول الى المنتهى نعم ما توهمته وهو قد يكون غاية غاية غاية غاية الشوقية وقد لا يكون يعني يشتقوا وقد لا يشتقوا. فان لم تحصل حركة فباطن. ما معنى الباطل? يعني لم تصل الى الغاية مثلا نبتة مسيرة النخلة تبدأ تنبت ثم حجرة كبيرة اوقفتها عدم وصول الشيء الى غايته يسمى في الاصطلاح حركة باطلة حركة باطلة يعني بطلت في السياق بطلت في السياق لن تصل الى الغاية. ليس هنا البطران العرفي ولا البطلان الفلسفي. البطلان التكويني. يعني عدم وصول الفاعل الى غايته. والا فهو اما خير الغاية ما هي? خير او عادة هي التي جعلت الفاعل يفعل او قصد ضروري او عبث او جزاف. هذه كلها اقسام آآ ملاك الفاعلية. يعني هذا الذي يحرك الفاعل. مرة يكون  خيرا مرة يكون عادة مرة يكون قصدا ضروريا او عبثا او جزافا لعلام الحل يبينه. اقول القوة الحيوانية لها مبادئ على ما تقدم مبادئ هذه قلنا المبادئ وهمية والوهم يكون دائما جزئيا لأن الحيوان لا يدرك الكليات واذا ادرك الحيوان الكليات صنع الحضارات فلا تكون الفرصة للانسان ابدا لانه اقوى في البنية المادية من الانسان احدها القوة المحركة المنبثة في العضلات هذه هي من مبادئ من مبادئ الفاعلية الحيوانية وثانيها القوة الشوقية لانه يشتاق ما يريده وثالثها التخيل او الفكر يعني التوهم التخيل والفكر يعني وهم جزئي ليس كليا. وغاية القوة المحركة انما هي الوصول الى المنتهى يعني البقر يتخيل العلف ثم يتحرك ويأكل اذا ملأ بطنه ينام. وقد تكون هي بعينها غاية القوة الشوقية. نعم الشوق اه يريد تلك الغاية كمن طلب مفارقة مكانه والحصول في اخر لازالة ضجره. نعم. انسان مثلا ينام على اليمين ويتعب يضجر ثم يتحرك الى اليسار شوق يريد هذه الحركة فانت تقلبك في الفراش هذه حركات وهمية ليست حركات عقلية يعني لها علاقة بوهمك وليس عقلك نعم وقد تكون غيرها كمن يطلب غرينا في موضع معين وفي هذا القسم انما ان لم تحصل غاية القوة الشوقية سميت الحركة باطلة بالنسبة اليها. يعني الحركة لم تصل الى غايتها. الاصطلاح تسمى باطلة كما بينت لكم فسيلة النخلة تريد ان تصعد تصير نخلة في الطريق في طريق تكاملها وجدت</w:t>
      </w:r>
    </w:p>
    <w:p>
      <w:r>
        <w:t>حجر فوقها فتنحني فتموت هذه تسمى حركة باطلة لان الفسيلة لم تصل الى النخلة. اصطلاح فلسفي وان حصلت الغايتان يعني الشوقية والوهمية وكان المبدأ هو التخيل او التوهم لا غير فهو الجزاف. اذا الفعل الجزافي ما هو? من كانت من كانت او من كان مبدأه المعرفي والتخيل وهو التخيل. مصطلحات لا تذهب الى العرف مصطلحات معرفية اذا كل غاية تحققت بمبدأ خيالي فهذا الفعل يسمى الجزف ومر العبث كمن يعبث بلحيته حتى يحقق غاية وهمية خيالية وهي الراحة النفسية وان كان مع طبيعة يعني الفعل تساعده طبيعة كالتنفس. التنفس طبيعة فهو القصد يعني الغاية وهمية والطبيعة تساعد يسمى القصد كلها مصطلحات القصد الضروري مصطلحات وصدقوني اذا ادخلناها الى علم النفس وعلم الاجتماع وو وعلم الاقتصاد والسياسة تنفع كثيرا في فهم الظواهر الاقتصادية والنفسية والاجتماعية نعم وان كان مع خلق او ملك نفسانيا فهو العهد اذا غاية خيالية خيالية مرة تكون مع الشوق مرة تكون مع فقط التخيل فتكون اه هذه الغاية جزافية او عبثية او مع طبيعة الناس تكون القصد الضروري او مع خلق وملكة نفسانية فهو العادة. الانسان اه عندو عادة يتصرف على مقتضاها لان الملائكة والطبيعة ساعدته على هذه العادة. تسمى الطبيعة الثانية في المصطلح. وان كان المبدأ الفكر فهو الخير. الفكر هنا يعني التعقل التعقل. الفكر يعني ايه التعقل يعني فوق التوهم فوق التوهم. وان كان المبدأ يعني اكتب المبدأ العلمي الفكر فهو الخير المعلوم او المظلوم. لماذا? لان نحن لا نصل دائما الى الخير الحقيقي قد نحتمل الخير ونتحرك حتى في علم الاصول علم الاصول ما عندنا القطع بالحكم الشرعي. عندنا الظن فيه ظن مرفوض وفيه ظن له الحجية. الظن ما معناه? يعني ملاك الحكم يعني المصلحة قطعية ام ظنية ظنية الشارع جعلها لحكمة. نظام بقاء النظام بقضاء النظام. لماذا الشارع يركز على بقاء النظام? لبقاء الانسان ويتكامل اذا رفعنا هذه الظنون التي ليس لها آآ التي لها الحجية المجتمع لا يبقى المجتمع لا يبقى تخيل الإنسان دائما في الشك ما عندك هذه اه الأصول العملية. الأصول العملية اصلا ما عندها علاقة بالحكم الشرعي عندها علاقة بالوظيفة تحديد الوظيفة. تخيل هذه القواعد غير موجودة. الإنسان يتدمر. الإنسان يدمر نعم وشك في لباسه انه طاهر او ليس بطاهر تحديد الوظيفة هنا تخليه في هذا التردد تخيل عندو فقط هذا القميص الذي يصلي به بعد لا يصلي مشكل. النظام يختل فتأتي هذه الاصول مبنية حتى على الشك تحدد الوظيفة العملية. الامارات الامارات لا تفيد اليقين تفيد الظن الا انها الظن مبني على ملاكات ملاكات واقعية. يعني لها الحجية وهكذا نعم ليس دائما نصل الى الخير الخير يعني باللسان الفقهي المصلحة واليقينية وان كان المبدأ يعني الفاعل بعقلانية يعني المبدأ الفكري فهو الخير المعلوم والمظنون. يعني انت اذا لم تتصور الخير المعلوم يعني الواقعي لا تتحرك ومرة تتصور الخير المظنون. المظنون يعني الراجح قريب من من الواقع لا تتحرك في التشريعيات الله تعالى اخرجك من من الفكر. اعطاك التشريعيات. لماذا? لانه هو الاعلم بملكات الواقع وهنأك بسحت انت نعم هو اعطاك هذا هذا التصور ما يسمى بقاعدة قبح العقاب بلا بيان. يجب ان يبين يبين آآ المصلحة من خلال الإلزامات اذا قال الصلاة واجبة فانت ملزم باداء الصلاة. لماذا? لان هذه الصلاة لها ملاك واقعي. وهو المصلحة هذه المصلحة وهي الخير باللسان الفلسفي هي ملاك ذلك الإلزام يسمى الاعتبار عندنا مصلحة عندنا ارادة تريد هذه المصلحة ثم الاعتبار الثبوتي ثم الاعتبار الاثباتي. يعني الاعلامي الجريدة الرسمية هذه النصوص اقم الصلاة لماذا انت تلتزم? لان للشارع المولى المقدس اه احاط بهذه المصلحة واذا كنا في دائرة الظنون والامارات والاصول العملية كذلك في مصلحة واقعية هي ملاكات هذه حجية هذه الامارات والاصول العملية. نعم قالوا واثبتوا للطبيعيات غايات وكذا للاتفاقيات. هذا كذلك بحث في غاية الجمال. الاتفاقيات سيأتي ان شاء الله بيانها كذلك والطبيعيات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