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هذه الفقرة قال المحقق الطوسي واثبتوا للطبيعيات غايات وكذا للاتفاقيات طبيعيات مرة بيانها بيناها قلنا هذه الواقعية الطبيعية التي ليس لها وعي عقلي قد تكون منتفية تعقل مطلقا كالجمادات وقد تكون عندها اعي وهمي خيالي كالحيوانات. هذه لها غايات تحت وجودات نورية قدسية آآ خاضعة لتلك الغايات الراقية فهي تفعل بالتسخير فسيلة لا وعي لها تصل الى نخلة بعد تكامل النماء هذه الحركة مسخرة وجودات قدسية والمدبرات امرا مثلا والحيوان كذلك له وعي وهمي خيالي ويصل بمساعدة الغريزة الى غايته وهذه الامور بيناها امام مر لا في الاتفاقيات حتى يتضح الامر جيدا امثل بمثال عندك صديق عزيز يعيش في البصرة عزيز على قلبك وانت طالب في النجف تنوي الذهاب الى كربلاء لزيارة المولى عليه السلام توفر كل الاسباب للوصول الى دربنا ووصلت الى كربلاء تلك الاسباب قهرا توصلك الى كربلاء ومن جمال هذه الاسباب اختيارك عزمك ارادتك وصديقه كذلك صديقك العزيز ينوي زيارة المولى ويتجه نحو كربلاء يهيئ جميع الظروف ومنها عزمه واختياره فتلتقي معه في كربلاء هذا الالتقاء الذي لم تخطط له انت ولم يخطط له هو هذا يسمى التصاادف يسمى الاتفاق وهذا لا يكون دائميا لا يكونوا دائمين. مرة يكون متساويا مرة يكون اه الى درجة اقل التساوي مثلا دخول الاستاذ مع دخول الطلاب الى قاعة الدرس الى المدرسة سبب دخول الطلاب الى المدرسة او الى قاعة المحاضرات راجع لاختيارهم وحركة عضلاتهم وو والغاية وهي سماع الدرس الاستاذ كذلك له عضلاته ارادته وغايته القاء الدرس ليس سماع الدرس. كل في سياقه الا ان الدخول والخروج اه اتفقا ان يكون معا هذا متساوي دخول وخروج دخول وخروج في التساوي. وفي اقل كزيارة كربلاء من طرفك انت ومن طرف صديقك من البصرة ثم اه جاء الاتفاق والتقيت به بين الحرمين مثلا اذا نظرنا الى هذا الالتقاء الذي لم يخطط له وليس له اسباب نقول اه هذا الالتقاء اتفاقي لكن انت في ذهابك الى البصرة لا يخضع لاسباب هي التي اوصلتك اوصلتك الى كربلاء وهو كذلك لاسباب اوصلته الى كربلاء. جيد هل الاتفاق بالمعنى الاول يعني مجرد التلاقي له علل خطط لها? لا. ها هو الاتفاق اه الذي لا يكون اه الدائمين ممكن يحدث في حياتك مرة واحدة مرتين وكذلك دخول الطلاب مع الاستاذ الى القسم اتفق ان دخل الطلاب مع الاستاذ في ان واحد خرجوا مع الاستاذ في ان واحد على التساوي على التساوي خروج ودخول يعني الخروج يساوي الدخول نعم هذا ليس له اسباب هيأتها هيأت هيأته حتى تحقق اما اذا نظرت الى كل سياق لوحده لا لا يمكن ان تصل الى كربلاء بدون اسباب وصديقك لا يمكن ان يصل الى كربلاء بدون اسباب يجب ان تكون السبب هناك او الاسباب تامة اذا يجب ان نلحظ الامر بلحظين نتأمل في الامر بلحظ بلحاظ السياق السببي والمسبب هناك قانون السببية حاكم اما هذا الالتقاء اتفاقي طبعا هذا ليس له آآ سبب وبالتالي يكون اه اقلية. نعم. قال واثبتوا للطبيعيات غايات يعني الفلاسفة. وكذا للاتفاقيات بينا معنى الاتفاقيات. اقول على من عندي اما اثبات الغايات للحركة الطبيعية فقد تقدم البحث فيه وبينا انها مسخرة تحت المدبرات امر واما العلل الاتفاقية فقد نفاها قوم نفاه قوم بلحاظ واثبتها الفلاسفة بلحاظ اخر. باي لحاظ نفاها قوم لان السبب ان استجمع جهات مؤثرية لزم حصول اصول المسبب يعني المعلول حصول مسببيه قطعا. لماذا قطعا? يعني ضرورة وفقا لقانون الوجوب بالغير. قلت لكم اذا اجتمعت كل موجبات العلة التامة المعلول قطعا يكون ظرورية يكون والا كان منتفيا يعني اما ان تجتمع جميع الاسباب في تحقق قطعا والا الاسباب لم تتوفر فيكون منتفيا يعني لا يتحقق. فلا مدخل للاتفاق. عندنا فقط هذا الامر. نعم باللحاظ الاول صحيح يعني انت تلوي تزور كربلاء طول المولى عليه السلام تهيئ جميع الأسباب منها اختيارك الجميل اجتمعت الاسباب تجد نفسك في كربلاء بمقابل المولى وتتمتع بهذه المعنويات الجميلة وصديقك من البصرة كذلك تمت جميع الاسباب ووصل الى كربلاء فاتفقا ان التقى معك اذا نظرنا الى السياق الاول لا هذا حتما يخضع لاسباب وهذه الاسباب اجتمعت وحققت وصولك الى كربلاء وكذلك صديقك من البصرة. اما هذا اللي قال اتفاقي التي يكون قد يكون مرة في حياتك هذا الاتفاق نعم اذا نظرنا الى نظرنا اليه من هذه الجهة ليس له اسباب مجرد اتفاق لعلم الحلي يريد يبين اللحظة الثانية في الجواب والجواب والجواب ان المؤثر يعني العلة قد يتوقف تأثيره على امور خارجة عن ذاته غير دائمة. يعني هذا اللقاء هذا اللقاء يخضع لامور اه ليس لها علاقة سياق اسباب الزائر الأول او الزائر الثاني نعم لقاء الصديق اما ذهابه الى النقطة التي التقى فيها تخضع لاسباب ومسببات بالنسبة الى البصراوي وبالنسبة الى الطالب النجف قد يتوقف هذا المؤثر يعني الفاعل تأثيره على امور خارجة عن ذاته ذات المؤثر نعم غير دائمة الحصول معه. قليل ما تقع مو كل مرة في العمر فيقال لمثل ذلك السبب من دون الشرائط انه اتفاقي مع انه في سياقه الخاص يخضع لنظام الاسباب والمسببات اذا كان انفكاكه مساويا او راجحا مساويا او راجحا. مساويا مثلا دخول الخروج هنا التساوي او راجحا يعني اه قليل الوقوع جدا قال انفكاكه وانفكاكه يعني هذا الشرائط غير متحققة لا يمكن ان يتم اللقاء. ولو اخذنا مع تلك الشرائط يعني السياق الخاص تنظر الى الطالب مع اسبابه يصل الى تلك النقطة قطعا والبصراوي يصل الى تلك النقطة. ولكن هو لم يخطر في باله انه يلتقي مع صديقه. ولو اخذنا هذا الفاعل مع تلك الشرائط كان سببا ذكيا. يعني يصل الى هاد تلك النقطة مثلا الالف بين الحرمين والبصراوي يصل الى تلك النقطة هي هي بين الحرمين ويتم يتم الالتقاء اذا من جهة الالتقاء خاضع لاسباب ومسببات ومن جهة اخرى لا يخضع للاسباب فيكون اتفاقيا ويكون اما آآ قليل التحقق او متساوي التحقق نعم ويمثلون مرة بحفر البئر فيجد كنزا فهو يريد الماء يريد الماء فيقول اتفقا ان عثرت على كنز يعني بالاتفاق جاء الكنز انا اردت الماء ووجدت كنزا نعم هذا اتفاق باعتبار النية والقصد وكذا لكن باعتبار الحفر في مقابل الكنز حتما يقينا تصل الى الكنز. هذه نظام الاسباب والمسببات اذا من جهة ظرورية التحقق من جهة اتفاقي التحقق وهذه المسألة في غاية الجمال في فهم اسرار الوجود كلما كان الانسان محيطا بالقواعد التكوينية التي تدرسها الفلسفة كلما كانت افقه واسعة في فهم الوجود</w:t>
      </w:r>
    </w:p>
    <w:p>
      <w:r>
        <w:t>تفهم الأمور السياسية الإقتصادية الإجتماعية علم النفس وو نعم انا اكون احيانا مع الزوجة واعاين فيلما عادة الافلام الدينية والافلام الفلسفية التي ترقي العقل اراها احيانا واتأمل في لقطات الفيلم الديني او الفلسفي الافلام الراقية اقول للزوجة هذه قاعدة فلسفية الاولى هذه القاعدة الفلسفية الثانية هذه القاعدة كذا. قواعد حاكمة على الفن لماذا? لان هذه القطعة الفنية التي تسمى الفن تتحرك في دوائر ثلاث حقيقة خير وجمال. الجمال هذه الاخراج الرائع المتناغم يجذب الذوق الخير قد تكون له رسالة مثلا فيلم عن العدالة العدالة مهمة جدا العدالة من المأقولات التحريكية يعني من المقولات الاخلاقية تلزمك تلزمك ان تقف مع المظلوم تلزمك على نصرة المظلوم اذ مساعدة الناس مقولة راقية مقولة اخلاقية راقية بل هي ملاك الاخلاق ملاكو الاخلاق كل الاخلاق. ومرة في الحقيقة يعني تعكس واقعا موجود في الواقع الخارجي وليس من التوهمات فتكتشف القواعد واحدة بعد واحدة. فتصير من مشاهد الى محلل الى ناقد شي امور جدا جميلة ورائحة المسألة السادسة عشر في اقسام العلة هذا بحث تصوري قلنا بعد ما يتحدد المعنى بالتعريف نأتي الى تقسيمه. الغاية من التقسيم حتى نفصله ندرس التفاصيل اه لوحدها فلنكتشف معلومات اخرى لا يعطيها المعنى الجامع التفاصيل تعطينا معلومات اكثر من المعنى الجامع. ناخذ المعنى الجامع بملاك القسمة. حتى تكون القسمة عقلانية. وليست خرافية مزاجية ذوقية. ملاك القسمة. يعني الملاك او الظابطة التي رشحت الاقسام ثم نخرج الأقسام قد نكون بين النفي والإثبات نخرج فقط قسمين القسم الأول في مقابل القسم الثاني مرة تكون القسمة منتشرة واحد اثنين ثلاثة اربعة لا يهم وكل قسم في دائرته يقع في مقابل القسم الثاني اذا كان في دائرته قسم اذا كان في دائرة طرف المقابل يعني في مقابله يسمى القصيم نعم والمعنى العام يسمى المقصد نحن الان في بعد تصوري تشريحي تفصيلي فقط قال والعلة مطلقا قد تكون بسيطة وقد تكون مركبة نعم العلة بسيطة ليس لها مكونات في داخلها والا مركبة يعني لها مكونات المجموع يعطيها حيثية العلية المجموع نعم اقول يعني بالاطلاق ما يشتمل العلل الاربع اعني المادية والصورية والفاعلية والغائية. والعلة مطلقا يعني تشمل العلل المطلقة العلل الاربعة. العلة المادية ما به شي بالقوة العلة الصورية ما بيه شي بالفعل. العلة الفاعلية المبدئية التي يترشح عنها الفعل والغائية ما لاجله الفعل نعم فان كل واحد من هذه الاربع تنقسم الى هذه الاقسام فالعلة الفاعلية عند المحققين قد تكون بسيطة تحريك الواحد منا جسما ما نعم يعني واحد يحرك الجسم مرة لا مفاتيح هذا الطاغية عصبة وما قدرت تحمل اه مفاتيح مفاتيح كنوزه. فهذه العلة مركبة من عناصر بشرية متعددة. وقد تكون مركبة كتحريك جماعة جسما اكبر كالمفاتيح نعم ومنع بعض الناس من التركيب في العلل والا لزم آآ نفيها لماذا? لماذا نفعل ما  العلوم اكتب هذه قاعدة بنيوية العلوم عناصر ثلاثة اولا الاعتبار للاعتبار والمعنى يعني التمييز التمييز او الاعتبار يؤدي الى التمييز لاعتبار يلازمه التمييز. مثلا انت عندك ايه وردة جميلة تعتبر الجمال لوحده بالإدعاء لا يهمك الوردة يهمك جمال لها تستخرجه لوحده. هذا هو الاعتبار طبعا اذا اعتبرت انت الجمل لوحده يتميز عن الوردة دائما اذا كان الاعتبار يأتي التمييز ثم ما ميزته انت هذا المجموع المتميز ممكن يكون عشرين مفردة تلاتين مفردة. تأتي وتضبط منطقيا بينما اعتبرته وميزته اذا عندنا اعتبار يتبعه تمييز يتبعه كثرة متناغمة فهذا كثرة متناغمة يعني النبض. اذا ملاك العلوم هو الاعتبار والنظم الاعتبار هو النفض يأتي شخص يعتبر مسألة اصولية جديدة ما تندرج تحت علم الأصول الا انها يجب ان تكون متناغمة مع المسائل الأخرى من يحدد هذا التناغم? الموضوع والكل نعم والكل. اذا العلة المركبة ما معناه؟ يعني كثرة كثرة الكثرة المبعثرة لا تكون علة اذا يجب ان يكون بين هذه الكثرة اه ترابط وتناغم يفقدها حيثية الكثرة يجعلها وحدة متعة ناعمة منسجمة فتولد المعلول باعتبار التناغم وحدة باعتبار المكونات كثرة. لعل الذي نفى ان تكون العلة متكفرة بغير تناغم. بغير التناغم يعني خارج عن التناغم نعم ما عندنا الا متكفرة. والذي يرى ان العلة متكفرة باعتبار المكونات لم يلاحظ ولم يرتكز على التناغم. نعم. ولهذا منع بعض الناس يعني بعض العلماء اه من التركيب في العلل يقول ما عندنا لا علل مركبة العلل كلها بسيطة. والا لزم نفيها. يعني نفي التناغم نفي التناغم يعني ما في علة كل في دائرته. لان كل مركب مركب اه فان عدم كل جزء من اجزائه اه علم فان علم كل جزء من اجزائه نعد عدة هنا انا عندي علما نعم فان آآ عدم احسن. دير ان فان عدم كل جزء من اجزاء اجزاء علة مستقلة في عدمه فلو علم جزء من العلة المركبة لزم عدم العلة فاذا عدم جزء ثان لم يكن له تأثير البتة لتحقق العدم بالجوز الاول نعم هذا الدليل الأول ولأن الموصوف بالعلة ان كل واحد من اجزائه فيلزم تعدد الحلل وانتفاء التركيب وهو المطلوب او او اه او ليس الجزء واحد او بعضها وهو المطلوب ايضا مع انتفاء الاولوية. يعني ترجع من المرجح او المجموع وهو باطل. لان كل جزء لم يكن علة فعند الاجتماع ان لم يحصل امر لم يكن المجموع لم يحصل امر انا سميته التناغم يعني هذه الكثرة تجعلها مندكة في وحدة متناغمة لم يكن المجموع يعني بدون هذا التناغم وان حصل هذا الكلام في علة حصوله يعني لماذا حصل التناغم? لان هذه الكثرة فقدت عنوان الكثرة المتبعثرة اذا الذي ينفي يثبت شيئا والذي لا ينفي العلة المركبة يثبت شيئا اخر ولا تناقض بينهما. اذا الذي ينفي يقول لنأخذ المكونات يعني الأجزاء انعدم جزء فالعلة تنعدم نحن نقول هذا الجزء لا ينعدم. لماذا? لاننا دخل في التناغم فقد هويته المستقلة فقد هويته المستقلة يجب ان نفهم هكذا المسألة. اذا هو بنى الذي نفى بنى على التنافر والذي اثبت بنى على الوحدة التناغمية. الوحدة الانسجامية والتي تعطي المعلول نعم فهذه الكثرة المتبعثرة انتفت صارت كثرة متناغمة. متناغمة. نعيد التطبيق حتى يتضح الامر جيدا. ومنع بعض الناس من التركيب في العلل والا لزم نفيها يعني تنتفي. لماذا لزم تنفي نفيها? لان كل مركب يعني في كثرة في داخله فان عدم كل جزء من آآ عدم احسن فان هنا فيه شدة فان آآ فان عدم كل جزء من اجزائه يعني انتفى جزء انظر هذه الذهنية يعني الخلفية التي بنى عليها هذا النفي ان الجزء له هوية استقلالية في دائرة الكل لا الذي يقول ان العلة مركبة وتؤثر وترشح المعلول لا يؤمن بالجزء المنفصل بالجزء المستقل. الجزء المتناغم داخل داخل الشيء مثلا  عندك انت الماء متشكل من اكسجين وهيدروجين. نتكلم كيميائيا. لا نتكلم فلسفيا</w:t>
      </w:r>
    </w:p>
    <w:p>
      <w:r>
        <w:t>في الفلسفة يختلف. عندنا صورة مادية اه صورة مائية ومادة مائية. منطق يختلف نذهب الى الكيمياء تتعامل مع المادة فقط عندنا اكسجين وعندنا هيدروجين نعم هيدروجين دراكان والاكسجين تاع واحد الماء يتشكل من الذرتين جميل هل يتشكل وهو مركب الأكسجين هوية مستقلة عن الهيدروجين ام فيه تلاحم وتناغم وارتباط تكويني فالذي يقول ان العلة مركبة ينظر الى هذا هذه الحيثية والمستشكل الذي يقول لا لا يمكن ان تكون علة آآ علة مركبة ينظر الى الاكسجين لوحده منفصل عن الهيدروجين والهيدروجين منفصل عن منفصل عن الاكسجين. لم يقل احد العلماء بهذا الامر لماذا? لانه حينها قد الاكسجين يخرج من المعادلة فينتفي فتنتفي العلة المركبة وينتفي المعلول. نعم. لان كل مركب مركب فان عدم فان عدم كل جزء من اجزائه علة علة آآ آآ خبر ان فان عدم كل جزء من اجزائه علة مستقلة في عدمه. علة مستقلة خطأ هناك ليس علة مستقلة علة متناغمة فلو عدم جزء من العلة المركبة لو يعني يبني على فرضية. فلو علم جزء من العلة المركبة لزم عدم العلة نعم لكن هو لا ينعدم لماذا? لنتناغم التصق نعم فان عدم جزء ثان لم يكن له تأثير البتة لتحقق العدم بالجزء الاول. حتى لو عدم الثاني يعني الاكسجين اذا الاكسجين انتفى فلدروج ينتفي او لا ينتفي لا اثر له مطلقا. نعم يقول فان عدمت عدم جزء فان لم يكن له التأثير البتة سلب بانتفاع الموضوع من حيث التأثير. لتحقق العدم يعني عدم العلة يعني عدم العلة عدم هذا التناغم بين الاكسجين والماء بالجزء الاول. اذا الهيدروجين اصلا لا معنى للتركيب. ولان الموصوف بالعلة الموصوف بالعلة يعني هذا المركب الذي يصدق عليه انه علة لماذا? علة للماء. اما اه كل واحد من اجزائه يعني كل جزء علة. نحن نقول ليس كل جزء علة. اذا تناغم وانسجم وشكل كلا متناغمان. حينه يصدق له يصدق يصدق على الاكسجين انه علة بشرط التناغم. بشرط الالتصاق مع الذرة الاخرى هي الهيدروجين. يعني بشرط شيء وليس ليس بشرط لا فالمستشكل خلط بين بشرط لا وبشرط شيء ونعم ولان الموصوف بالعلة اما كل واحد من اجزائه وهذا خطأ فيلزم تعدد العلل ابدا لا الأكسجين علة لوحده ولا الهيدروجين الا لوحده وعلة واحدة متناغمة وانتفاء التركيب وهو المطلوب. نعم نعم يلزم تعدد العلل وانتفاء التركيب. نعم كل علة على حدة لوحدها. فالتركيب ما موجود او ولان الموصوف بالعلى اما ان يكون اما كل واحد واما بعضها بعضها وهو المطلوب بعضها هو الذي يريده يعني الاكسجين الا لوحده وهو المطلوب ايضا مع امتثال الاولوية. امتثال الاولوية يعني ليس له اولوية في العلة. لا يترجح على الهيد روزين. والهيدروزين لا يترشح يترشح على اوكسجين او المجموع يعني الاكسجين مع الهيدروجين وهو باطن لان كل جزء لم يكن علة يعني تنتفي العلية ليه? لانه ماذا انظم الى صاحبي? فعند الاجماع ان لم يحصل امر لم يكن المجموع الا نحن نقول يحصل الامر ما هو? التناغم والانسجام الذي يعطي الوحدة للعلة حتى يتكون الماء وان حصل حصل هذا الامر يعني التناغم عاد الكلام في علة حصوله. علة علة حصوله انا نبين لك ان الاكسجين خرج من الانفراط من يعني بشرط لا يعني الدافع للهيدروجين الى بشرط شيء يعني بشرط الانضمام الى الهيدروجين والهيدروجين خرج من الانفرادية وبشرط لا بشرط شيء التناغم مع الاكسجين تمت العلة المتناغمة يتحقق الماء نعم. نعم البقية تأتي ان شاء الله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