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لا زلنا في اقسام العلل ووصلنا الى جواب لعلام الحلي رحمه الله على من ينفي ان تكون العلة مركبة. وهذان ضعيفان. يعني وهذان الدليلان ضعيفان ضعيفان باطنا لأن المسألة دقيقة جدا انا اعيد البيان عندنا مفردات كثيرة لنفرض مثلا اه مفردتين الحد الادنى انت اذا نظرت الى كل مفردة مكونة جزء سمها كما تشاء بمعزل عن الاخر. الاصطلاح يقول بشرط لا من الانظمام بشرط لا من الامام يعني دافع للانظمام والمفردة الثانية تنظر اليها مغلقة بشرط لا من الانظمام دافعة للإنضمام المركب لا يكون مستحيل ان يكونوا لا تتشكل العلة المؤثرة في المعلول والموجد للمعلول اذا كيف يتم التركيب يأتي التنازل التكويني يخرج من بشر الطلاء للدفع الى اللعب شرط يعني الانفتاح الانفتاح قابل للالتصاق مع العنصر الاول والاتحاد مع العنصر الاول كذلك الثاني يخرج من بشرط الى الى لا بشرط تم التناغم والالتصاق والتركب يسمى بشرط شيء. صار بشرط ذلك الذي يعانقه ويجتمع معه الاول بشرط شيء والثاني بشرطه يعني بعد الانفتاح يأتي الاجتماع الفعلي بشرط لا دفع الاتحاد. لا بشرط انفتاح على الإتحاد قد يكون وقد لا يكون يجب ان تهيأ شروط موضوعية اذا تهيأت شروط الموضوعية وتم الالتصاق صار الاكسجين بشرط شيء يعني بشرط تلاحمه مع الهيدروجين والهيدروجين صار بشرط تلاحمه مع الأكسجين. اذا هنا فقد الأكسجين حيثية الدفع بشرط الطلاء وكذلك الهيدروجين صاروا الى مرتبة ارقى وهي بشرط شيء فجاء التنكب وجاء الماء المستشكل يقول ما عندنا الا مركبة يقول بدليل اذا عدم الاكسجين عدم اه انعدم المركب منعدم الأكسجين ما عندك اكسجين انت عندك اكسجين متناغم. ملتصق هذه المغالطة. يقول واذا اجتمعت العناصر او المكونات فجاء امر جديد امر جديد هو التناغم والتناسق تناسق بين الاكسجين والهيدروجين يسمى التركب والاتحاد ثم يحدث الماء يحدث الماء اذن لا معنى ان تنظر الى مكونات العلة بنحو الإنفصال يعني بشرط لا بقول الحوزويين انظر له دائما منفتحا لا بشرط ثم يأتي الاتحاد الفعلي يصير بشرط شيء يعني بشرط الاتحاد مع الأكسجين او الهيدروجين فيتحقق المركب فيأتي الماء هكذا ننظر الى المسألة. اما اذا نظرنا الى الاكسجين لوحده ونعطيه العلية لوحده. وهو منفصل عن الهيدروجين. مستحيل ان يكون الماء. مستحيل ان يكون الماء فهذا دليل ضعيف دليل ضعيف نعم قال وهذان الدليلان ضعيفان لاقتضائهما انتفاء المركبات. يعني بهذا التحليل المركبات لا تكون ابدا فاذا اخذت انت مثلا العقيق المتشكل من الصورة العقيقية والمادة العقيقية اذا انت ركزت على المادة لوحدها لا تصل الى العقيقة واذا ركزت على الصورة الحقيقية لوحدها لا تصل الى العقيق ابدا نعم الله تعالى صنع العقيق جئنا نحلل ووجدنا هذا العقيق يمتلك قوة ويمتلك فعلية القوة سمينها المادة والفعلية سميناها الصورة بينهما اتحاد في السياق التاريخي قرب هذا او قارب هذا الاتحاد. الاتحاد الانظمامي يعني ما معنى الاتحاد الانضمامي? سيأتي ان شاء الله بالتفصيل. يعني اشارة واحدة تشير الى المجموع. يعني انت اذا اشرت الى العقيق فقد اشرت الى الصورة ضمنا. الصورة الحقيقية والمادة الحقيقية. لكن يمكن الانفصال بين الامرين وفقا لنظرية الكون والفساد سيأتي ان شاء الله بحثها ثم تلقت الفلسفة مع السيد الدشتكي في شيراص فيلسوف امامي كبير قال لا قال الاتحاد ليس اتحاد انضماميا بل هذا الاتحاد اتحاد حقيقي فهذا الاتحاد الحقيقي فتح كنزا من المعارف استثمرها ملا صدر ابتكار جدا مبارك من السيد الدشتكي سيد الدشتكي كانت له مناظرة عنيفة جدا مع اه الديواني الدواني كان زعيم الاشعرية في زمانه فكانت له تعليقات على هذا الكتاب تعليقات على شرح القشدي الذي هو كان اه متنا تدريسيا وانا افظل القشد على شرح العلامة الحلي. لماذا? لان في اعتراضات سني على المحقق التونسي فتأتي النقاشات بين بين مخالف ومخالف وكان هذا الكتاب الذي كان يدرس في الحوزة في الماضي شرح القشدي على آآ التجريد لما وصل اه وصل الاثنان الى بحث الامامة لان بينهما مراسلات ظاهرا ذاك يحشي وذاك ينقد وذاك ينقض وذاك يحشي فوصل الى بحث الامامة والسيد الدشتكي كان قويا جدا في اثبات الامامة استبصر الدوالي صار اماميا فنوى ان يكتب كتابا عن الائمة عليهم السلام زار بغداد فألهم اه الهم كتابة رسالة تسمى الزوراء وشرح هذه الزورة هناك اول مرة يدخل في سياق العلم الانساني لوجود الرابط ان العلة المعلول وجود رابط لهوية له مستقلة امام علته. استثمر ملا صدر هذه المسألة من الدوالي. الوجود الرابط يعني المعلول وجود الرابط وجود ضبط يعني لا هوية له الا الاضافة الاشتراكية يعني التصاق فقط مثل الشعاع للشمس يعني انتقلنا من العلاقة المقولية بين العلة والمعلول الى الاضافة الاشراء قي فجاء فتح كبير في الدراسات العلمية وحتى العقدية ببركة هذه المناظرة نعم تركت هذه المناظرة وفي الدواني صار امامية انتقل من الاشعرية والى الامامية. نعم يقول وهذان الدليلان ضعيفان لاقتضائهما. يعني مصير الدليلين ما هو? انتفاخ كل المركبات كل المركبات لانه فهم التركيب التركيب موجود والمفردات لها حرية ومستقلة. هذه خرافة لاقتضائهما انتفاء المركبات سواء كانت عللا ام لا. سواء كانت هذه اه العناصر التي تركب المركبات علنا ام لا وهو باطن يعني عندنا بالشهود المركبات موجودة. العقيق موجود الماء موجود وو بالظرورة يعني بالشهود والمادة المركبة كالزاج آآ العصف في الحبر يعني شوف بعض المصادق آآ المركبات انت لا تركز على هذه المصادق طبقها على المركبات التي تعرفها انت مثل الماء متشكل من مادة مائية وصورة مائية عند الفيلسوف ومن الهيدروجين والاكسجين عند الكيميائي والصورة المركبة كالإنسانية المركبة من اشكال مختلفة. الصورة الإنسانية عنده بدن وعنده صورة آآ صورة نوعية يعني النفس الناطقة. وعند عنده اشكال وعنده ابعاد وعنده. هذه كلها اذا اجتمعت تشكل الانسان المركب والغاية المركبة حتى عندنا الغاية كعلة مركبة كذلك. كالحركة لشراء المتاع ولقاء الحبيب. غاية اه تشكلت من عنصرين انا اشتري كتابا من المكتبة وعندي موعد مع صديقي في الموضع نفسه فالتقي به. اين المانع? ما في مانع اذا هذا الاشكال لا يرد بشقيه قال وايضا بالقوة وبالفعل من العلل تنقسم الى ما بالقوة وماء بالفعل. اقول هذه المبادئ الاربعة يعني العلل الاربعة قد تكون بقوة وقد تكون بالفعل فان الخمر فاعل للاسكار في الدم بالقوة يعني اذا لم يشربه الانسان عندو قابلية لان يسكر قوة موجودة فيه. طبيعته هويته تسكر بالقوة. لكن متى يسكر بالفعل اذا شربه الشخص صاحب سوء سوء الاختيار. نعم وقد تكون بالفعل كالخمر مع الشرب. يعني اذا تناوله شخص والمادة قد تكون بالفعل كالجنين للانسانية. وقد تكون بالقوة كالنطف. نعم</w:t>
      </w:r>
    </w:p>
    <w:p>
      <w:r>
        <w:t>يعني النطفة بالقوة بالنسبة الى الجنين هذه المادة الحاملة للاستعداد للجنينية في النطفة فالنطفة جنين بالقوة اذا وصلت هذا الاستعداد وتكامل وصار جنينا هناك بالفعل. النطفة صارت جنينا بالفعل وهذه بيناها نعم لكن ليس النطف بصورتها صارت جنينا النطفة باستعدادها في قاعدة بنيوية الفعلية لا تصير فعلية اخرى نعم يعني هذا العقيق كفصل عندي انا ليس هو الذي يصير صورة اخرى ابدا المبدأ الهوية يقول لا كل هوية متباينة مع هويتها الاستعداد فيه القابلية فيه ليس الصورة قابلية هذه القابلية تقول مثلا هذا العقيق يصير بخارا قابلية العقيق وليس العقيق. اذا اذا قلنا النطفة صارت جنينا تسامح في العبارة القوة يعني الاستعداد الذي تحمله النطفة صار جنينا. هو الذي يتكامل هو الذي يتكامل معه  نعم والمادة قد تكون بالفعل كالجنين للانسانية نعم وقد تكون بالقوة كالنطف آآ الجنين كالجنين للانسانية لا ادري هنا ايوا المادة قد تكون بالفعل كالجنين للانسانية آآ المثال نوع فيه نوع نوع ابهام نوع ابهام نعم المهم الجنين بالنسبة الى الانسان الذي يدب على الارض يخرج من الرحم الشريف آآ الجنين كذلك آآ بالقوة انسان مادته بالقوة انسان بعد ما وصل الى الانسان الا اذا سمينا سمينا الجنين انسانا. يعني هذا السياق آآ اكل تما ثم دم ثم نطفأ ثم اه علقة ثم مضغة ثم جنين ثم انسان ثم انسان ملكي او انسان ملكوتي يعني الانسان في البرزخ هنا كل فعلية لاحقة كل فعليات لاحقة يعني كل صورة لاحقة مثلا الجنين لاحق على النطفة في قوة سابقة تحمل اه تحمله لكن تحمله كفعلية ام قوة. تقول النطفة بالقوة جنين. والجنين بالقوة انسان. والانسان بالقوة انسان ملكوتي او انسان شيطاني. اذا تنظر تنظر الى الفعلية. مثلا الجنين فعليا حقيقة هي الرحم تمت قوتها اين كانت? كانت في النطفة اذا وصلنا الى الجنين لا معنى لتلك النطفة صارت فعلية وهي الجنين ثم الجنين تنظر اليه الى الانسان. كذلك بالقوة هو انسان اذا وصلنا الى الانسان صار فعلية. اذا التمثيل هكذا نطفة وجنين تقول الجنين في النطق في النطوة في النطفة قوة والنطفة في الجنين فعلية يعني يعني صورة صارت صورة جنينية. هكذا احسن والمادة قد تكون بالفعل كالجنين للانسانية وقد تكون بالقوة كالنطفة لا ادري انا الجنين الا اذا كان الجنين عنده هو الايه? سميع. المهم بينت المسألة والصورة بالقوة كالمائية الحالة في الهواء بالقوة والصورة بالقوة كالمائية الحالة في الهواء بالقوة. يعني في الما عندك انت الهواء هذا الهواء ماء بالقوة ليس ماء بالفعل اذا تمت شروط موضوعية ينزل مطرا ينزل غيثا فيصير ماء. اذا الهواء بالماء وقوة يعني يحمل استعداد المائية. وقد تكون بالفعل كالمائية الحالة في مادتها يعني اذا خرجت هذه القوة الى الفعلية صارت ماذا طرف ما ان يعني مد مائياه وهكذا والغاية بالقوة هي التي يمكن جعلها كذلك. يعني حتى الغاية قد تكون بالقوة التي يمكن جعلها كذلك وبالفعل هي التي حصل منها ذلك. يعني انت الان تريد الاجتهاد. انت مجتهد الان وانت في السطوح ام انت مجتهد بالقوة? نعم عندك قابلية الاجتهاد. قابلية الاجتهاد يعني بالقوة قابلية والاستعدادات والقدرات باللسان الحديث هي القوة عند الفيلسوف ثم بعد التوفيق ان شاء الله والجد والاجتهاد والتواضع وتقوى الله وو تصير مجتهدا بالفعل نعم. اذا عندنا غاية وهي الاجتهاد قد تكون بالقوة وقد تكون بالفعل. نعم امور تكوينية اقول هذه العلل قد تكون كلية  البناء مطلقا قد تكون جزئية كهذا البناء وكذلك البواقي نعم هادي سهلة جدا يعني عندنا العلة الكلية وعندنا العلة الجزئية. البناء يحتاجه البناء انت لم تشر الى اي مصداق هذا البناء يحتاج هذا البناء. علة كلية وعلة جزئية يعني علة مصداقية. ما فيش قال وذاتية او عربية. الذاتية يعني لها مدخلية آآ مدخلية اساسية في تحقق المعلوم. عرضية لا ليس لها مدخلية اساسية في تحقق ال المعلوم بل هي معدة فقط. اقول العلة قد تكون ذاتية ما هي? وهي التي يستند يستند المعلول اليها بالحقيقة يعني اساسية كالنارية في الاحراق النار هي التي تحرق وقد تكون عرضية وهي ان ان تقتضي العلة شيئا ويتبع ذلك الشيء شيء اخر كقولنا السقمونية مبرد انتقموا ليا مبرد يعني هذا ظاهرا نوع من من النبات يبرد يعني فانه بالعرظ كذلك لانه يقتضي بالذات ازالة السخونة ويتبعه حصول البرودة. يعني انت الثلاجة الان الثلاجة خلينا نطبق بحياتنا الحديثة سوق مونيا ما يفهمها الطلاب الان الثلاجة. الثلاجة تبرد ام ترفع تمص الحرارة داخل الثلاجة الجواب الصحيح تنص الحرارة اذا العلة الذاتية هي امتصاص يعني هي التي تمص الحرارة. يا الحرارة انتفت من داخل الثلاج ماذا يحل محلها? البرودة. اذا العلة الذاتية هي التي تمص الحرارة ويأتي بعدها بالعرظ البرودة في الثلاجة. هكذا احسن من هذه الامثلة القديمة التي هي متعبة في الخيال وكذلك البواقي فان المادة الذاتية هي محل الصورة الصورة اذا جاءت الصورة المائية تحل في المادة المائية والعربية هي تلك مأخوذة من عوارض خارجية. قد تكون هذه المادة لونها احمر قد تكون حجمها اكبر حجمها اصغر. قد تكون على اليمين قد تكون على اليسار قد تكون في القرن العشرين. قد تكون في القرن الخامس الخامس الهجري. هذه كلها امور عربية لا مدخلية لها آآ ذاتية لقبول الصورة ابدا. نعم والصورة الذاتية هي هي المقومة كالانسانية يعني النفس الناطقة. والعرضية هي ما يلحقها من الاعراض اللازمة او المفارقة. اللازمة التي لا تنفك المفارقة قد تكون وقد لا تكون والغاية الذاتية هي المطلوبة لذاتها والعرضية هي ما يتبع المطلوب مثلا الإنسان يعبد الله تعالى عشقا لله تعالى. ثم الجنة تأتي بالتبع فهو يطلب من? الله تعالى رضا الله والجنة الله تعالى يكرمه فهو غايته بالذات هي رضى الله وبالعراظ ما هي? الجنة وبعضهم لا يريد الجنة اصلا ما يلتفت الى الله اه هو ينتظر الحور كداعش وما اشبه داعش فهو يريد الحر يعني انت اذا وفرت له في في في السويد هذه الحرية السويدية الشقراء ثم يعبد الله تعالى ما يعبد الله تعالى فهم بائس للدين فهم ماد ساقط للدين مع الاسف الشديد فصار الدين مهزلة عم الالحاد في العالم العربي خاصة في السعودية وحتى في العراق من داعش من هذا الفهم الساقط والملعون للدين. نعم والعلة الغائية هي المطلوبة لذاتها كرضا الله تعالى والعرضية كالجنة عند المؤمنين هي ما يتبع المطلوب يعني ما يتبع رضى الله تعالى. وقد تطلق العلة العربية على ما على ما مع العلة. يعني لا يصدق عليها انها العلة. مع العلة. يعني مصاحب نعم مو مصاحب نعم قال وعامة او خاصة يعني تنقسم العلة باقسامها الاربعة الى عامة وخاصة. اقول العلة العامة هي التي تكون جنسا للعلل الحقيقية. كالصانع في البناء. يعني البناء</w:t>
      </w:r>
    </w:p>
    <w:p>
      <w:r>
        <w:t>والخاصة كالبان فيه ولا يتحقق العموم بالخصوص في الصور. يقول الصور ما عندها في العلل الصورية ما عندها عموم وخصوص. لان كل سورة خاصة بمحلها. نعم هذه التقسيمات آآ فقط تصورية تنظم الذهن تنظم الدين. يعني خصوصا في الامور العملية انظر هذه النعمة التي انت عندك في الحوزة. هذه الامور في الجامعة غير موجودة صلوا الجامعات العربية او الجامعات الاوروبية اصلا غير موجودة ولا يعرفونها ولا يدرسونها. منسوخة من قرون فقط المدرسة الكاثوليكية التابعة للبابا ما زالت تدرس هذه الامور. وتدرسها بقوة عندهم كتب ومجلدات. وانا عندي اطلاع واسع عليها. ما زالت هذه العلوم متداولة وتدرس مثلنا في الحوزة مقدمات سطوحها درس خارج درس خارج يسمى نعم عندهم مجال ما زالت هذه العلوم. لماذا? لانهم يحتاجون الى هذه العلوم في تبيين الدين وما زالت في الحوزة العلمية المبارك فهذه كنوز كنوز تخيل انت تلقي محاضرة في جامعة عندها علاقة آآ الهندسة المعمارية فقد يتعجب يأتي معمم ويحاضر آآ المهندسين في الهندسة المعمارية. اي مصالحة بين المعمم وكلية الهندسة المعمارية. لا في مصانخة ببركة هذه العلوم. خصوصا العلية والمعلول  تعطيه محاضرة تعطيه فلسفة الهندسة ال ميع مارية. وانا القيت اربع محاضرات في كلية الكوفة فتعجبوا في هذه المحاضرات ولاحظت انهم يتبعون بشوق القيت محاضرة في كلية الفقه تكلمت على القانون فلسفة القانون فلسفة القانون هي نفسها فلسفة الفقه وكلية التربية وباقي الكليات فتعجبوا بقاو مبهوتين دكاترة نعم كيف للحوزاوي ان يتكلم في تخصصنا بهذا العمق نعم وفقكم الله تعالى حتى تحاضرون في هذه الجامعات وتناورون شبابنا يدرسون فقط العلوم العلمانية والعلوم الليبيرالية مع الاسف الشديد قال وعامة وخاصة العلة العامة هي التي تكون جنسا للعلل الحقيقية يعني علة فوقية فتتعين في العلل الحقيقية تقول انت مثلا الهيدروجين علة للماء  انت اذا فهمت هذه المسألة في دائرة علم الكيمياء فتذهب الى المخبر تحظر لك الهيدروجين والاكس والاكسجين. هذه علل حقيقية هنا دخلت الى المخبر جمعت عناصر حقيقية ملموسة ولكن لماذا تجمعتها? لانك درست العلة في بعدها العام يعني بنحو كلي بلاح كل لما درست بنحو كلي ذهبت الى المخبر الى الحقيقة تلامس الواقعيات وتدرس تشكل اه الماء وفقا لما اراده الله تعالى من سننه الكونية نعم العلة العامة هي التي تكون جنسا للعلة الحقيقية في في المنابر العلمية وايقاعات المحاضرات لا يتكلم عن الاكسجين الحقيقي. يتكلم عن الاكسجين العام ثم يبعث بالطلاب الى المخبر. هناك يتعاملون مع الاكسجين الحقيقي فذاك علة عامة وذاك علة خاصة فما جيدا العلة العامة هي التي تكون جنسا للعلة الحقيقية. جنسا يعني اه يعني الامر العام كالصانع في البناء والخاصة كالباني فيه يعني الصانع تقول لكل بناء باني صانع بنحو العام ثم اذهب الى العمارة الخارجية فتأتي ببناة حقيقي ولعمارة حقيقية نعم ولا يتحقق العموم والخصوص يعني ما عندنا علة عامة وعلة خاصة في الصور نعم. لماذا? لان العلل الصورية ما به فعلية الشيء ما عندنا عموم ما عندنا صورة مبهمة صورة مبهمة لا معنى لها نعم يجب ان تكون عقيقا مشخصة حقيقية يجب ان تكون ذهبا وهكذا قال وعلة قريبة او بعيدة علة قريبة او بعيدة اه كتبت انا صفحة في على الفيسبوك في صفحتي الخاصة للجامعيين عندي صفحة للجامعيين اه مقاربة هذه الاية المباركة وما رميت اذ رميت ولكن الله رمى هنا اثبات الرمي للنبي ونفي الرمي اه على النبي تناقض بدوي تناقض ظاهري اعطيت اربع حلول للحل الأول للمحقق التونسي عالج هذا التناقض بالعلة البعيدة والعلة القريبة فالله رامي كعلة بعيدة والنبي رامي كعلة اه قريبة والعلة القريبة تحت هيمنة العلة البعيدة. فاذا قلت النبي رمى كعلة بعيدة صحيح لم يرمي كعلة مهيمنة على العلة البعيدة وهو الله لا يرمي لحظ. هذه هي العلة القريبة فان البعيد اقول العلة القريبة هي التي لا واسط بينها وبين المعلول يعني بين الرمي رمي الحصى شاهة الوجوه كما قال النبي صلى الله عليه واله ها هنا ما في واسطة بين رمي الحصى واليد الشريفة يد النبي الشريفة اما بين الله وبين رمي الحصى في واسطة هي شخص النبي الكريم صلى الله عليه واله العلة القريبة هي التي لا واسط بينها وبين في الحركة الميل في الحركة يعني انت الان عندك خشبة مستوية او زجاج المستوي مثل هذا فتميلو شوية يعني تعملو زاوية يرتفع فاذا وضعت اه كرة معدنية تنزل تتحرك لاحظت كيف اذا كان في مستوية هكذا الكرة لا تتحرك. ارفعها شوية يعني عملها زاوية هذا هو الميل بالإصطلاح في الهندسة الكرة تتحرك. نعم كالميل في الحركة والبعيدة هي علة العلة كالقوة الشوقية وكذا البواقي. القوة الشوقية قلنا الغاية حتى تتحقق نتصورها نشتاقها نريدها نحرك العضلات فالشوقية بعيدة بالنسبة الى الارادة. لكن مثالي قرآني جميل رائع احسن يرفع آآ تناقضا وهميا بدويا افضل من مثالي آآ العلامة الحلي رحمة الله عليه قال ومشتركة او خاصة ياتي ان شاء الله 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