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السلام عليكم ورحمة الله وبركاته ما زلنا في اقسام العلة ووصلنا الى هذه الفقرة قال ومشتركة او خاصة. يعني علة تقسم الى علة مشتركة والى علة خاصة طبعا العين المشتركة اذا نظرنا الى النوع العلة مثلا هنا يأتي بالنجار النجار العام. فهو علة تحريكية لصنع هذه اه انواع الاثاث يصنع بابا يصنع كرسيا وهكذا اما اذا جئنا الى الكرسي الشخصي يحتاج الى علة خاصة وليس الى علة عامة. يعني هذه العلة العامة تتخصص لظرف خاص اقول العلة المشتركة كالنجار لابواب متعددة لابواب متعددة يعني عندك البوم متعددة هو صنعها صنع النجار ليس كالفاعلية الالهية اي معطي الحركة فقط يعني يأتي بالخشب خام ساذج ثم يعمل حركات فيه بالاستعانة بادوات ثم تخرج الباب يخرج للكرسي نعم والخاصة يعني العلة الخاصة كالنجار لهذا الباب قال والعدم للحادث من المبادئ العربية المخلوق عند المتكلمين وعند الفلاسفة لا فرق يجب ان يسبقه عدم ثم ينوجد هو بعد هذا العدم تفيض عليه العلة الفاعلية الفوقانية اه الوجود فيحدث حدث يعني ان وجد بعد الزمان ينسابق هناك العلة لم تكن متوفرة في الايجاد هنا يقول ذلك العادم السابق على المتحقق يقول من المبادئ يعني من العلل لكن العلل العربية ليس العلل الذاتية العلل الذاتية هي التي تحقق الشيء اما العين العربية تكون لها مدخلية بالعرظ يعني يجب ان يرفع على العدم حتى يتحقق الحادث فله مدخليا نوعا ما بالايجاد الا ان هذه المدخلية او المبدأية عرضية ليست ذاتية اقول الحادث معنى الحادث مبدأ تصوري والموجود بعد ان لم يكن يعني سبقه وعدم وهو انما يتحقق بعد سبق عدم عدم علته نعم ان عدم العلة تؤدي الى عدم المعلوم فلما توقف تحققه انوجاده على العدد السابق اطلق على العدم يعني عدم السابق اسم المبدأ بالعرظ نعم ومن مبدأه بالذات الفاعل فعل الذي افاض عليه الوجود ومبدأه بالذات هو الفاعل لا غير اذن مدخلية العدم السابق مدخلية عرضية واضحة جدا. يأتي الفاعل يسد هذا العدم بالفيض وبالوجود يقول والفاعل في الطرفين واحد سواء في المعدوم او في الحادث يعني الموجود الموجود بعد سبق عدم لكن المقاربة تختلف المقاربة في المعدوم انتفاء علتي. فنقول انتفاء العلة تستدعي انكفاء المعلول فهم بالعرظ من اين وصلنا اليه من الفهم الحقيقي الذاتي وجود العلة بجميع شروطها تستدعي وجود المعلوم غيب هذه العلة يغيب المعلول اذا فهمنا المقاربة فداءت العدم بالمقاربة في دائرة الوجود. يقول والفاعل في الطرفين الى العدم والحدود او الوجود واحد. كيف اقول الفاعل في الوجود هو بعينه الفاعل في العدم على ما بينا اولا بان علة العدم هي عدم العلة لا غير يعني ارتفاع عدم العلاج يعني ارتفاع يعني لا موجودية العلة تستدعي الى موجودية المعلوم واضحة جدا انت تطلب من ابنك يكتب يكتب الوظيفة او التكليف الوظيفة المدرسية ما كلفه به الأستاذ بعد ساعة لا تجد شيئا ما في كتابة تقول له لماذا? يقول ما عندي قلم القلم انتهى ما معنى القلم انتهى? يعني العلة لم تصل الى درجة التمام اه في حكم العدم اه الكتابة كتابة الوظيفة يعني الجواب عن الاسئلة التي في الوظيفة غير موجود هذا هو الفهم الصحيح نعم بطرف الوجود لا اذا اكتملت العلة بجميع شروطها والمناخ تم الوجود يتحقق كما بينا فيما سبق بالوجوب بالغير الفلسفي والمؤثر في طرفه المعلول هو العلة لا غير. لكن مع حضورها تقتضي الوجود نعم ومع عدمها تقتضي العدم واضحة جدا حضور العلة بجميع شروطها الموضوعية يتحقق المعلول قهرا اختفاء العلة ولو باختفاء شرط واحد يختفي المحلول قال والموضوع كالمادة مرة نتكلم بالمادة نقول المادة محل للصورة مد الحقيقية تحل فيها الصورة فيتشكل العقيق. مرة لا الموضوع عمل المبدأ نعم الموضوع مثلا اه موضوع الاعراض الورقة موضوع لحلول الكتابة فيها والموضوع كالمادة يعني شبيه المادة قابل له حيثية القبول علة قابلية اقول الموظوع ايظا من العلل التي يتوقف التي يتوقف وجوه آآ يتوقف وجود الحال عليها الحال ونسبته الى الحال نسبة المادة الى الصورة فهو من جملة العلل مثلا الورقة موضوع موضوع تحل فيها الكتابة نعم خشب موظوع للنقش مثلا المادة فقط تطلق في مقابل الصورة. الموضوع اهم غير ان الموضوع يشارك المادة في قبول الصور قبول ما ينطبع فيه المسألة السابعة عشر وهي النهائي النهائية او المسألة الاخيرة في باب العلية وهل مع اللولية ونختم هذا الباب ندخل في المقصد الثاني في الجواهر والاعراض وهو طويل وعريض قبل الدخول الى الالهية بالمعنى الاقصى الاخص الذي هو مقصد هذا الكتاب وهو الالهيات بمعنى الاخص آآ الحقل الذي يتناوله الله تعالى وصفته وافعاله المسألة السابعة عشر في ان افتقار المعلول انما هو في الوجود او العدم المعلول يحتاج الى العلة الى ماذا? في اعطاء الوجوب  اعطاء الوجود طبعا في دائرة التحقق ثم اذا تحقق تأتي الكمالات الثانوية من علم وو هذي تسمى الكمال الثاني الكمال الأول هو الهدية البسيطة كون الانسان موجودة هادي هي الهدية البسيطة الكمال الاولي ثم يأتي تأتي الكاميرات الثانوية لكن المعلول في بداية الامر يحتاج الى الوجود. نعم اذا كنا في دائرة الوجود اذا كنا في دائرة المجاز يرفع يعني العدم قال وافتقار الاثر يعني المعلول انما هو في احد طرفيه. يعني الوجود والعلم اقول الاثر له ما هي وله وجود وعدم وافتقاره الى المؤثر انما هو في بان يجعله الفاعل المؤثر موجودا او معدوما ولا يطال الماهية قلت لكم في البنية العقلية عندنا مبدأ الهوية وهو الانسان انسان فيه رائحة للتحقق لا في شأنية للتحقق هناك لا شأنية قابلية نعم موجودة ولكن هناك تحقق غير موجود يجب ان تعبر الى مبدأ الجوهرية الذي يشير الى التحقق اول عبور هو التلبس بالوجود اذا العلة تعطي الهوية لا الهوية هوية ابن سينا يقول الله تعالى لا يجعل المشمش مشمشا بل يحقق المشويش ضيق يعني الماهية تصير موجودة متحققة بغض الطرف من الاصيل ما هي او الوجود نعم اذا الوجود هو الذي يفرض ليس المهيأ اذا لم يفرض الوجود العدم يحل محله مجازا اما الماهية لا الماهية ليست من صدق الموجود انا اسميها اه الماهية المثالية لا يتحقق ابدا خلف في كونه مثاليا اقول الاثر له ما هي وله وجود وعدم. كل المخلوقات زوج تركيبي كما يقول الفيلسوف له ما هي وجود يعني له ما هي تميزه عن غيره ومتحقق شجرة غير الماء متحققة الماء غير الشجرة الا انه متحقق في اشتراك في التحقق بالموجودية وفيه اختلاف الماهية نعم اقول الاثر له ما هي? وله وجود وعدم</w:t>
      </w:r>
    </w:p>
    <w:p>
      <w:r>
        <w:t>يعني يدور في مدار هذه الامور وافتقار الاثر يعني المعلول الى المؤثر يعني الى العلة انما هو في ان يجعله هذا المؤثر يجعل الأثر موجودا او معدوما. موجودا في دائرة تمام العلة معدوما في دائرة انتفاء جزء العلة او تمام العلة الى التأثير يبين لماذا يعطي الوجود او العدم طبعا العدم لا يعطى مجاز الى التأثير انما يعقل في احد الطرفين فقط يعقل دقيقة هذه الكلمة في ذات الوجود والعدم. يعني توفرت العلة افاضت الوجود لم تتوفر العلة حللوا العدم مجازا في مكان الوجود. الماهية لا لا يمسها الجاهل ما هي لا يمسها الجعل لانها امر مثالي اما الماهية يعني الانسان بما هو انسان انسان فلا يعقل التأثير فيها لا يعقل من باب سلب بامتثال الموضوع. هي لا تقبل الايجاد فليس السواد سواد بالفعل قلت لكم ان الله تعالى لا يجعل المشمش مشمشا يجعله متحققا ولا يجعل السواد السواد سوادا السواد في هويته سواد اذا اعطى الصور دي للسواد يعني في الرتبة السابقة ليس سوادا وهو سواد مبدأ التناقض ولهذا قال لا يعقل فليس السواد سوادا بالفعل يعني لا يعطي الفاعل السواد للسواد. تحصيل للحاصل بل وجوده يعني يعطيه الوجود اذا كنا في دائرة الخلق والايجاد او يعطيه عدمه اذا كنا في دائرة اختلال جزء العلة بالفاعل نعم اذن الماهية لا تنواجد اذا فهمت جيدا اه البنية العقلية مبدأ الهوية الانسان هناك لا رائحة للوجود متى يأتي الوجود اذا تلبست هذه الماهية الوجود تنصير هل هي بسيطة تقول انسان وجود ما معناه يعني متحقق في الخارج كيف تحقق بعلتي اذا العلة لا تتصور العلة الفاعلية الا بفداء الوجود ليس في ذات الماهية ما هي موجودة وليس الماهية بما هي هي واذا كنا في دائرة المجاز تكفي جزء العلة تنتفي من العلة التامة اه المعلول ان وجديد يندرج تحت العدم مجازا لماذا اقول مجازا? لان لا معنى للعدم حتى لا معنى له متحقق نعم قال واسباب ما هي غير اسباب الوجود اسباب الما هي مكوناتها الداخلية في مبدأ الهوية نعم وفي صدقوني هذه الاسباب الداخلية يعني من الجنس والفصل اسباب التسامحية نعم التسامحية يقولون تقدم التأخر بين الماهية مكوناتها من جنس وفصل التقدم بالتجوهر لا يهم سيأتي ان شاء الله اقول اسباب ما هي باعتبار الوجود الذهني هي الجنس والفصل. المكونات الداخلية مثلا الانسان في مبدأه هويته ما هو حيوان ناطق الحيوان هو الجنس والناطق هو الفصل. وباعتبار الخرج هي المادة والصورة المادة والصورة يعني الله تعالى يوجد الماء بمادته وصورته ثم فقط لا والا فاعلية وعلة غائية واسباب الوجود هي الفاعلية والغائية. اذا عندنا اسباب هويتية كونية يعني في داخل تكون الشيء هي اه الجنس والفص ان المأخوذة من المادة والصورة نعم فاذا اوجد الله تعالى الانسان وحققه حتما المادة والصورة موجودة هناك وعندنا علة فاعلية اوجدت هذا الانسان ولغاية خاصة اهي العين الغائية قال ولابد للعدم من سبب ولابد للعدم من وكذا في الحرك اقول قد بينا ان نسبة الطرائف في الوجود والعدم الى الممكن واحدة. يعني كما انه ينوجد كما انه لا ينوجد. يعني اللا اقتضاء لا يقتضي الوجود ولا يقتضي العدل. تساوي هذا هو الإمكان فلا يعقل اتصافه باحدهما الا بسبب نعم يعني اذا اتصف بالوجود يعني تلبس بالوجود بسبب اذا تلبس بالعدم بسبب فكما افتقر الممكن في وجوده الى سبب افتقر في عدمه اليه الى السبب والا لكان ممتنع لوجود لذاته اذا اذا وجد بسبب واذا انعدم بسبب وطبعا هذا هذا الامر ينتمي الى مبنى السبب الكافي شهودي نقول لماذا الممكن احتاج الى علة? لا معنى لهذا السؤال لانه لا يقتضي الوجود ولا يقتضي العدم. خروج من الاقتضاء الى التلبس بالوجود او التلبس بالعدمة بلا سبب يقول يحتاج الى ملاك بلاك والعلة لا يقال الموجود منهم ما هو باقي ومنه ما هو غير باقي كالحركات والاصوات يعني بعض الحيثيات تبقى وبعض الحيثيات تزول كالحركات يتحرك ثم يقف. ولو اصوات يتكلم ثم يتوقف والاول يفتقر عدمه الى سبب. اما النوع الثاني فانه يعدم لذاته لا لا يعدو من ذاته سهم ساذج جدا. يعني الاصوات تتوقف. اولا اه شدتها مع الزمن تفتر سبب توقف الصوت شدته تفتر يعني في علة واقعية لاننا نقول يستحيل ان يكون العدم ذاتي للشيء. اذا كان العدم ذاتي للشيء يكون ممتنع. والا لم يوجد الممتنع مستحيل للوجه والحركة لها علة في الوجود. فاذا عدمت او عدم احد شروطها عدمت الحركات وكذا الاصوات فلا فرق بين الحركة وغيرها ولا فرق بين الاصوات وغيرها كلام هزيل جدا. كل ما تعين في الوجود وينتمي الى عالم الامكان? نعم في وجوده اسباب في اختفائه اسباب الا ان اسباب الوجود غير اسباب العدم قال ومن العلل المعدة ما يؤدي الى مثل الى مثله الى مثل او خلاف او ضد المعدة عند القدماء ما هي? التي لها مدخلية في الايجاد ثم تختفي اذا جاء المعلول مثل الابوين علتان معدتان المجموع الا واحدا الا معدة واحدة في ظهور الابن يعني في القاء النطفة في الرحمة الشريفة هذه هي وظيفتهم فقط اما تطور هذا الجنين حتى يخرج الى الخارج انسانا لا دخل للعلل المعدة نعم هذه لها علاقة بالمسار الطبيعي والعلل الالهية نعم اقول العلل تنقسم الى المعدة والى المؤثرة. قلت لكم الفرق بين العدة المعدة والعلة المؤثرة. العلة المؤثرة لها شأنية الايجاد المواعيد لها شأنه تهيئة الارضية فقط. نعم والمعد يعني به ما يقرب العلة يعني هذه الشروط ارضية الى معلولها بعد بعدها عنه وقريبا وقريبا من الشرط. نعم مثلا قرب الورقة من النار حتى تحترق هذه ارض معدة كون الورقة ليست مبلولة جافة هذه امور معدة نعم والعلة المعدة اما ان تؤدي الى ما يماثلها كالحركة الى المتصل اه الى المنتصف فانها معدة للحركة الى المنتهى وليست فاعلة لها ابدا وانما هي تهيئ الشروط. نعم وها العلة المعدة اما ان تؤدي الى ما يماثلها كالحركة الى المنتصف فانها معدة للحركة الى المنتهى نعم يعني كما انها توصل الى المنتصف توصل الى النهاية وليست فاعلة لها للحركة بل الفعل للحركة اما الطبيعة طبيعة الحديد مثلا او طبيعة يتحرك او النفس التي تحرك البدن لكن فعل كل واحد منا في الحركة الى المنتهى بعيد وعند حصول الحركة الى المنتصف بقرب تأثير احدها في المعلول الذي هو الحركة الى المنتهى. فاذا عندنا اه علل في الطريق معدة تبدا الانطلاقة ثم المتوسط ثم بعد المتوسط الى النهاية هذه العلل المعدة كلها تساعد على الوصول الشيء الى النهاية فيتعين المعلول مثلا تبدأ من التفاحة كاستعداد الى الغداء الى الدم الى النطفة الى العلاقة مضغة اه مضغات ثم جنين ثم انسان هذه الشروط والمناخ الذي تجعل</w:t>
      </w:r>
    </w:p>
    <w:p>
      <w:r>
        <w:t>هذا الكيان يتطور حتى يصير انسانا كل علل معدة. تقرب وتبعد تقرب وتبعد حتى يصل المعلول الى النهاية او لا يصل. نعم نعم لكن فعل لكن فعل كل واحد منها يعني من هذه العلل في الحركة الى المنتهى بعيد وعند حصول الحركة الى المنتصف يقرب يعني بعد قرب يقرب تأثير احدهما في المعلول الذي هو الحركة الى المنتهى واما ان تؤدي الى خلافها كالحركة المعدة للسخونة واما ان تؤدي الى ضد الحركة كالمعدة المعدة للسكون عند الوصول الى المنتهى. اذا على المعدة ليست على وتيرة واحدة مرة علموا عدة ساعدوني على الانتقال مثلا مظغ مظغ التفاحة حتى نرجعها غذاء هذي المضغة الا معدة في الانطلاقة ثم المعدة تهظم هذا الغذاء حتى يرجع دما في بدن الانسان. مما عدهن علوم عدة ثم الدم هذا له علل معدة تجعله نطفة وهكذا دواليك الى النهاية. ثم على المعدة تساعد على وصول الى اه اه الى الى الوجود مثلا دفع الام بالجنين. عنا معدة للوصول الى المنتهى وهكذا. مسألة جدا جميلة في التحليل فعند الدفع يخرج الجنين هذا الدفع يساعد على نهاية هذا المسار علة معدة للمنتهى نعم ولهذا يقول لكن فعل كل واحد منها من هذه العلل المعدة في الحركة الى المنتهى في هذا المسار بعيد هذا يعني الاول وعند حصول الحركة الى المنتصف يقرب تأثير احدهما في المعلول الذي هو الحركة للمنتهى واما ان تؤدي الى فيها كالحركة المعدة للسخونة واما ان تؤدي الى ظد الحركة اه كالحركة المعدة للسكون عند الوصول الى المنتهى. يعني هذا الدفع من الام حتى يخرج الجنين حين معدة لانتهاء انتهاء الحركة. لماذا الجنين؟ الجنين خرج وصار انسانا قال والاعداد قريب وبعيد بينت لكم. نعم النطفة مناخها يعني ادي العلة المعدة التي تجعلها انسانا بعيدا بالنسبة الى الفعلية الى الانسان الجنين قريب التفاحة ابعد من النطف المضغة اقرب. الجنين اقرب وهكذا. بعد وقرب اقول الاعداد ما هو ما هو قريب وذلك كالجنين المستعد لقبول الصورة الانسانية ومنه ما هو بعيد كالنطفة لقبولها يعني لقبولها للصورة الانسانية. وكذلك العلة المعدة قد تكون قريبة وهي التي يحصل المال العقي بها نعم وقد تكون بعيدة وهي التي لا تكون كذلك. يعني المعلوم لا يحصل. البعض يحتاج الى تطور اكثر وتتفاوت العلل في القرب والبعد على حسب تفاوت الاعداد. وهو قابل للشدة والضعف. نعم الطالب يدرس مثلا الشرائع بعيد جدا يعني هذه الشروط التي يهيئها والعلم معدة بعيدة جدا للاجتهاد. يترقى يترقى الى المكاسب والكفاية. شروط اخرى تعد الى درس خارج. درس خارج. شروط اخرى تعد تعد تعده للتدريس والمباحثة والمطالعة اينها يتبرغر الاجتهاد اذا كل مناخ له شروطه الموضوعية تسمى العلل المعدة. اذا في قرب وبعد ليس على وتيرة واحدة قال ومن العلل العرضية انه معد. اقول قد بينا ان العلة العرظية تقال باعتبارين. احدهما انها ان تؤثر العلة اه   ان تؤثر العلة شيئا ويتبع ذلك الشيء شيء اخر كقولنا الحرارة تقتضي الجمع بين المتماثلات فانها لذاتها تقتضي الخفة يعني الحرارة خفة بدليل انها تصعد الى السماء كما هو اخف في المركب يقبل السخونة اشد فينفصل عن صاحبه ويطلب الصعود لطبيعة الخفة تصعد ولهذا النار تصعد. عندنا العناصر ماء تراب ثم ماء ثم ماذا? هوى ثم نار. النار دائما في العلو فيعرظ له ان يجتمع مع مماثله يعني البرودة والنار الحرارة والبرودة. والثاني ان يكون للعلة وصف ملازم فيقال له يقال له علة الاولى علة معدة مثلا العلة العرضية كالعدم قلنا علة اه عربية فإذا اوجدت العلة الموجود فعدمه يلازمهم كيف يلازمه? يعني مرفوع مرفوع الادب. ولهذا يقولون الوجود طارد لعدمه. يعني هذه الطاردية لعدم العدمية ملازمة للوجود. وكذلك اذا كنا في العدم مجازا نقول العدم طارد للوجود. يلازمه طارد الو موجود فهذه علة عربية غير العلل المعدة التي بينتها في تطور الانسان في اطواره المتعددة فالتفاحة عندها شروط موضوعية تقبل الهضم. يعني تقبل المضغ والهضم ثم تقبل ان تكون دما ثم نطفى ثم ثم الانسان. هذه القابلية في التفاح صارت انسان بعلل معدة قريبة وبعيدة لها شأنيا في العلة في الايجاد وليس لها الايجاد. لها شأنية يعني مدخلية ومرة لا عندنا نوع علل هو العلل العرضية كما بينا هذا لا ينفك عن المعلول يلازمه لكن بهذا المعنى اذا وجد الشيء عدمه كيف يكون مطرودا. يعني يلازم طرد العدم. اذا كنا في دارت العدم يعني لم ينوجد لان العلل آآ لم تتحقق يعني لم ينضج الجنين في امي في بطن امه فخرج ميتا يعني لم يتحقق الهدف لغياب شروط موضوعية فهذه آآ تلازم عدم الوجود تقول لم يولد ولد ميتا يعني لم يكن انسانا نعم هذا تمام الكلام في باب العلية والمعلولية ندخل في الحصة القادمة ان شاء الله الى المقصد الثاني في الجواهر والاعراض وفيه فصول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