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المقصد الثاني بعد ما اتممنا الالهيات بالمعنى العام ندخل بموضوع وهو تقسيم علم الخلوق الفلاسفة بدل العقل بدل الاستقراء وصلوا الى ان المخلوقات يمكن ادراجها. يعني الممكنات يمكن ادراجها تحت مقولتين. الجوهر اعراض. يقول المقصد الثاني في الجواهر والاعراض وفيه فصول الفصل الاول في الجوهر اذا بحث الجوهر بالتفصيل حينها ينتقل الى الاعراظ قال الممكن اما ان يكون موجودا في الموضوع وهو العرض او لا وهو الجواب قبل الدخول في هذا الموضوع خلينا نعود الى القسمة الاولية الموجود يعني كل ما هو متحقق مطلق التحقق اما موجود واجبي واما ينتمي الى عالم الممكنات عالم الممكنات هناك ينقسم يعني الماهية الممكن هو ما هي اي ما هي الممكنة تنقسم الى جوهر وعرف جوهر يعني التجوهر جاءت منه التجوهر يعني التذوق ذات نعم ذات ممكنة لذات محدودة طبيعة الذات قائمة بنفسها في دائرة تذوقها قائمة بنفسها نعم اه التفاحة مثلا بغض الطرف عن اعراضها ليست قائمة على اه غيرها ولكن شكلها ولونها وو قائمة بالتفاحة لما ابصروا الوجود هكذا قسموه الى تذود قائم بذاته و مواصفات تعرضو سموها الأعراض لأنها تعرضه ثم اه جاءوا وعرفوا الجوهر هو ماهية قائمة بنفسها والعرض هو ما هي قائم الجوهر بغيرها نعم قال الممكن اذا التقسيم الى الجوهر والعرض اه للممكن وليس للموجود المطلق يعني للموجود الامكاني الممكن اما ان يكون موجودا في الموضوع اذا المقولات اه مقولة الجوهر والاعراض لا اه تتعينان الا اذا كنا في بنيان خارجية يعني خرجنا من البنية آآ خرجنا من من مبدأ الهوية مبدأ الهوية يعني الماهية بحيث التحقق مرة يكون هذا التحقق لا يحتاج الى متكأ هو الجوهر. مرة يحتاج الى المتكأ وهو العرض اذا المقولتان مقولة الجوهر والعرب من حيثيات الواقع خارجي. ولهذا يقول الممكن اما ان يكون موجودا. لاحظ الموجودية. نعم في الموضوع وهو العرب او لا وهو الجوهر. الجوهر ليس بموجود في غيره اقول لما فرغ من البحث عن الامور الكلية المعقولة يعني للهيات بالمعنى الاهم دخل في هذا البحث يعني تقسيم الممكن الى اقسامه. شرع في البحث عن الموجودات المومكينة اذا واجب الولوج خارج تخصصا عن هذا البحث وهي الجواهر والاعراض وهي وفي هذا الفصل مسائل. المسألة الاولى في قسمة ممكنات بقول كلي بقول كلي يعني بنحو عام. لا ننظر الى المصاديق  كل ممكن موجود اذا اين تتعين مقولة الجوهر ومقولة العرب؟ هي عالم الوجود كل ممكن موجود اما ان يكون موجودا لا في موضوع وهو الجوهر لفي موضوع اه يستغني عنه واما ان يكون موجودا في موضوع وهو العرب ونعني بالموضوع المحل نعم المتقوم بذاته المقوم لما يحل فيه الموتى قوم بذاته يعني في تذوقه هذا لا يعني انه لا يحتاج الى علة خارجية. لا في ذاته التفاحة ليست متقومة بواقعية ممكنة اخرى لكن الاحمرار في التفاحة لا تجده لوحده دائما يحتاج الى متكأ تفاحة لا تحتاج الى متكأ هذا معنى ونعني بالموضوع المحل المتقوم بذاته المقاوم لما يحل فيه يعني المقاوم للأعراض فان المحل اما ان يتقوم بالحال او يقوم اما يتقوم بالحال او يقوم الحال اذ لابد من حاجة احدهما للاخر فالقول يسمى المادة نعم والثاني يسمى الموضوع نعم يتقوم بالحال قلت لكم اذا تكلمنا بموضوع المادة والصورة دائما الصورة تأتي وتقوم المادة لان المادة محض قوة الإبهام في ابهام افق العدم كيف تتعين وجودا اذا جاءت الصورة وقومتها اذا هذا المحل متقوم بالحال التي هي ماذا ايا الصورة في حالة الجوهر والاعراض لا الاعراض متقومة بالمحل الحالة التي هي الاعراض او الذي هو الاعراض يتقوم بالجوهر ولهذا يقول فان المحل يعني الذي يقبل اما ان يتقوم بالحال مثل المادة والصورة او يقوم الحال مثل الجوهر والعرب اذ لابد من حاجة احدهما للاخر. يعني الحاجة متبادلة الاول يسمى المادة الذي يتقوم بالحال يعني الصورة. والثاني يسمى الموضوع الذي يقاوم الحال. يعني الجوهر في مقابل العرب والحال في الاول يسمى سورة وفي الثانية يسمى عرضان نعم العرض لا يقوم الجوهر يتقوم بالجوهر لكن الصورة مع انها حالة في المادة تقوم المادة فالمادة متقومة بالحل فالموضوع والمادة يشتركان يشتركان اشتراك اخصين تحت اعم نعاني كلاهما قابل هذا هو العام نعم لكن المادة قابل متقوم متغوم يعني باسم مفعول الموضوع اه قابل مقوم. نعم فالموضوع المادة يشتركان اشتراك خصين تحت عام وهو واحد وهو المحل يعني المحل للقابلية والصورة والعرض يشتركان اشتراك اخص تحت اعم وهو الحال والموظوع اخص من المحل نعم الموضوع اخص من المحل حتى المادة اخص من المحل وعدم الخس وعدم الخاص اعم من عدم العام. قاعدة قاعدة انت اذا كانت عندك دائرة كبيرة في داخلها دائرة صغيرة فالدائرة الكبيرة اعم من الدائرة الصغيرة لكن اذا ذهبت الى ما يناقض الدائرتين نعم اذا جيت الى الصغيرة تزيد على اه ناقضها طبعا. ناقضها يزيد على نقيض الدائرة الكبيرة معروف فنقيض بالأخص اوسع من نقيض الأعم وعدم الخاص اعم من عدم العام. قاعدة كليا نعم فكل ما ليس في محل فهو ليس في موضوع ولا ينعكس فكل ما ليس في محل فهو ليس في موضوع. الذي ليس له الشأنية ان يكون اه في محل فهو ليس في موضوع ولا ينعكس وليس كل ما ليس في موضوع وليس في محل الصورة النوعية ليس في موظوع الا انها في مادة ولهذا جاز ان يكون بعض الجواهر حالا في غيره كالصور ولما كان تعريف العرب يشتمل على القيد الثبوتي قدمه في القسمة على الجوهر. نعم قيد ثبوتي في التعريف ما هو? يقول اه واما ان يكون موجودا في موضوع او العرض. موجود في موضوع لم يقل موجود في مادة موجود في مادة ام اذن يعني كل من كان في الموضوع فهو حال ولهذا جاز ان يكون بعض الجواهر حلا في غيره كصور نوعية صور نوعية حل في المادة ولما كان تعريف العرض يشتمل على القيد الثبوتي يعني الاي قيد الايجابي قدمه في القسم على الجوهر. الجوهر ما هو اه موجود لا في موظوع وهو الجواب اما العرض يكون موجود في موضوع في موظوع وهو العرض ويقول ونعني بالموضوع المحل المتقدم بذات المكون ما يحل فيه نعم اذا الجوهر تعريف سلبي ليس في موظوع. الجوهر هو ما هي ليست في موظوع. قيد سلبي. المعارض ما هي موجودة في موظوع اي ثبوتي. فقدمه لهذه النكتة على تعريف الجوهر. وليست فلسفة عميقة عميقة قد جدا او غامضة لا. لهذا القيد الثبوتي انه كونه في موظوع</w:t>
      </w:r>
    </w:p>
    <w:p>
      <w:r>
        <w:t>قائد ثبوتي قائد ايجابي. اما ذاك لا قيد سلبي جوهر ما هو? ماهية ليست في موضوع سلب قال وهم اما مفارق في ذاته وفعلي. هنا يأتي الى تقسيم الجوهر يعني الى مصاديق الجوهر يقول وهو يعني الجوهر اما مفارق في ذاته وفعله يعني يقسمه الى مفارق مطلقا يعني مفارقة لمجرد عن المادة مطلقا في ذاته وفعله يعني ليس له علاقة بالمادة المطلقة وهو العقل فالعقل ما هو? ماهية مجردة في ذاتها وفي فعلها او في ذاته مجرد في ذاته اما في فعله يحتاج الى المادة وهو النفس النفس ما هي? ماهية مجردة في ذاتها مادية في فعلها او مقارنا او مقارن احسن او مقارن يعني يقارن ماذا يقارن المادة فاما ان يكون محلا وهو المادة او حالا وهو الصورة. اذا خرجنا اربعة عقل نفس مادة صورة والمجموع. مجموع بين المادة والصورة او ما يتركب من المادة والصورة وهو الجيز هذه هي الجواهر التي وصل اليها العقل البشري عقل مجرد في ذاته مجرد في فعله اذا اخذنا مثلا جبرائيل كمصداق من مصاديق العقل اذا قبلنا هذا المبنى ان الملائكة كلها عقول فجبرائيل لا يحتاج في فعله الى مادة ابدا لا يحتاج الى تعليل من ليس كالانسان انا اذا اردت ان نكتب يحتاج الى القلم والورق نعم. اذا عندنا اذا قسمناها قسمة منتشرة الجوهر عقل نفس مادة صورة المركب للمادة والصورة والجسم نعم نعم قال وهو يعني الجوهر اما مفارق يعني مجرد في ذاته يعني في ذاته ليس له مادة وفي فعله لا يحتاج الى مادة وهو العقل او في ذاته مجرد ليس في فعله وهو النفس او مقارن يعني مع بعضهم فاما ان يكون محلا وهو المدة. المادة يعني محل للصورة او حال من يحل الصورة يعرض الصورة وهو الصورة في المادة اه جوهر والصورة جوهر. وما يتلكم منها وهو الجيس. نعم الجسم كذلك جوهر اقول هذه قسمة الجهر الى انواعه كالجوهر جنس وهذه انواع فان الجوهر اما ان يكون مفارقا في ذاته مفارقا يعني مجردا على المادة بذاته وفعله للمادة جاء بالقيد للمادة. وهو المسبب للعقل او مفارقا في ذاته يعني مجردا في ذاته لا في فعله وهو النفس الناطقة النفس الانسانية فانه مفارقة للمادة في ذاتها ووجودها دون فعلها. لاحتياجها الى الالة في التأثير. يعني البدن ولا يمكن ان يكون مفارقا في فعله دون ذاته? نعم ولا يمكن ان يكون مفارقا في فعله دون ذاته. يعني هذا هذه الفرضية محال وهو مفارق في فعله وفي ذاته آآ مادي هذا لا يمكن مفارقة لان الاستغناء في التأثير يستدعي الاستغناء في الذات. نعم اذا هذه الفرضية ان زحم من دينك عندنا فرضية سادسة اه مادي في ذاته مجرد في فعله هذا غير معقول نعم واما ان يكون مقارنا للمادة فاما ان يكون محلا وهو الهيولة يعني المادة الأولى او حالا وهو الصورة. او ما يتركب من المادة والصورة وهو الجسم فهذه اقسام الجواب. اذا نحن في بعد تصوري فقط تقسيمي ترتيب منهجي قال والموضوع والمحل يتعاكسان وجودا وعدما في العموم والخصوص. وكذا الحال والعرب نعم يعني تقول كل اه كل موظوع حال اه محل كل موضوع محن وليس كل محل موضوع لأن عندنا المادة محل وليست موضوعا وكذلك الحال والعرض يعني تقول كل عرض حال وليس كل عرض اه اه كل عرض حال وليس كل حال عرض لان عندنا الصورة حال وليست عرضا اقول قد بينا ان الموضوع اخص من المحل فعاده فعدمه يكون اعم للقاعدة. من عدم المحل. فقد تعاكس الموضوع والمحل في العموم والخصوص باعتبار الوجود والعدم وكذا الحال العرب بين العرض اخص من الحال لان الحال يشمل الصورة يعني الحال له قسمان له يتجلى في الصورة ويتجلى في العرض نعم المحل كذلك اللي هو آآ نوعان الموضوع والمادة فان العرض اخص من الحل لان الحل عام يشمل العرض ويشمل الصورة فعدمه فعدمه اعم يعني عدم الحل عام من اه عدم الحال اذا انتفت الحالية اه تنتفي ينتفي آآ ينتفي الصورة ينتفي العاظ نعم لان الحال اوسع من من الصورة والعرق يعني يتجلى في الصورة ويتجلى في العرض. ارفعه اعدمه ينعدم ينعدم العرض وينعدم الصورة اما اذا ثبت العرض تبت الاعراض العرض لا لا يحتوي جميع الحال لأن الحلقة ديال تجلى في الصورة. هذا معنى العبرة قال وبين الموضوع والعرض مباينة بين الموضوع والعرض مباينة. لماذا? لان العرض يعرض الموضوع بمباينة مفهومية. اقول الموضوع هو المحل المتقوم بذاتي. المقوم لما يحل فيه يقوم لماذا يحل فيه يعني من الاعراض والعرض يتقوم بذاته والعرض لا يتقوم بذاته العرض دائما على على غيره يتكئ على غيره بذاته فبينهما مباينة نعم ذاك يقوم وذاك يتقوم. اذا فيه بينونة في الفهم لكن مع هذه النقطة لا ادري سيبينها او لم يبينها. ان هذه المسألة تبلورت بعد المحقق التونسي وبحث بعد بعد الاعلام الحلي في عروض العرب على الموضوع يعني عروض البياض على القماش مثلا القماش موظوع والبياظ عرب هنا ما عندنا بعدا عندنا ثلاثة ابعاد عندنا القماش الذي هو الموضوع. وعندنا البياض الذي هو عرض بينهما صحيح بينونة في المعنى. لكن اذا عرظ البياظ على القماش يعني عرظ العرض على الموضوع في بعد اخر جديد وهو صبغة البياظ للقماش ما يسمى بالابيضية الابيض ولهذا تقول ما تقول القماش بياض تحتاج الى الاشتقاق حتى تأتي بالابيضية والاشتقاق اه وجود ربطي لا هوية له تقول القماش ابيظ لا تقل قماش بيظ لان بين القماش والبياظ. ذاك مقولة جوهرية وذاك مقولة عرضية بينهما تباين لكن تأتي الابيضية في الوسط الابيض يا يعني صبغة القماش بالبياض يسمى الوجود الناعت الوجود الرابط اصطلاحات متأخرة ولا هوية له الجوهر له هوية. البياض لهوية لكن الابيضية لا هوية لها ليست متقومة بذاتها وانما هي وجود رابطي في وجود في مقابل وجود الرابط نعم والوجود المستقل قال ويصدق العرظ على المحل والحال جزئيا ويصدق العرض على المحل والحال جزئين. اقول المحل قد يكون جوهرا وهو ظاهر وقد يكون عرضا اه هادي نوع مسامحة عند المتقدمين لكن معليش انت الان عندك آآ هذه زجاجة هنا شكلها دائري شكلها دائم. الزجاج جوهره قائم بنفسه ثم عندنا ماذا? عندنا السطح السطح مقولة عرضية كم متصل كم متصل ثم هذا السطح تعرضه الدائرية الدائرية تعرض من? تعرض السطح لان الدائرة من الكم المتصل والدائرة مسطحة تقول دائرة السطح دائري فالدائرية عرظت من? السطح والسطح عرظ الزجاج فالعرظ يعرظ العرض يعرض العرب ولهذا يقول ويصدق العرض على المحل والحال جزئيا. يعني يكون العرض يعرض المحل ويصدق العرض على المحل والحال جزئيا يعني العرض قد يكون عارضا للجوهر وقد يكون عارضا لعرض اخر. نعم اقول المحل قد يكون جوهرا كالزجاج</w:t>
      </w:r>
    </w:p>
    <w:p>
      <w:r>
        <w:t>وهو ظاهر وقد يكون عرضا كيف على خلاف بين الناس فانه يصدق يصدق بعض المحل عرف نعم يعني هذا هذا السطح الذي هو هندسي سطح الزجاجة مسطحة السطح آآ كما متصل عندنا الخط هما يقولون بالنقطة نبدأ النقطة تمتد يتشكل الخط ثم السطح ثم الحجم نركز فقط على السطح هذا الصوت قد يكون مربعا قد يكون مستطيلا قد يكون دائريا. اذا الدائرية عرظت ماذا? عرظت السطح. لان الدائرة تنتمي الى الكم عرضت السطح وسط عرض الزجاج. اذا العرض عرض العرض. ما هو العرض الأول هو الدائرية. العرض الثاني هو السطح وبما ان السطح في الزجاج فالدائرة تكون كذلك في الزجاج قال المحل قد يكون جوهرا كالزجاج وهو ظهر وقد يكون هذا المحل عرضا كيف مثل السطح للدائرية؟ على خلاف بين الناس يعني على خلاف ما يهمنا الخلال فيصدق بعض المحل عرف قد يكون بعض المحل يعني ولذا قال جزئيا في المتن ويصدق العرض على المحل والحال جزئين جزئين حال بحال بحال لغوي حال النحوي يعني حالة كونية جزئية يقول فيصدق بعض المحل على يعني عندنا بعض المحل عرضوا كما بينت لك الان والحال والحال ايضا قد يكون جوهرا كالصورة الصورة جوهر تعرض المادة نعم ولهذا يقول يصدق العرض على المحل والحال جزئيا يعني والحال يصدق ان يكونوا اه اه عارض مثله والحال ايضا قد تكون يكون جوهرا كالصورة النوعية الحالة في المادة يعني تقول الصورة نعم حلت في المادة وقد يكون عرضا كما بينت لك في الدائرية والزجاج وهو ظاهر فيصدق بعض الحال على نعم وكثير مصاديق في حياتك الاجتماعية. فقد ظهر صدق العرض على المحل هو الحال جزئيا. نعم نعم اه التفاحة التفاحة تفاحة حجم حجم والحجم عرض وهذا الحجم متلون اللون عرظ فاللون عرظ الحجم والحجم عرظ التفاح تفاحة جوهر حجمها عرظ اللون اه اه عرظ او الشكل كذلك الشكل هو نهاية اه الجسم يعني نهاية هذا الكم المتصل فالتفاحة جوهر والعرض الأول وهو الحجم ثم يأتي الشكر شكل ما هو الأمور المادية لا تتشكل الا اذا كانت متناهية في حجمها لا شكل بدون تناهي حجمه. اذا الحجم عرض عرظه ماذا? الشكل وهكذا وقد يكون الجوهر كذلك عارض على المحل. يعني الصورة النوعية الزجاجية عارضة على المادة ان الزجاجية المسألة الثانية في ان الجوهر والعرض ليس جنسين لما تحتهما هذه المسألة في غاية الدقة كيف وصل اليها اه المحقق الطوسي في ذلك الزمان هذا دليل على عبقرية المحقق الطوسي جيد. هنا نقدم مقدمة مهمة جدا وانا اسأل الطلاب ما الفرق بين الماهية والمقولة? المقولة قلنا المقولة لها قسمان جعر وعرض. تقول مقولة جوهرية يعني ما معناه? يعني ان تفتي بهية قائمة بنفسها مقولة عرضية يعني الماهية قائمة بغيرها. كم مقولة? مقولتان بشكل كلي. المقولة العرضية لها اقسام تسع يعني عندنا عشر مقولات تسعة من الاعراظ والجوهر اذا اردت ان تعمم تقول مقولة الجوهر ومقولة العرب جيد. ما الفرق بين الماية والمقولة كثير من الطلاب لا يفقهون هذا الفرق. في ذهنهم الشريف انا الماهية هي المقولة والمقولة هي الماهية لا خطأ المقولة حيثية للماهية حيثية للمهي يعني الماهية اذا كانت قائمة بنفسها هل القيم بالنفس متن مستقل ام هو نحو للمهيئة ما عندك انت الانسان كما هي في الخارج وقائم بنفسه القيم بنفسه بجنبه الى حيثية نحو وجود وجود ربطي وكذلك العرض كون العرظ قائما بنفسه ليست متنا زائدا على العرض. كون العرض في جوهره هو القيام بالنفس. فحيثية اذا نطقنا كلمة حيثية وقاربنا المسألة اه منطق الحيثيات يعني اه مفهوم الجوهر ومفهوم العرظ معقولات تالية فهل سفير معقولة الثانية فهل سفير ليس مصداق الجوهر مفهوم الجوهر افهم جيدا مفهوم الجوهر نعم هل العقل في هويته جوهر? لا هل الجسم في هويته جوهر لا اقول عجيب شيخنا الان قسمت الجوهر الى عقله ونفس مادة وصورة وجسم. اقول نعم لكن دقق جيدا في الدقة العلمية. العقل باعتبار قيامه بنفسه يقال له جوهر. اذا الجوهرية لم تأتيه لعقليته جاءته من هذه الحيثية القيام بالنفس واللون الاحمر هو ليس آآ عرظا لانه قائم بالتفاحة قائم بغيره اكتسب العربية والقيام بالنفس والقيام بالغير حيثيات ليست متونا مستقلة. اذا مفهوم الجوهر مفهوم الجوهر مفهوم فلسفي معقول ثاني فلسفي. مفهوم العرف معقول يعني مفهوم الجوهرية ومفهوم العربية? معقول ثاني فلسفي وعمق المسألة اكثر العقل تقول جوهرة لماذا تعنون بهذا المفهوم? مفهوم الجوهرية? لانه في ذاته قائم بنفسه اللون الاحمر تقول اللون الاحمر عرض لماذا تعنون بهذا العنوان? لانه قائم بغيري قائم بغيره والقيام بالنفس والقيام بالغير حيثيات نحو وجود تعينات وليست متونا العقل متنون الاحمرار متن نهوي داك متن مهوي جوهري وذاك متن ما هوي عربي. لكن كون العاقل الجوهرا ليس متنا حيثية. كون الاحمرار قائم بغيره ليس متنا حيثية. اذا مفهوم الجوهر معقول فلسفي ومفهوم العرض معقول فالسفي نعم المسألة الثانية تشير الى هذا المطلب ونتمم البحث ان شاء الله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