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هذه المسألة المسألة اثنين الثالثة في نفي التضاد عن الجوار التضاد وصف للأعراض وليس كل الاعراض بعض الاعراض امران عربيان يتعاقبان على موضوع واحد. يعني على جوهر واحد فالجوهر يخرج تخصصا عن مقولة التضاد تضاد المعقول نعم في تضاد خارجي جوهر النار يضاد جوهر الماء وجوهر الماء يضاد جوهر النار. هذا التضاد الفلسفي. تضاد الواقعي المقصود من التضاد في هذه المسألة التضاد المعقول وهذا يصدق فقط على الاعراض وبالتالي لا يطال الجواهر فتكون الجواهر اه لا تقع في التضاد فيما بينها. مسألة سهلة جدا لا نطيل الكلام فيها تقول ولا تظاد بين الجواهر ولا بينها وبين غيرها نعم اقول لما فرغ من تعريف الجوهر وهو المائية القائمة بنفسها والعرض وهو قائمة بغيرها وبيان انهما ليسا بجنسين شرع في باقي احكامهما فبين انتفاض ظدي على الجواب على معنى انه لا ضد للجوهر من الجواهر ولا من غير الجواهر لا بينه وبين بين الاعراب وبيانه ان الضد هو الذات الوجودية المعاقبة لذات اخرى وجودية في الموضوع يعني صفة الاعراض كالسواد والبياض تقول السواد اذا حل جسما يعني جوهرا لا يحل فيه البياض البياض اذا حل في جسمك جسم جوهر لا يحل فيه السواد مع كونهما في غاية البعد عنها. هذا تعريف للتضاد المعقولي امران وجوديان يتعاقبان على موضوع واحد بينهما غاية الخلف الخلاف. وقد بينا ان الجوهر لا موضوع له. انه هو الموضوع الجوهر ليس عرضا. يعني قياس من الشكل الثاني الثبات عرظوا الجوهر ليس بعرض قياس من الشكل الثاني دائما ينتج سالبا الجوهرة ليس بعرف نعم وقد بينا ان الجوهر ليس بموضوع اه ليس اه جوهر لا موظوع له يعني ليس عرظا والتضاد في الاعراض اذا الجوهر ليس اه اي تظاد فلا يعقل فيه يعني في الجوهرة ذا المعنى يعني التضاد لا بالنظر الى جوهر اخر يعني بالقياس الى العقل والنفس لا تظاد بينهما ولا بالنظر الى غيره من الاعراظ يعني لا تظاد بين العاقل بقى عرض من الاعراض نعم اقول والمعقول من الفناء العدم وانا دخل في نقاش مع علماء الكلام في ذلك الزمان ما سبق المحقق الطوسي رحمة الله عليه وهذه المباني هشة ضعيفة بل احسن ان تدرج في تاريخ علم الكلام وليس في متن تدريسي من متن التدريس لا علاقة له بالمسائل الكلامية التي تجاوزها التاريخ المتن التدريسي  يصنع الذوق الاجتهادي في الطالب والذوق الاجتهادي دائما يكون في المسائل العميقة والتي فيها جدل كبير بين العلماء اخذ ورد ما المسائل التي عفا عنها الزمن وهي ليست صحيحة? هذه لا تخدم اه ذهنية الطالب. اقول لما بين انتفاء الظد عن الجوهر اخذ يرد على ابي هاشم الجباهي استاذ الأشعري واتباعه باع الجباي حيث جعلوا الجواهر الجواهر اضدادا. هي الفناء نعم الفناء مع ان الضد امر وجودي والفنا ما هو بالله عليك هل هو امر وجودي ام عدم وحقق التنسيق لا نفهم من الفناء الى العدم الفناء يعني ارتفاع الوجود يعني انعدام نعم قال ان المعقول من الفلا العدم. وليس الفناء امرا وجوديا. يضاد الجوهر لانه اما جور او عرظ هذا الفناء والقسمان باطنان فلا تحقق له لا معنى للفناء. الفناء هو العدم اذا كيف يضاد الجوار مسألة تاريخية بيناها ونمر. قال وقد يطلق التضاد على بعض باعتبار اخر آآ قلنا المحل قد يكون موضوعا وقد يكون آآ مادة اذا اخذنا المادة تأتي الصورة الذهبية صورة ذهبية لا تقبل صورة اخرى. لان الواقعية لا تقبل فعلية لا يمكن ان يكون فص العقيق عقيقا وذهبا في الال نفسه. سورة واحدة فقط اذا الصورة الذهبية تظاد الصورة الحقيقية في متن العقيق نعم ها هنا يتصور هذا التضاد ولهذا قال وقد يطلق التضاد على بعض باعتبار اخر بهذا الاعتبار صورة تحل في المادة فلا تقبل صورة اخرى نعم الا اذا ارتفعت على المد. اقول ان بعض الجواهر قد يطلق عليه انه ضد للبعض الاخر. لكن يؤخذ التضاد باعتبار اخر. يعني بمعنى اخر. وهو التنافي في المحل مطلقا يعني الصورة الحقيقية تنفي الصورة الذهبية من مادة العقيق وحينئذ يكون بعض الصور الجوهرية يعني الصور النوعية الصور الذهبية صورة العقيقية الصورة المائية يضاد البعض الاخر. نعم هنا يتصوروا الطماطم وهذا التضاد من التضاد الفلسفي وليس التضاد المقولي ليس التواضع المعقول قلت لكم الصورة المائية في مادة مائية لا تقبل الصورة النارية والصورة النارية كذلك لا تقبل الصورة المائية واذا جاء الماء اطفأ النار يعني في بينهما التضاد والسكاك المسألة الرابعة في ان وحدة المنحل محل لا تستلزم وحدة الحال نعم عندك نتا مادة العقيق واحدة فتتحمل اولا الصورة الحقيقية اللون الاحمر الحيز آآ الاظافة الوظع كتير من الاعراض والحيثيات مع محل واحد لا بأس في ذلك فان وحدة المحل لا تستلزم وحدة الحل. اذا كانت المادة واحدة لا يعني ان الحال واحد لا قد يكون الكثير نعم اقول المحل الواحد قد يحل فيه اكثر من حال واحد مع الاختلاف. نعم كل حال يتباين عن الحال الثاني مثلا الوضع يخالف اللون الكيف وهكذا مع الاختلاف كالجسم الذي يحله السواد قد عرضوا والحركة العرض الثاني والحرارة نعم والوضع والحيز نعم وكان المادة التي يحل فيها الصورة الجسمية والنوعية المادة يعني الهيولة هنا. الصورة الجسمية هي الامتداد الصورة النوعية ما بها حقيقة الشيء يعني هذا العقيق فيه ما يولد فيه امتداد والذي يجعله ينبسط ويتحيز وفيه صورة نوعية هي الصورة الحقيقية تميزه عن الصورة الذهبية نعم مادة واحدة حلت فيها الامتداد يعني الصورة الجسمية والصورة النوعية كان العقيق مثلا هذا مع الاختلاف نعم لان التماثل لا يمكن نعم لا يمكن يعني اذا حل بالمادة سنتيمتر يعني امتداد لسنتيمات لا يمكن لسنتيمات الثاني ان يأتي يحل فيه لا معنى لذلك لنتشخص بسنتيمتر نعم اما اذا جاء اللون الاحمر يمكن الوضع يمكن الاظافة يمكن نعم مع اما مع التماثل فانه لا يجوز ان يحل المثنان محلا واحدا لاستلزمه رفع الاثنين يعني اثنان يصلان اه واحدا هذا خطأ لانتفاع الامتياز بالذاتيات واللوازم لي اتفاقهما فيهما هذا شيء جميل يعني اذا كنا في الذات متشكلة من جنسون فصل كل الافراد لا تتميز بالذوات ولا باللوازم لانها كلها مشتركة اذا طه يتميز عن لينة بماذا? بشخصات غير انسانية. لانه يشارك ليلة في انسانيته وفي اللوازم كذلك. قابلية العلم عنده هي قابلية العلم عند ليلى. لكن ليلة انثى وهو ذكر تميز ببعض الخصوصيات وليس بالذاتيات واللوازم الذاتية واللوازم لا تميز يعني هذا انسان وهي انسان. هذا عنده قابلية الكتابة</w:t>
      </w:r>
    </w:p>
    <w:p>
      <w:r>
        <w:t>هي عندها قبيلة الكتاب كلازم هو يتعجب وهي تتعجب تتميز بماذا? بامور اخرى ليس المهية بمكوناتها كالجسم كالجنس والفصل واللوازم هذه امور واضحة جدا نعم نعم لاستلزامه رفع الاثنين لامتثال امتياز بالذاتيات الذاتيات لا تميز واللوازم كذلك لا تميز لاتفاقهما فيهما يعني كل الافراد مثلا انسان انسان انسان متعجب متعجب متعجب قابلت قابلية التعلم قابلية التعلم اذا يأتي التميز في امور اخرى. نعم  وبالعوارض لتساوي نسبتها اليها. نعم فقد ظهر ان وحدة المحل لا تستلزم وحدة الحال الا مع التماثل اه اذا الذوات لا تميز اللوازم لا تميز العوارض التي فيها اشتراك كذلك لا تميز الا يقولون التميز بالتشخص او بالمادة وخصوصيات المادة وقد ظهر انه وحدة المحل لا تستلزم وحدة الحل. مادة يحل فيها الكثير الا المثلان مثل اللامعني ان يحلوا فيها مثلا مثلا عقيق لونه احمر لا يحل فيه وهو احمر لون اخر احمر او اسود لا يمكن نعم واما العكس فانه يستلزم فان وحدة الحال تستلزم وحدة المحل للمصانقة تخيل عندك نتا محل وعندك حل. هذا الحل واحد حتى من يحتاج الى محل واحد لا يمكن للحال واحد ان يحل بشخصه في محله. يمكن لا يمكن يعني هذا الاحمر في العقيق اللون الاحمر في العقيق لا يحل محلين هذا العقيق ليس اللون الاحمر مطلقا لا. اللون الاحمر الخاص بالعقيق يحل فقط محلا واحدا هذه الامور اه شهودية اه بديهية لا تحتاج الى تأمل كبير فقد ظهر ان وحدة المحل لا تستلزم وحدة الحل الا مع التماثل بيناه. واما العكس فانه يستلزم نعم فان وحدة الحال تستلزم وحدة المحل لاستحالة حلول عرض واحد او صورة واحدة في محلين وهو ضروري شهود جهودي نعم النوع يحل في اه محل كثير يعني اللون الأحمر تفاحة حمراء الدم احمر  مثلا فراولة حمرا هذا النوع الأحمر لا الشخص الأحمر ترولة لونها احمر لا يمكن ان نأتي باحمر اخر يحل هذه الثريزة الا ان الاحمرار يحتاج الى محل واحد ما هو؟ الفريزة نعم او الفراولة ولهذا يقول وهو ظروري يعني بديهي شهودي بنيوي وكلام ابي هاشم في التأليف نعم وبعض الاوائل يعني الفلاسفة في الاضافات خطأ يقول هنا الشيخ حسن زاده موري ان اباها ابا هاشم ذهب الى التأليف عرض واحد قائم بجوهرين فردين وان هذا وان هذا هو الموجب لصعوبة الانفكاك بين اجزاء الجسم نعم لا ادري انا هذا المبنى الهزيل والعجيب كيف عرض واحد يعرض اه جوهري لا ادري من اين من اين هذا شرط ان يكون هذا العرض شخصي يعني انت عندك اه عقيق احمر  له لونه الأحمر الخاص به نفس اللون الخاص يعرض التفاحة. هذا اللون الأحمر الخاص بالعقيق. العقل هذا لون احمر اخر يماثله في النوعية. اما ليس هو شخصه شخص هذا لا يمكن يا بهاشم وبعض الاوائل لا ادري هذه بعض الاوائل من اه في بعض الاوان يعني الفلاسفة بعض الفلاسفة. في الاضافات يعني يقول وكلامه كذا كذا خطأ. الاوائل في الاضافات هنا في الحاشية يقول في الاضافات المتشابهة الاطراف التقارب والتجاور والاخوة ونظائر هذه الامور نعم يمكن ان تعرظ آآ محلي لا لا يمكن لا يمكن لان هذه امور شخصية قالوا اما الانقسام فغير مستلزم في الطرفين. قال انقسام الحل يستلزم انقسام الحال نعم وفيدك اكثر من ذلك كل الاعراض التي تعرض الاجسام لا تنقسم لا تنقص يعني لا تنقسم بالذات تنقسم بالعرض. يعني انت الان عندك هذه العباءة السوداء. تريد تقسم السواد ما تقسم السواد نتاعو انت تقسم جسم العباءة يعني هذا الجسم اذا انقسمت لان هي امتداد الانقسام هو للامتداد ينقسم اللون بالعرض. اما اللون لا يقبل الانقسام. لا معنى انقسام اللون مثلا تقول عندي قطعة قطعة من السواد ولكن عندك قطعة من قماش اسود. اما قطعة من السواد او من الاحمرار هذه اضحوكة نعم يقول واما الانقسام فغير مستلزم في الطرفين. يعني اذا انقسم المحل لا يعني ان الحال ينقسم اقول انقسام المحل لا يستلزم انقسام الحال فان الوحدة تحيثية والنقطة نهاية الخط والاضافات كالابوة والبنوة اعراض قائمة بمحال منقسمة وهي غير منقسمة اكتب هذه الفائدة. الوحدة هنا سماها عرضا يعني ادرجها تحت العرب وهي ليست تعرضا يعني الاعراض ما هي? الوحدة لا حيثية الاعراض ما هي معقول اولي اما الوحدة معقول ثاني معقول فلسفي والنقطة امر عدمي نهاية الخط والأمور العدمية لا عرض ولا جوهر والاضافات نعم الاضافات اعراظ كالأبوة والبنو هادي اعراض قائمة بمحال منقسمة وهي غير منقسمة لا معنى انقسام الأعراض الا بانقسام المحل اما الوحدة والنقطة فظاهر نعم وكذا الاظافة فانه لا يعقل حلول نصف الابوة او البنوة في نصف ذات الاب او الابن هذه كلها اه لا معنى لها لا معنى لانقسام الاعراض انقسام دائما للامتداد الجوهري للامتداد الجوهري نعم فلا يمكن ان تقولي ابنك وانت ماسك موزة تقول انا اعطيك نصف الاصفرار وانت نعطيك نصف الاصفرار. هذه خرافة لا معنى لا تعطيه نصف الموزة ثم بتبعيها يكون الاصفرار معها اما الاصفرار لا ينقسم الاعراض بسيطة كيف تنقسم فكيف بتنقسم? ينقسم المحل وليس بالضرورة ان ينقسم الحال نعم. وذهب قوم الى ان انقسم الحال اه المحل انقسام المحل يقتضي انقسام الحال لاستحالة قيامه مع وحدته بكل واحد من الاجزاء وتوزيعه عليها وانتفاء حلوله فيها هذا الفهم الساذج. يعني انت اذا اخذت موزة وقطعتها بالموس الحاد الى قطع متعددة قطع متعددة ولكن قسمتها بالقشور فاللون ينقسم صحيح ينقسم الى عشر قطعات لكن ليس اللون الذي ينقسم المادة اللون لا ينقسم بسيط نعم العرف غير الدقي يقول النون انقسم لا اللون ما لم ينقسم لا هوية له بسيط نعم فهذا الفهم فهم ساذج ولهذا قلت لكم يجب ان يدرس في تاريخ علم الكلام وليس في متن تدريسي قيم كا اه الكشف المراد. نعم ولهذا يقول ذهب قوم الى انقسام المحل يقتضي انقسام الحال. نعم انقسام الحال يكتب بالعرض نعم اما الانقسام بالذات لاستحالة قيامه يعني قيام اه الحال مع وحدته مع وحدته. يعني اذا بقي اللون الاصفر غير منقسم اه والمحل انقسم ويأتي الارتباك يأتي الارتباك كيف يحافظ على وحدته والمحل تعدد يعني وحدة في التعدد هذا في ذهن هذا صاحب هذا المبنى هذا شيء شيء غريب في غريب. اذا الاصفرار ينقسم بانقسام المادة. كلما انقسمت المادة لا تبقى وحدة الاصفرار. هكذا هو يفهم مسكين نعم نعم ولهذا يقول وذهب قوم الى ان انقسام المحل يقتضي انقسام الحال لما بينت لك المحل هو الموزة مادة الموزة والحال هو الإصفرار. لاستحالة قيام الإصفرار مع وحدة الموزة المادة لكل واحد من الاجزاء وتوزيعه عليها وانتفاء حلوله فيها يعني اذا بقي على وحدته المادة تقطعت الى اجزاء كيف يحلها مع وحدته يستحيل لانه واحد وهي كثرة</w:t>
      </w:r>
    </w:p>
    <w:p>
      <w:r>
        <w:t>نعم واما الحال فانه لا يقتضي لا يقتضي انقسامه انقسام المحل نعم اذا انقسم الحال لا ينقسم المحل فان الحرارة والحركة اذا حل محلا واحدا لم يقترض ذلك ان يكون بعض المحل حار غير متحرك وبعضه متحرك الانحار واعلم ان الاعراض السارية اذا حلت محلا سارية للمتعددة ايه نعم والتي تقبل الانقسام العرضي بانقسام محلها. اذا حلت محلا منقسما انقسمت بانقسامه لكن انقسام عربي وليس بالانقسام الذاتي والاعراض المنقمصة المنقسمة بالمقدار لا بالحقائق. اذا حلت محلها انقسم من انقسامها نعم يعني الانقسام للمقدار وليس للاعراض يعني انت الان عندك هذا الكتاب لماذا انقسم لامتداده? اذا قسمت انت لونه احمر ينقسم الاحمر الى قطعتين هل اللون الاحمر الذي انقسم? اللون الاحمر بسيط. كيف ينقسم? هذه اعجوبة هذه اذا هذا الانقسام انقسام طبعا لانقسام الامتداد ولهذا يقول واعلم ان العوارض السارية التي تنقسم بانقسام المحل اذا حلت محل المنقسما انقسمت بانقسمه. يعني اذا حلت محلا يقبل الانقسام. انقسمت بانقسامه وليس بذاتها والاعراض المنقسمة بالمقدار لا بالحقائق اذا حلت محله انقسمت انقسم بانقسامها نعم اذا انقسمت الاعراض حتما هو ينقسم لكن انقسام الاعراض بالمجاز يعني بالتسامح والى الاعراض بسيطة ابدا لا تنقصي لكن العرف غير الدقي قد يتوهم انها تنقسم نعم اذا قطع موزة الى عقله قطع متعددة يرى اللون الاصفر مقطع لا ابدا اللون الاصفر لم يقطع الامتداد الذي تقطع المسألة الخامسة في استحالة انتقال الاعراض هذا مبنى دار الاشاعرة والمعتزلة يقولون الاعراض تنتقل انتقال الاعراض كلو انتقال يحتاج الى مبدأ ويحتاج الى منتهى فاذا تركت جوهرها التي حلت فيه وارادت ان تنتقل الى المقصد فهي فيها بين بين المبدأ والمقصد اعراضهم بدون جوهر يعني متكية وليست مو متكية اجتماع الناقضة. لا معنى الانتقال الى الاعراض ما معنى لي انتقال اعراض انتقال من جوهري الى جوهر. في الوسط العربية تفقد هوية العربية لانها تكون ليست قائمة بنفسها انها هي في الانتقال بدون جوهر تنتقل من جوهر الى جوهر. في الوسط كيف فتكون ليست قائمة بنفسها وتعريفها وما هي قائمة بنفسها نقع في التناقض قائمة بنفسها قائمة بغير نفسها. وهذه كذلك مسألة تجاوزها الزمان الان. نعم يقول على من حلي اقول الحكم بامتناع انتقال الاعراف قريب من من البين. يعني شبه بديه نعم والدليل عليه ان العرض ان لم يتشخص لم يوجد. يعني اذا بقي فضفاض بين جوهرين لم يتشخص نعم لم يوجد اصلا الا هو قائم بغيره فتشخصه ليس معلول ليس معلول ماهيته ولا لوازميته والا لكان نوعه في شخصه لا تشخصه في الموضوع ولا ولا ما يحل فيه والا لاكتفى بموجوده وما بموجده ومتشخصه عن موضوعه فيقوم بنفسه وهو محال فبقي ان يكون معلول محله يعني الجوهر ويستحيل انتقاله عنه. والا لم يكن ذلك الشخص ذلك الشخص نعم اذا قوام العرض بجوهره كيف يتركه بمجرد ان يتركه الى مقصد اخر فقد التشخص وفقد التشخص وصار قائما بنفسه كذلك. فقد التشخص فصار قائما نفسي. يعني اكتسب التشخص الذاتي مع ان تشخصه تشخصه تشخص بالجوهر. يعني بالملح بالمحل. اعيد التطبيق هادي مسائل لا تركز عليها انتفت بانتفاء ماذا مذاهبها نعم اقول الحكم بامتناع انتقال الاعراض قريب من البينة وانا بينت الدليل هذا الدليل احسن بمجرد ان يخرج العرض من جوهره ويقصد الجوهر الثاني في الوسط يكون بدون جوهر يعني يكون قائما بذاته وليس قائما بذاته هذا احسن دليل من كلام العلماء نعم والدليل عليه ان العرض ان لم يتشخص لم يوجد. طبعا هذه قاعدة لكل الامور. كل الموجودات ان لم تتشخص لم توجد فتشخصه ليس معلول ماهيته ابدا والا ولا للوازم لوازم ماهيته والا لكان نوعه في تشخصه. يعني هو اه التشخص الذاتي له فينتت تنفد تنتفي النوعية كل ما كان هذا الأرض كان مشخصا الى التشخص الذاتي فنوعيته تندك في شخصيته فيفقد النوعية نعم والا لكان نوعه في تشخصه لماذا? لان نوعه وماهيته ولوازمها ولا ما يحل فيه ما يحل فيه هذا العرب والا لاكتفى به موجوده ومشخصه عن موضوعه يعني ما يحتاج الى موظوع الى جوهر فيقوم بنفسي. يقوم بنفسه حين يكون قائم بنفسه وهو عرض قائم بغيره ومحال محال يعني هذا هو ان يقوموا بنفسه ولا يقوم اه بنفسي فبقي ان يكون معلول محله يعني يتشخص بماذا? يتشخص اه الجوهر فيستحيل انتقاله عن عن الجوهر والا لم يكن ذلك التساقط ذلك ذلك الشخص ذلك الشخص. نعم خلي انا ابين المسألة بطريقة اخرى انتهى الدرس بقيت دقيقة دقيقة او دقيقتان ابين هذه المسألة عندك نتا الآن عقيق كم مكونة فيه؟ المكونات الذاتية ومكونات عرضية. المكونات الذاتية المادة الحقيقية والصورة العقيقية اجتمع اسس العقيق ثم العقيق جاءه اللون جاءه الوضع وو ومن الاعراض من اين جاءت هذه الاعراض ما هو مصدرها الاعراض هي مصنوعة من الصورة النوعية الصورة النوعية هي التي اوجدت هذه الاعراف. قائمة بالصورة النوعية ومن يتحملها المادة فالاعراض تستند على المادة في الاستقرار وتستند على الصورة في المعلولية وبالتالي اذا كان العرض قائما قياما صدوريا بالصورة النوعية كيف يترك جوهره يمكن لا يمكن لان المعلول لا ينفك عن الا مطلقا قال وقد يفتقر الحال الى محل المتوسط يأتي ان شاء الله في الحصة القادمة والسلام عليكم ورحمة الله وبركاته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