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مباني المتكلمين التي عفا عنها الزمن والمحقق الطوسي هنا يناقشها يبطلها قال وقد يفتقر الحل الى محل متوسط يعني قبل ان يصل الى الجوهر يمر على محل وسطي ايوا يمثل  السرعة لا سرعة بدون حركة سرعة تعين من تعينات الحركة والحركة تعرض المادة اذا السرعة تعرض المادة انا اقول سيارة سريعة لانها متحركة اذا الصورة لها علاقة بالحركة يعني تعرض الحركة والحركة تعرض السيارة فالسرعة عرضت على السيارة هذا معنى وقد يفتقر الحال كالسرعة الى محل والحركة وهذا الحل متوسط يعني متوسط بين السرعة والمادة اقول الحل قد يحل الموضوع من غير واسطة كالحركة القائمة بالجسم هنا الحركة مباشرة تعرض للجسم هذا بدون واسطة وقد يفتقر الى محل متوسط فيحل فيه ثم يحل ذلك المحل في الموضوع كالسرعة القائمة بالجسم. فانها تفتقر الى حلولها في الحركة ثم تحل بفظل الحركة في الجيز نعم فيه هكذا اه امور نعم سهلة المسألة ليست صعبة لكن في الفلسفة الحديثة الحكمة المتعالية الحركة ليست من باب الحال والمحل لا ابدا في عمق الوجود المادي حيثيات في عمق الوجود المادي يعني التعبير الابيستيمي والمعرفي معقولات تالية فلسفية وليست اعراض ولا يصدق عليها انها حال ومحال ابد معنى حال وما حال هناك نعم هذه المباني كلها تتبخر لانها مبنية على الذوق المهوي المسألة السادسة في نفي الجزء الذي لا يتجزأ المسألة شهودية جدا بمجرد ان تقول جزء يعني عنده امتداد والامتداد يعني قابلية الانقسام. لا يتجزأ يعني لا يقبل الانقسام. المسألة بديهية البطلان. نعم هل عندك جزء مادي في الكون لا يصدق عليه انه ليس ممتدا وليس له وضع وهذا لا يمكن ده لا يمكن فكل جزء فهو ممتد. يقبل الانقسام. اذا عجز الانقسام الحسي المادي بالمنشار او الوهم يقسمه الى قسمين. اذا عجز الوهم لصغره كثيرا كالذرة العقل يقول ينقسم لان العقل لا يتعامل مع الجزئيات يتعامل مع قاعدة كلية تقول له هذا الجزء ممتن اذا قل يقبل الانقسام اذا يتجزأ نعم. قال ولا وجود لوضعين لا يتجزأ بالاستقلال نعم ما عندنا وضع يعني شيء يتموضع في الوجود المادي لا يقبل الانقسام. بالاستقلال نعم بالتبع هو يمثل للنقطة يأتي في شرح العلامة الحلي وسنبين ان النقطة ليست امرا ثبوتيا ليست امرا وجوديا وانما هي امر عالمي اقول هذه مسألة اختلف الناس فيها ذهب جماعة من المتكلمين والحكماء الى ان الجسم مركب من اجزاء لا تتجزأ نعم ولهذا قلت ذهب جماعة وليس كل المتكلمين والفلاسفة الى ان الجسم مركب من اجزاء لا تتجزأ يعني هذه الاجسام كالعقيق عنده اجزاء يصل اليها لا تتجزأ يعني مالك لحيز وامتداد ولا تنقسم لا تتجزأ يعني لا تنقسم وهذه اه مفارقة فذهب بعضهم الى تناهيها يعني هذه مباني تدرسها في بداية الحكمة او نهاية الحكمة بالتفصيل هناك الى تناهي هذه الأجزاء وبعضهم الى عدمه يعني عدم التناهي وذهب الباقون الى ان الجسم بسيط بنفسه متصل كاتصاله عند الحس لكنه يقبل الانقسام الى ما لا الى ما يتناهى. يعني يتقسم يتقصف حتى تصل الى الجوهر الفرد الجزء الذي لا يتجزأ. كما ذهب اليه من لا تحقيق له او الى ما لا يتناهى كما ذهب الى الحكماء. الحكماء يقولون الجسم ينقسم الى ما لا نهاية اذا عجز الحس جاء دور الوهم اذا عجز الوهم صغر الجسم يأتي العقل. العقل يسألك. ممتد ام لا? تقول له فيه يعني جزء ليس بممتد كل جسم له وظافة له آآ له امتداد يقول اذا ينقسم يتجزأ فقد نفى المصنف رحمه الله الجزء الذي لا يتجزأ بقوله لا وجود لوضعي لا يتجزأ بالاستقلال وذلك لان ما لا يتجزأ من ذوات الاوضاع اعني الاشياء المشار اليها بالحس او التي تمتلك امتدادا قد توجد لا بالاستقلال يعني هذه التي تنقسم وهي تكون اه جزءا لا يتجزأ تنقسم بالعرض كوجود النقطة في طريف الخط يعني هو يرى ان النقطة امر ثبوتي لكن في الفلك والفلسفة لا يراها كذلك النقطة ليست امرا ثبوتيا حتى تقبل الانقسام النقطة الخط اذا امتد وتناهى تعينت النقطة في الوهم والا هي ليس لها وجود امر عدمي حتى الخط كذلك امر عدمي. حتى السطح امر عدمي والحجم امر ادمي الأمر الثبوتي هو الإمتداد الجوهري. الإمتداد الجوهري اما الهندسيات كلها امور عدمية. اذا النقطة امر عدمي لا تقبل الانقسام من باب سالبة بانتفاء الموضوع نعم يقول آآ وذلك لان ما لا يتجزأ من ذوات الاوضاع. يعني في قد زالت تتجزأ عن الاشياء المشارة اليها بالحس ذات وضع قد توجد لا بالاستقلال يعني ليس لها استقلالية في الوجود كوجود النقطة في طرف الخط. بناء على ان النقطة اه امر ثبوتي وهي لا امر عدمي. او مركز الدائرة لانها نقطة كذلك هذه النقطة ليست واقعية لنقطة افتراضية ولا يمكن وجوده بالاستقلال. يعني لا يمكن ان يكون عندنا وجود وجود هذا الوجود ذو وضع ولا ينقسم. بمجرد ان تقول ذو وضع يعني له انبساط مادي فينقسم وقد استدل عليه بوجوه نعم جاء بادلة متعبة وآآ اه غامضة اه كان الاولى ان تدرج هذه المسائل في تاريخ علم الكلام وليس في كتب مثنية نعم هم كانوا يكتبون الكتب ليس بنية انه هذا الكتاب يدرس يأتي الخبراء ويرون ان هذا المتن او النص عميق وجميل يصلح يصلح للتدريس والا بناء عليك الكفاية بهذا الاسلوب المعقد الفارسي تصلح لي كمتن تدريسي يعني كتبها اه الخلاصة لاجل التدريس لا لكن جاء طلابه ووجدوه انه وجدوا هذا الكتاب متنا عميقا للتدريس يعمق العلم الاصول في فاختاروه نعم لو تخيل المحقق الخرساني ان هذا الكتاب يعود متنا تدريسيا ربما لصغه بطريقة تختلف ليست بهذه الطريقة المكتوب بها وهي عبارات عربية الى ان العبقرية تركيبية عبقرية فارسية قال الدليل الأول لحجب المتوسط اذ بالمتوسط يعني انت تأتي اه مادة ومادة وبينها وسط بينها وسط نعم  نفرض ان هذا الوسط جزء لا يتجزأ يعني ليس له امتداد لفقد الوسطية عندما جتل آآ المادة اقول هذا احد الادلة على نفي الجزء وتقريره ان اذا فرضنا جوهرا متوسطا بين جوهرين يعني مادة والف ومادة باء وسطها مادة جيم فاما ان يحجبهما عن التماس او لا اذا حاجبهما يعني اه لا يصل المادة الف لا تصل الى المادة باء وهذا دليل على انه ممتد فيقبل العين قسم يعني سد المادة الاولى والمادة الثانية تبقى بينهما فاصل اذن هذا الانقسام نعم ويقول اولى لا يحجب لا يحجب يعني اندكاك المادة الاولى في المادة الثانية اندغام</w:t>
      </w:r>
    </w:p>
    <w:p>
      <w:r>
        <w:t>كما يقول الادغام في بعضهما البعض والثاني باطن لماذا لا والا لزم التداخل يعني والأول يوجب الإنقسام نعم اذا كان حاجزا يعني ممتدا فينقسم فلا يكون جزءا لا يتجزأ لان الطرف لان الطرف الملاقي لاحدهما مغاير الطرف الملاقي للاخر. يعني عنده بعد يميني وبعد شمالي البعد اليميني يقابل الف والبعد الشمالية ويقابل باء اذا في امتداد يقبل الانقسام نعم اذا هو حصرها بين هذا الوسط يكون وسطا او لا يكون. لا يكون وسطا تفهم تنتفي الوسطية مع انه وسط فيأتي الادغام او لا تقول الوسطية محفوظة ويمين وغير شمالي. اذا في امتداد ويقبل الايه الانقسام قال ولحركة الموضوعين على طرفي المركب من ثلاثة بالله عليك انت كيف تفهم هذه العبارة؟ كيف تفهم هذه العبارة عبارة لا مبادئها التصورية واضحة ولا مبادئها التصديقية واضحة قال ولحركة الموضعين يعني عندنا اه موضوعان ويتحركا على طرف المركب من ثلاثة. جيد. شوف العلامة الحلي ماذا يقول اقول هذا وجه ثاني يعني دليل تام وتقريره ان اذا فرضنا خطا مركبا من ثلاثة جواهر خط في جوهر الف وجوهر باء وجوهر  كلها يعبر عليها الخط يعبر عليها الخط جيد وعلى طرفيه آآ جزئين يعني هما اه هو اختار ثلاثة وعلى طرفي جزئين ثم تحرك هذا الجزءان تحركا تحرك على السواد في السرعة وفي السرعة والبطء. يعني اذا كان الف سريعا كان بسريعا اذا كان الف بطيئا كان آآ والابتداء. يعني حتى الابتداء مع بعض لا يسبق احدهما الاخر فلابد ما هي النتيجة? قل فلابد وان يتلاقي تلاقي نعم يجب ان يتلاقي انما يمكن بان يكون نصف كل واحد وهو على نصف الطرف والنصف الاخر على النصف المتوسط فتنقسم الخمسة. يعني اذا تحركا وذكى الثالث الذي يقع في الوسط لم يتحرك وبالبطء نعم  الاول تحرك فتحرك جزءه خرج من الثالث وجزءه بقي في الثالث والباء تحرك جزءه خرج من الثالث يعني الذي يقع في الوسط وجزء بقيع اذا عندنا جزء الذي خرج والجزء الذي بقى اثنين والوسط ثلاثة وباء الجزء الذي خرج والجزء الذي بقي خمسة خمسة نعم فقط العبارة لا توصل والا هذا هو المعنى فلا بد وان يتلاقي وانما يمكن بان يكون يمكن هذا الطلاق بان يكون نصف كل واحد منهما على نصف الطرف الطرف والنصف الاخر على النصف المتوسط فتنقسم آآ الخمسة اه تصير خمسة الف يحدث بحركته جزءا خارج الوسط وجزء داخل الوسط والوسط ثلاثة. وبكى ذلك فتصير خمسة نعم ثبت انه ثلاثة فهو خمسة. فاذا هذا الجزء الذي لا يتجزأ لا معنى له كلما تحرك ففيه جزء سابق وجزء لاحق فقد تحرك والا لا معنى ان اه لا معنى لي حركتيما. اذا قلنا تحركا فيأتي آآ القسم الخارج عن الوسط والذي مع الوسط فهذا الجزء انقسم الى قسمين وهذا الجزء انقسم الى القسمين اذا تحرك بنفس السرعة وكذلك بنفس البطء ونفس الابتداء مع هذه هي الشروط بمجرد ان يتحرك فيخرج جزء من الف يتجاوز الوسط وجزء من باء يتجاوز الوسط اذا هذا الوسط قسم هذا الجزء الى قسمين وقسم هذا الجزء الى قسمين. اذا كل بسم الله وضع ينقسم الى قسمين فما عندنا جزء الى يتجزأ ما عندنا بدليل حسي وهو الحركي قال او من اربعة على التبادل اقول هذا وجه ثالث يعني دليل ثالث وتقريره انا اذا فرضنا خطا مركبا من اربعة جواهر ليست ثلاثة. يعني عمق البحث اكثر باربع جواهر وهذي الجوار على الاساس انها ماذا? لا تنقسم جزلا يتجزأ وفوق احد طرفيه اه جزء وتحت اه طرفه الاخر جزء يعني عندك انت الان اربعة جواهر ثم اه فوق احد طرفيه هذا الخط المركب عنده اربع جواهر حتى تقرب المسألة بمثال جيب السكر السكر آآ شبه بشكل مستطيل حط اربع اربع مفردات ملتصقة وخيط وراء هذه طوق هذه الاجزاء يقول هذا وجه ثالث وتقرير ان اذا فرضنا خطا مركبا من اربعة جواهر وفوق احد طرفيه جزء يعني فوق الطرف اليمين جزء وفوق وتحت الطرف الاخر الذي على الشمال جزء فوق وتحت نتا ترتبها بطريقة يكون هذا الجزء على الطرف اليميني والجزء والجزء الاخر على الطرف الشمالي ولكن داك من الفوق وذاك من تحت وتحرك من تحرك تحرك الجزءان على التبادل يعني ذاك مثلا تحرك الى اسفل وذاك تحرك الى اعلى وتحرك على التبادل كل منهما من من اول الخط الى اخره فوق او تحت او مثلا اه على استقامة واحدة. يعني الجزء يذهب الى من اليمين الى الشمال والجزء الثاني من الشمال الى اليمين من اول الخط الى اخره حركة على السواء. على السواء يعني ما فيه سرعة زائدة ولا ببطء زائد وفي الابتداء والسرعة يعني على السواء في الابتداء يعني ينطلقان معا وبسرعة واحدة فانهما لا يقطعان الخط الا بعد المحاذاة يعني لا يقطعون الخط الا بعد المحاناة يعني اه آآ الأول يقطع الخط في طريقة يعني من اليمين الى الشمال والثاني من الشمال الى اليمين فلا يقطع على الخط الا اذا التقى. يعني المحاذاة يعني يكون بالذكاء بجنب ذاك. يعني انت اذا وسعت في المسافة تجعل الأول يتحرك في خطه والثاني في خط اخر. حتى لا يصطدم فنصل الى نقطة يكون ذاك بجنب ذاك. وهذه هي المحاذاة جيد ماذا يترتب على ذلك ان كان هو الثاني او الثالث كان احداهما قد قطع اكثر فلابد وان يكون بينهما وذلك يقتضي انقسام الجميع نعم فانت الان اذا تحركت مع الاول التحرك مع الاولى ما معناه? يعني يجعل هذه الجواهر الاربعة اه مقسمة يقسم الاول ثم الثاني ثم الثالث ثم الرابع. بمجرد ان يتحرك ذلك الجزء الذي على اليمين فالجواهر تكون اللي هيمين ولها يسار لها يمين ولا يسار والثاني كذلك له يمين ولها له يسار. نعم فانهما لا يقطعان الخط الا بعد المحاذاة. فموضع المحاذاة يعني اذا كانوا هكذا مثلا تحرك وصل الى ذا النقطة تحرك هذه المحاذاة هذا يوحى لذلك ان كان هو الثاني او الثالث يعني اذا كانوا في الجزء الثاني او الجزء الثالث كان احدهما يعني الجزء المتحرك من اليمين والجزء المتحرك من اليسار قد قاطع اكثر يعني يفوق يعني الأول يفوق الثاني والثاني يفوق الأول. فلا بد وان يكون بينهما نعم وذلك يقتضي الانقسام للجميع. كل الارزاق تنقسم و اه ما عندنا جزء الذي يتجزأ فالاول مثلا يتحرك في الجوهر الأول هنا اربعة وقسمه الى اثنين يستمر في في الحركة في قسم يقسم ما معناه? يعني الجزء الذي تركه غير الجزء الذي اه هو في صدد الحركة فيه فكل الاقسام فقل فكل الاجزاء تنقسم مع انها في الفرض انزلها لا تتجزأ اجزاء لا قسيمة نعم  امور معقدة تحتاج الى عملية تجريبية فقط ولكن الدليل الصحيح هو الدليل الفلسفي وهو</w:t>
      </w:r>
    </w:p>
    <w:p>
      <w:r>
        <w:t>الجزء اذا كان عنده امتداد ينقسم اذا لم يكن عنده امتداد وضعي فهو يسوق العدم لا شيء. والنقطة ليست امرا ثبوتيا نهاية الخط. وبالتالي لا معنى ان تكون جزءا حتى تتجزأ او لا تتجزأ. قال ويلزمهم ما يشهد الحس بكذبه. من التفكك وسكون المتحرك وانتفاء الدائرة هادي كذلك دليل اخر اقول هذه وجوه اخرى تدل على نفي الجزء احدها ان الحس يشهد بان المتحرك على الاستدارة باق على وضعه مثل الكرة الارضية تدور حول الشمس اه يدور حول الشمس نعم باقية على وضعه نعم ونسبة اجزائه يعني هذا لا يتحرك في الوضع اه اه هذه النسبة تكون ثابتة الى اجزاء والا تفككت الكرة الارضية او اي جزء يدور حول شيء. ومع القول بالجوز يلزم التفكك نعم يلزم تفكك الكرة الأرضية لماذا لان هذا الجزء هذا الجزء اذا كان لا يتجزأ كيف تكون النسبة واحدة؟ كيف تكون نسبة واحدة نعم نسبة واحدة حتى تبقى الحركة الدورية واحدة. يعني الحركة الوضعية و وواحدة نعم يلزم التفكك لان الجزء القريب من النقطة نقطة الوسط. اذا تحرك جزءا فان فان تحرك القريب من القطب جزءا تساوى المداران وهو باطل انت لاحظ هذا الامر آآ في الحركة الوضعية عندك الوسط المركز فالقريب الى المركز يتحرك مقدار الفوقاني يتحرك اكثر وما فوق الوسط يتحرك اكثر حتى تأتي الدائرة النهائية تتحرك اكثر. هذه طبيعة ماذا? طبيعة الدوائر اما اذا كانت الاجزاء لا تتجزأ هذه الفروقات لا تكون وبالتالي الحركة لا تكون الحركة الدورية لا تكن ويأتي التفكك في الدائرة يعني هكذا هذه النقطة الحركة الأولى تكون بهذا المقدار الحركة الثانية تكون بهذا المقدار. الحركة لا الرابعة تكون بهذا المقدار. الحركة النهائية تكون بهذا المقدار نعم اذا اه اذا كان هذه الاجزاء لا تتجزأ يعني تكون كلها على وتيرة واحدة. كلها متساوية فما ثبت انه متحرك ليس بمتحرك هذا اولا ثانيا ان الحركة الدورية والوضعية تتحرك بناء على ان الجزء الجزء يتجزأ. لا تتحرك بناء على الجزء الذي آآ آآ تتحرك بناء على الجزء الذي يتجزأ ولا تتحرك بناء على الجزء الذي آآ يتجزأ فتتحرك ولا تتحرك يعني تتفكك هذا هو معنى هذا الكلام مع تعقيد في العبارة نعم نعم يقول اذا تحرك اذا تحرك جزءا يعني على الجزء الذي يقع في الدائرة اذا تحرك جزءا فان تحرك القريب من القطب يعني من النقطة الوسطية جزءا تساوى المداران وهو باطل بالضرورة. لا المدار الاول يقطع مقدار المدار الثاني يقطع مقدار اخر. ولهذا انت في طواف على اه الكعبة انهم كلهم يطوفون الطواف الواحد لكن الدوائر تتسع كلما ابتعدنا عن الكعبة اذا الذي يكون بعيدا يقطع مسافات متعددة اذا كانت المسافات واحدة ومع هذا البعد يعني هذا البعد والقرب الى الى الكعبة يلزم التفكك يلزم التفكك يعني هذا متحركون ليس بمتحرك ذاك متحرك ولا وليس بمتحرك تتفكك الحراك نعم اذا هذا خير دليل على ماذا? على ان ان الجزء يتجزأ مهما كانت اه هويته نعم وهو باطن بالضرورة ان يؤدي الى التفكك وان تحرك اقل من جزء لزم الانقسام. يعني التفكك وان لم يتحرك اصلا لازم التفكك تحرك تفكك تحرك قانون تفكك تحرك كثيرا تفكك لماذا? لانه ينقسم ولا ينقسم. ما معنى ينقسم? يعني حركة كثيرة. لا ينقسم هذه الحركة ترجع ماذا? الى النقطة لا حركة وليس حركة. هذا هو التفكك والانقسام. الثاني ان السرعة والبطء كيفيتان قائمتان بالحركة. نعم السرعة اذا كانت الحركة تقطع المسافة في زمان قليل. هذه هي السرعة. والبطء اذا قطعت المسافة او المسافة في زمن ممتد بطيء يعني يتحرك من من النجف الى كربلاء في سيارة في ساعتين. هذا بطيء بعضهم يسويها مثلا في نصف ساعة سريع اذا السرعة هو الحركة في زمان قليل. البطء حركة في زمان ممتد وكبير كيفيتان قائمتان بالحركة. تقول حركة سريعة الحركة بطيئة. لا باعتبار تخلل السكنات وعدم تخلل السكنات. لا لا لا لانه لو كان بسبب تخلل السكنات لازم ان يكون فضل السكنات سكنات اه  اه سكنات الفرس السائر من اول النهار الى اخره خمسين مفرسخا على حركاته بازاء فضل حركات الشمس او الشمس من اول النهار الى اخره على حركة الفرس. يعني هذا غير معقول. نعم الشمس مسافتها كبيرة جدا. يعني حسب العرف تقطعها في اربعة وعشرين يوم والفرس يقطعها مثلا في في في من المغرب الى من الشروق الى المغرب مثلا يقطعها في اه مساحة اخرى يعني في سرعة اخرى او في زمان اخر لنفرض مثلا اه ست ساعات من الساعات عشر ساعات طناشر ساعة آآ يقول اه لزم ان يكون فضل ثكنات الفرس السائر من اول النهار الى اخره يعني من الفجر الى الليل خمسين فرسخا على حركته بزاء فضل الحركات الشمس. من اول النهار الى اخره. على حركة الفرس. لكن فضل حركة الشمس اضعاف اضعاف حركة الفرس. من اين نعرف من من الفلك هي تقطع مسافة كونية مسافة كونية نعم. فتكون سكناة الفرس اضعاف اضعاف حركته نعم حركاتي الفرس. اذا اه ما عندنا جزء الذي لا يتجزأ ابدا نعم لكن الحس يكذب ذلك. نحس ونكتب الحس الشهودي اذ اذا ثبت هذا فاذا تحرك السريع جزءا فان تحرك البقيع جزءا تساويا ونقول يعني الفرس والشمس على وتيرة واحدة لا ابدا لا ابدا نعم. اذا هذا دليل على ان نحن نتحرك في اجزاء قابلة في مسافات قابلة للتقسيم وليست مسافات لا تقبل الانقسام. اذا ما عندنا جزء لا يتجزأ ابدا. امر مستحيل صدقوني هذه الادلة لا نحتاجها. الدليل الفلسفي الوحيد الذي يدرس في الفلسفة عندك وضع خلاص في انقسام يعني فيه امتداد فيه انقسام جزء لا امتداد لا امتداد فيه اه يعني ليس له حجم كيف يكون المركب لو اجتمع مليار جزء لا يركب المركب نعم  لكن الحس يكذب ذلك. اذا ثبت هذا فاذا تحرك السريع جزءا فان تحرك البطيء جزءا تساويا. وهذا خلف لا يمكن. وان تحرك اقل زمن الانقسام. وان لم يتحرك اصلا لازم المحال. للتفكك هذا ما خطر لنا الان من تفسير قوله قدس سره وسكوى سكون المتحرك. الثالث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