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ما زلنا في ان ابطال الجزء الذي لا يتجزأ ثم جاءت المعارضة ووصلنا الى هذا هذه الفقرة قال ولو تركبت الحركة مما لا يتجزأ لم تكن موجودة ثم دخل في بيان هذا الدليل كم في شرح العلامة الحلي يقول توقفنا في بيان الشرطية قلت لكم في ان قياس الاستثنائي عندنا بني تكوينية وعندنا بنية معرفية البنية التكوينية يجب ان تتوفر شرطية سواء الشرطية متصلة او منفصلة واستثناء تكاملت البنية نعم قد لا يذكره الماتن او المصنف هادي مسألة اخرى العقل يجب ان يفهمه الحذف هذه مسألة اخرى هذه البنية الكونية شرطية متصلة كانت او منفصلة واستثناء الاستنثاء قد يكون بثبوت المقدم قد يكون بانتفاخ التالي البنية المعرفية بيان الملازمة بين المقدم والتالي للشرطية المتصلة او بيان العناد والركن الثاني هو اه ان تبين اما بطلان التالي او ثبوت المقدم نعم هنا يقول في صياغة الشرطية لو تركبت الحركة مما لا يتجزأ يعني على مبنى من يقول بالجزء الذي لا يتجزأ لم تكن موجودة المقدمة هو تركبت الحركة. التالي ما هو تكن موجودة هنا نفاه يعني لم تكن موجودة والتالي باطل لم تكن موجودة باطن. البطلان التاني. قلت لك في في البنية المعرفية اما ان تبطل التالي او تثبت المقدم هنا ذهب الى ابطال التالي. لماذا? لانه شهودي انا ارى الحراك يوميا ارى الحركة نعم والتالي باطل اتفاقا لا ما في من يشك في وجود الحركة فكذا المقدم. نعم اذا بطل التالي يعني لم تكن موجودة يعني لو تركبت مما لا يتجزأ لم تكن موجودة هذا باطل بل هي موجودة اذا لم تتركب من جزء لا يتجزأ نعم بيان الشرطية هذا الركن الأول بعدما بطل التالي يأتي الى بيان الشرطية لان العقل يقول ما العلاقة بين المقدم والتالي? مبدأ السبب الكافي يسأل ما المقدم? علاقة بين المقدم التاني مثلا تقول لو طلعت الشمس فالنهار موجود نعم اه نار موجود تقول طلعت الشمس بالشهود. فحاتما النار موجود. اثبت المقدم العقل يقول ما الملازمة بين طلوع الشمس وجود النهار. هذا النهار يعني الشعاع شعاع من اين يأتي? يأتي من الشمس. الشمس علة للاشعة المنبسطة على الكون والكرة الارضية خير شاهد على ماذا? على اه طلوع الشمس اذن البيان الشرطي هو تساؤل من مبدأ السبب الكافي يسأل ما العلاقة بين تركب الحركة من جزء من اجزاء لا تتجزأ وانتفاء الحركة. يقول بيان الشرطية ان الجزء اذا تحرك من حيز الى حيز وهادي هي الحركة الحركة هو انتقال من مكان الى مكان فاما ان يوصف بالحركة على كونه في الحيز الاول وهو باطن لماذا? الانطلاقة دفعية لا تكون حركة باتفاق العلماء ان الدفعة ليس حركة يعني الانتقال والحركة في بداية الحركة الإنطلاقة هادي لا تكون حركة لأن دفعية والحركة تدرجية هذا ما يقوله العلماء يقول لانه حينئذ لم يأخذ الحركة او حلقوا لي في الحيز الثاني نعم. فاما ان يوصف بالحركة حالة كوني في الحيز الاول وهو باطل لانه حينئذ لم يأخذ في الحركة او حالة كورية في الحيز التاني يعني النهاية الانطلاقة الدفعية والنهاية الدفعية ليست حركة نعم اذا حتى في الحيز الثاني وهو باطن ايضا لان الحركة حيلة قد انتهت النهاية دفعية وانقطعت ولا واسطة بين الاول والثاني نعم وهذا المحال نشأ من اثبات الجوهر الفرد لأنه على تقدير عدمه ثبتت الواسطة. اذا انتفى هذا الجزء ففيه واسطة اذا اذا فيه واسطة تقبل يعني امتداد يعني تقبل الانقسام نعم ويمكن ان يقرر آآ يقرر بيان الشرطية من وجه اخر وهو ان الحركة اما ان تكون عبارة عن المماسات الاولى او الثانية يعني الانطلاقة او الوصول وهو محال لما مر لان الانطلاقة ليست دفعية ليست تدرجية والوصول دفعي ليس تدرجهم وهو محالان لممر يعني قل انت المماساة الاولى دفعية والمماساة الثانية آآ دفعية آآ ليستا تدرجية فبالتالي فهما لا يتحركان محال ان تكون فيهما حركة او مجموعهما يعني تجمع بين الانطلاقة والدفعية وهو محال لانتفاء لا معنى لجمع الانطلاقة مع النهاية لان هادي امور عدمية بداية الحركة يعني بعد لم نتحرك ثم تحركنا وصلنا يعني انتهت الحركة اذا امور عدمية لانكفائه. نعم قال والقائل بعدم تناهي الاجزاء  عدم تناهي الأجزاء نحن نقول المبنى الصحيح ان الاجزاء في كل جسم متناهية والا لا يتعين الجسم. هذا الكون لا يتسع للاشياء اذا انت عندك النحاس متعين اذن اجزاؤه متناهية. والا لا يتعين الحديد? نعم. بالقوة غير متناهية. يعني يمكن ان تقسم تقسم تقسم تقسم. اذا عجزت عن التقسيم الحسي بالمنشار المادي او المنشار اللازري تأتي الوهمة تقسم اذا عجزت الوهيمة لصغر الجزء يصير ذرة لا يدرك الحس. العقل يفتي يقول ممتد? نعم لا ينقسم هكذا يجب ان نفهم الامور. والقائل بعدم تناهي الاجزاء في الاجسام نعم هذا مبنى من المباني نعم يلزمهم مع ما تقدم مع ما تقدم من بطلان الجزء الذي لا يتجزأ النقض يعني ننقض عليه بوجود المؤلف مما يتناهى ويفتقر في التعميم الى التناسب. هذا هو يفتقر الى التعليم. هذا دليل اخر. خلونا منه الآن والنقض بماذا? بوجود المؤلف مما يتناهى عندنا حديد هذا الحديث قطع امامي متناهية متناهية. اين هذه الاجزاء اللامتناهية? اذا هذه القطعة يجب ان تملأ كل الكون هذا الزجاج امامي اذا لم يكن متناهي لتناهي اجزائه يملأ كل الكون. نعم الارزاق ليست متناهية بالقوة. فخلط هذا صاحب هذا المبنى بينما بالقوة وما بالفعل. اقول لما فرغ من ابطال مذهب القائلين بالجوار شرع في ابطال مذهب القائلين بعدم تناهي الاجزاء فعلا في مقابل بالقوة نحن ننفي عدم التناهي بالفعل والا لتتعين الاجسام في الكون نعم جسم واحد يملأ الكون كله هو الكون لا يتسع له ولذا قال فعلا لماذا? لانه يؤمن بتناهي الاجزاء بالقوة. عدم تناهي الاجزاء بالقوة وقد استدل علي بما تقدم فان الادلة التي ذكرناها تبطل الجوهر الفرد مطلقا سواء قيل بتركب الجسم من افراد متناهم او غير متناهية. اذا الدليل الأول بطلان الجزء الذي لا يتجزأ هذا كذلك يبطل هذا المبنى زيادة على هذا ينقض عليه بوجود المؤلف مما يتناهى واستدل عليه بوجود بوجوه الاول. انا نفرض اعدادا متناهية من الجواهر الافراد و تؤلفها من في جميع الابعاد فإما ان يزيد مقدارها على مقدار الواحد اولى نعم هذه الاجسام امامك الان واجسام موجودة ومتناهية. نعم  واستدل عليه المحقق التونسي ايضا بوجوه الأول اما انا نفرض اعدادا متناهية من الجواهر الأفراد نعم وتؤلفها في جميع الابعاد يعني هذه الاجزاء الافراد ان تؤلف الاجسام والجواهر المادية. حديث نحاس ذهب</w:t>
      </w:r>
    </w:p>
    <w:p>
      <w:r>
        <w:t>فاما ان يزيد مقدارها على مقدار الواحد او لا يعني اما فيها تفاوت او لا نعم والثاني باطل نحن نرى بالشهود ان المقادير مختلفة قطعة حديد عندك قطعة نحاس اوسع منها اي نعم منبسطة اكثر والا يعني واذا لم تكن متفاوتة في المقدار لم يكن تأليفها مفيدا للمقدار ولا للعدد وهو باطل قطعا. يعني كيف تتعدد الامور اذا لم تكن متفاوتة في المقدار. نعم وان زاد مقدارها على مقدار الواحد حتى حصلت ابعاد ثلاثة حصلت جسم من اجزاء متناهية. وهو يبطل قوله يعني كل ما انزيد مقدار يتعين جسمه نزيد مقدار يتعين جسمه فالاجسام تكون محدودة محدودة نعم آآ يبطل قولهم ان كل جسم متألف من اعداد غير متناهية. هذا مبنى جدا سفيه وآآ وسخيف نعم كيف تكون الاجساد متشكلة من ارزاق المتناهية؟ يعني الكون لا يتسع لها. نعم. الكون لا يتسع لها انا اتذكر هذا الذي ابتكر الشطرنج وظهرهم في الهند فهذا الملك ابتهج بهذا الابتكار ابتكار سرمدي رائع جدا فاراد ان يجازيه موجزات جميلة جدا فقال انت اطلب ما تشاء. وهذا عالم عالم هذا صنع الشطرنج قال له اعطيني في كل اه خان من الشطرنج اعطيني ابو علي حبة اه حبة قمح واحدة فقط ثم في الخانة الثانية ضعفها اثنين ثم في الخانة الثالثة اه جعلها اربعة ثم في الاربعاء اه ضعفها الى يعني ضربها في في نفسها فستاش او مثلا ثمانية او سطاش احسن وهكذا فالملك تاع رفعو عادة الملوك اه اغبياء وجهلة فقال هذا هو الذي تطلبه فقال هيئوا له هذا الامر سهل جدا. يعني اه غرفة بمثل عندكم او بمثل استوديو عندي يكفي من قمح فجاؤوا لتطبيق هذا الامر ووجدوا ان القمح وما في الكون من قمح لا يكفي لا يكفي ابدا لتلبية ما يريده صاحب الشطرنج من ابتكر الشطرنج اذا لا يمكن ان تكون الاجسام متشكلة من اجزاء غير متناهية لانها لا تتعين  فهذا معنى لزوم النقض بوجود المؤلف مما يتناهى يعني تنتفي الاجسام ولا تتعين ولا تتمايز بمقدارها واما قوله هو يفتقر في التعميم الى التناسب. هذه العبارة التي قلت لكم توقفوا عليها ارجعوا الى المتن والقائل بعدم عدم تناهي الاجزاء يلزمه مع ما تقدم من نقض الجزء الذي لا يتجزأ. النقض بوجود المؤلف مما يتناهى عندنا اجسام متناهية ومتفاوتة في المقادير ثم الدليل الثالث ويفتقر في التعميم الى التناسب. يقول العلامة الحني واما قوله ويفتقر في التعميم الى التناسب فمعناه ان اذا اردنا تعميم القضية بان تحكم بانه لا شيء من الاجسام بمؤلف من اجزاء غير متناهية قضية سلبية يعني كل الاجسام اذا بيناها بقضية موجبة نقول كل الاجسام متشكلة من اجزاء غير متناهية نعم سالبة ما هي? يقول لا شيء من الاجسام بمؤلفة من اجزاء غير متناهية. فطريقه ان ينسب هذا المؤلف الذي الفناه من الاجزاء المتنية الى بقية الالزام. نعم. يعني قسه انت الى بقية الالسن. هذه النسبة. ولهذا يقول ويفتقر في التعميم الى التناسب يعني انت تقول آآ لا يمكن ان تعمم هذا المبنى على جميع الاجسام الا اذا قست قست هذا الامر الى جميع الاجسام فانا اقول كل جسم فانه متناهي في المقدار فله الى هذا المؤلف نسبة وهي نسبة متناهي المقدار الى متناهي المقدار. نعم لان انت يقع في مقابله. فهذا اذا وقع في مقابل الجسم الاخر فذاك متناهي وذا متناهي ولكن نعلم ان المقدار يزيد بزيادة الأجزاء وينقص بنقصانها فنسبة المقدار الى المقدار كنسبة الأجزاء الى الأجزاء لكن نسبة المقدار الى مقدار نسبة متناهية متناهية لا متناهية. فهكذا نسبة الاجزاء الى الاجزاء نعم اذا لا يمكن ان تقول عدم تناهي الاجزاء لان آآ اذا قسنا مقدار الى مقدار لا يمكن ان تقيس هذا المقدار وهذا المقدار وتقول هذا اكبر من ذاك او هذا اوسع من ذاك الى ذا جاء التقابل التقابل يعطي التناهي هذا التحريك طبقه على الاجزاء اجزاء غير متناهية لا يمكن ان هذه الاجزاء اللامتناهية تتعين الا اذا كانت في مقابل بعضها البعض بمجرد ان تقول في بعضهم بعض فهي متناهية محدودة والمتشكل من المحدود محدود. هذا لب كلام المحقق التوصي. قالوا ويلزم عدم لحوق السريع البطيئة نعم اه اقول هذا هو الوجه الثاني الدال على ابطال القول بعدم تناهي الاجزاء. وتقرير ان الجسم لو تركب من اجزاغ المتناهية. يعني يصادر على مبناهم. عدم تركب الجسم بتركب الجسم من اجزاء غير متناهية. لم يلحقوا السريع البطيء اذن آآ الجميلة هذه يعني انت سريع عندنا الارنب هادي السلحفاة خليهما في مسابقة. الارنب انطلق لسوء الاحفاة اه بطيئة انا لما كنت في الابتدائي يعني في بداية الدراسة في حياتي اه قرأنا هذه القصة والسلحفاة هي التي فازت لماذا? لان الارنب علاها الغرور وآآ تنظر الى السلحفاة وبدأت تمرح وتلعب واطراف النهر وكذا والسلحفاة تمشي بهدوء بهدوء حتى وصلت. الارنب التفت الى الامر بعد مرحه ولهوه ان السلحفاة وصلت الى الخط فهي فازت يعلمونا من هذا ان الارادة القوية هي التي اه والجد هو الذي يوصل الى الهدف. اما عندك انت ملكات وعندك قوة وتوظفها في اللهو والغرور لا يمكن ان تصل. جيد. نبين المسألة تخيل انت هذا الجسم لا يتناهى السريع يتحرك والبطيء يتحرك البطيء سابق السريع يعني السلحفاة سابقة مثلا. بعشر امطار الارنب السريع فالارنب مثلا وصل الى انطلاقة السلحفاة. السلحفاة تحركت بمقدار  ثم ادركها وجدها تحركت بمقدار ثم ادركها وجدها تحركت بمقدار. الملاك ما هو? الملاك ان الاجزاء غير متناهية. فالسلحفاة دائما تجد امامها جزءا فتتحرك فالارنب لا يمكن ان يصل الى السلحفاة مطلقا مع ان الشهود يبطل ذلك. اذا انت جعلت سلحفاة لنفرض مثلا حتى كيلو متر والارنب بعد لم ينطلق وترسل هذا الارنب حتما يتجاوز يتجاوز السلحفاة ممكن في عشر دقائق نعم. اقول هذا الوجه الثاني الدال على ابطال القول بعدم تناهي الاجزاء وتقريره ان الجسم لو ترك متناهية لم يلحق السريع البطيء. سريع فاعل البطيء مفعول به. والتالي باطنه كيف لا يلحق السريع? سريع سريع والبطيء بطيء نعم بالضرورة يعني بالشهود فكذا المقدم. المقدم ان الجسم يتركب من اجزاء غير متناية باطلون بيان الشرطية ان البطيء اذا قطع مسافة ثم ابتدأ السريع وتحرك فانه مع قطع تلك المسافة حتى يدرك البطيء يكون البطيء قد قطع شيئا اخرا لانه اجزاء لا متناهية امامه. فاذا قطعه السريع يقطع البطيء شيء اخر وهكذا دواليه الى ما لا يتناهى فلا يلحق السريع البطيء مطلقا مع ان الشهود يبطلوا ذلك. نعم بالله عليك يعني العقل البشري يوصل الى هذه الدرجة من التفاهة ومن من الحمق صاحب هذا المبنى الذي يقول ان الجسم متشكل من اجزاء غير متناهية قالوا نعم وان لا يقطع المسافة المتناهية في زمان</w:t>
      </w:r>
    </w:p>
    <w:p>
      <w:r>
        <w:t>اه هذا كذلك وجه ثالث قريب من الوجه الثاني يعني هو هو نفسه الوجه الثاني الوجه الأول لكن هنا لا يتكلم بالسرعة يتكلم ان المسافة نعم هذا وجه ثالث قريب والوجه الثاني وتقريره ان لو فرضنا الجسم يشتمل على ما لا يتناهى من الاجزاء لزم الا يقطع المتحرك المسافة المتناهية في الزمان المتناهي لماذا? لان الاجزاء منبسطة منبسطة منبسطة منبسطة فهو مثلا من النجف الى كربلاء اذا هذا المقطع متشكل من اجزاء غير متناهية كلما قطع جزءا ظهر له جزء كلما قطع له جزءا ظهر له جزء فمن النجف الى كربلاء اه هذه المسافة تكون مثلا في مليار ساعة مليار ساعة. لماذا? لان الاجزاء بين كربلاء والنجف اه لا تتناهى. فكلما قطعت جزءا ظهر له جزء تقول لماذا يظهر له جزء لا متناهي اما اذا كانت الاجزاء متناهية يقطع واحد بعد واحد في ساعة يصل الى كربلاء. اذا كانت سياراته من زمن صدام. اذا كانت سيارتهم هذه السيارات الفاخرة فيقتح فيه نصف ساعة. نعم ام اقول هذا وجه ثالث قريب من الوجه الثاني وتقريره ان لو فرضنا الجسم يشتمل على ما لا يتناهى من الاجزاء لازم ان لا يقطع المتحرك المسافة المتناهية في زمان يعني زمان المساحة بين النجف والمسافة بين النجف وكربلاء الزمن مليار. لماذا? لانه كلما قطع جزءا ظهر له جزء. لانه لا يمكنه قطعها الا بعد قطع آآ بعد قطع نصفها. ولا يمكن قطع نصفها الا بعد قطع ربعها. وهكذا الى ما لا نهاية كلما قطع ظهر له اه يجوز الى ما لا يتناهى فيكون هناك ازمنة غير متناهية وقد تكلمنا على هذه الوجوه في كتاب الاسرار بما لم يسبقنا اليه احد اه كتاب الاسرار ظاهر مطبوع ظاهرا انا شفته في قوم مطبوع نعم كتب العلامة الحلي متعددة. لماذا? لانه كان يسافر ومن هنا الى هناك وكان يستدعي الامر ان يؤلف لان ذاك الزمن ما في هكذا مطابع وتطبع وتنشر لا فممكن لا تصل النسخة الى منطقة ما فاذا سافر مثلا الى اه الى الامام الرضا الى اماكن اخرى يكتب لا تتعدد الكتب في موضوع واحد الى ان اه كل كتاب فيه جواهر غير موجودة في الكتاب الاخر. نعم العلامة الحل كتبه الفلسفية اغلبها غير مترجمة آآ غير محققة. قال والظرورة قضت ببطلان الطفرة والتداخل عجيبة طفرة يعني انت تقطع مم تقطع مسافة بدون مسافة هذه الطفرة نعم في العرف يقولون ينتقل من من موضوع الى موضوع الموضوع لم ينقح ينتقل الى موضوع اخر لي وادي صفة الوهابية هكذا. انا تناقشت معهم اه مجرد ان يحشر في في المسألة يذهب الى مسألة مسألة اخرى فانتم في نقاشكما واحذروا. عندهم هذه الخصلة السيئة بمجرد ان يشعر نفسه انحشر فينتقل الى مسألة اخرى. نعم. والظرورة قضت ببطلان الطفرة والتداخل اقول اعلم ان القائلين بعدم تناهي الاجزاء اعتذروا لما وقعوا في حي سبيس اعتذروا عن الوجه الاول بالتداخل فقالوا لا يلزم من عدم تناهي الاجزاء عدم تناهي المقدار لان الاجزاء تتداخل فيصير جزءان آآ جزءان وازيد كحيز واحد وفي آآ في قدره فلا يلزم بقاء النسبة. كيف تداخل الاجزاء بالله عليك كيف تتدخل الأجزاء وتتداخل سيصير آآ فيصير آآ اه جزءان او ازيد في حيز واحد. كيف؟ فيصيروا هنا فعل مضارع جزئان تاع اه فاعل يصير وازيد فاعل الثاني نسي حيز جرمو جرمو تتعلق بفيصل فتقول فيصير جزئان وازيد في حيز واحد وفي قدره يعني في مقداره فلا يلزم بقاء النسبة. كيف هذا هو الذي يعجز عن معالجة الامور وفق الواقع الخارجي يبدأ يخرف كيف هذا جزء وهذا جزء يعني تخيل مثلا الهيدروجين والاكسجين كيف يصير الاكسجين هو الهيدروجين كيف عليه امور عجيبة نعم ويقول له والضرورة الضرورة يعني الشهود يعني البدالة نعم واعتذروا عن الوجهين الاخرين بطفرة. فان المتحرك اذا قطع مسافة غير متناهية الاجزاء. في زمان المتناهي فانه يطفر بعض تلك الاجزاء ويتحرك على البعض الاخر. يعني يقفز يقفز ويتحرك يقفز ويتحرك كلام غير اه لا معنى له الطفرة هي انك تقطع مسافة بدون اه بدون حركة معقول هذا تقطع مسافة بدون حركة. المسافة من تعينات الحركة نعم. مهم نعم  وكذلك السريع يطفو بعض الاجزاء ليلحق بالبطيء الله الله وهذان العذران باطلان بالظرورة مفروض هذه الامور تدخل في تاريخ علم الكلام لا تأتي الى المتن طبعا آآ لما كتب المحقق تصل مترو شرحه العلامة الحلي وغيره اه ما كان في بالهم رحمهم الله ان هذا يصير متنا للتدريس نعم قال والقسمة بانواعها تحدث اثنين يساوي طباع كل واحد منها طباع المجموع قال يريد ان يبطل مذهب ديمقراطيس فيلسوف في زمانه يوناني في هذا الموضوع هو ان الجسم ينتهي في القسمة الانفكاكية يعني الانفكاكية الطبيعية. تفكك مثلا انت مادة الى اجزاء قابلة للقسمة الوهمية لا الانفكاكية. الانفكاكية يعني الطبيعية تأتي وتقسم شيء وتفككه مرة لا. لا تستطيع لظروف خاصة تقسمه وهميا اذا تصورت ابعاده آآ ثم تعجز عن الوهم مثلا الذرات ما نراها اصلا ولن توهمها ذاتي العقل العقل يضع قاعدة هذه الواقعية او هذا الجزء ممتد اقول نعم ممتد كل ممتد يقبل الانقسام نعم اقول يريد ان يبطل مذهب ديمقراطيس في هذا الموضوع هو ان الجسم ينتهي في القسمة الانفكاكية الى اجزاء قابلة للقسمة الوهمية للانفكاكية. يعني نصل الى جزء لا ينقسم لا هذا ينقسم لا ينقسم بالفعل. اما بالقوة ينقسم نعم ان شاء الله نكمل هذا البحث في الحصة القادمة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